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ook w:val="04A0" w:firstRow="1" w:lastRow="0" w:firstColumn="1" w:lastColumn="0" w:noHBand="0" w:noVBand="1"/>
      </w:tblPr>
      <w:tblGrid>
        <w:gridCol w:w="10800"/>
      </w:tblGrid>
      <w:tr w:rsidR="000B2E76" w14:paraId="71FC6916" w14:textId="77777777">
        <w:tc>
          <w:tcPr>
            <w:tcW w:w="10800" w:type="dxa"/>
            <w:shd w:val="clear" w:color="auto" w:fill="D71920"/>
            <w:tcMar>
              <w:top w:w="65" w:type="dxa"/>
              <w:left w:w="65" w:type="dxa"/>
              <w:bottom w:w="65" w:type="dxa"/>
              <w:right w:w="65" w:type="dxa"/>
            </w:tcMar>
          </w:tcPr>
          <w:p w14:paraId="1E27A547" w14:textId="77777777" w:rsidR="000B2E76" w:rsidRDefault="00000000">
            <w:pPr>
              <w:spacing w:after="30" w:line="240" w:lineRule="auto"/>
              <w:jc w:val="center"/>
            </w:pPr>
            <w:r>
              <w:rPr>
                <w:b/>
                <w:color w:val="FFFFFF"/>
                <w:sz w:val="23"/>
              </w:rPr>
              <w:t>ONE TEAM • ONE MISSION • CONSISTENCY CREATES EXCELLENCE</w:t>
            </w:r>
          </w:p>
        </w:tc>
      </w:tr>
    </w:tbl>
    <w:p w14:paraId="7B585817" w14:textId="77777777" w:rsidR="000B2E76" w:rsidRDefault="00000000">
      <w:pPr>
        <w:spacing w:after="40" w:line="240" w:lineRule="auto"/>
        <w:jc w:val="center"/>
      </w:pPr>
      <w:r>
        <w:rPr>
          <w:b/>
          <w:color w:val="174A8B"/>
          <w:sz w:val="40"/>
        </w:rPr>
        <w:t>WELCOME BACK, UYA FAMILIES!</w:t>
      </w:r>
    </w:p>
    <w:tbl>
      <w:tblPr>
        <w:tblW w:w="0" w:type="auto"/>
        <w:tblLook w:val="04A0" w:firstRow="1" w:lastRow="0" w:firstColumn="1" w:lastColumn="0" w:noHBand="0" w:noVBand="1"/>
      </w:tblPr>
      <w:tblGrid>
        <w:gridCol w:w="2691"/>
        <w:gridCol w:w="2689"/>
        <w:gridCol w:w="2689"/>
        <w:gridCol w:w="2688"/>
        <w:gridCol w:w="25"/>
      </w:tblGrid>
      <w:tr w:rsidR="000B2E76" w14:paraId="6D02DE2C" w14:textId="77777777">
        <w:trPr>
          <w:gridAfter w:val="1"/>
          <w:wAfter w:w="25" w:type="dxa"/>
        </w:trPr>
        <w:tc>
          <w:tcPr>
            <w:tcW w:w="10800" w:type="dxa"/>
            <w:gridSpan w:val="4"/>
            <w:tcBorders>
              <w:top w:val="single" w:sz="7" w:space="0" w:color="D8DEE8"/>
              <w:left w:val="single" w:sz="7" w:space="0" w:color="D8DEE8"/>
              <w:bottom w:val="single" w:sz="7" w:space="0" w:color="D8DEE8"/>
              <w:right w:val="single" w:sz="7" w:space="0" w:color="D8DEE8"/>
            </w:tcBorders>
            <w:shd w:val="clear" w:color="auto" w:fill="EAF2FB"/>
            <w:tcMar>
              <w:top w:w="90" w:type="dxa"/>
              <w:left w:w="90" w:type="dxa"/>
              <w:bottom w:w="90" w:type="dxa"/>
              <w:right w:w="90" w:type="dxa"/>
            </w:tcMar>
          </w:tcPr>
          <w:p w14:paraId="0738682A" w14:textId="77777777" w:rsidR="000B2E76" w:rsidRDefault="00000000">
            <w:pPr>
              <w:spacing w:after="30" w:line="240" w:lineRule="auto"/>
            </w:pPr>
            <w:r>
              <w:rPr>
                <w:b/>
                <w:color w:val="174A8B"/>
                <w:sz w:val="23"/>
              </w:rPr>
              <w:t>FROM THE PRINCIPAL'S DESK — MR. HINES</w:t>
            </w:r>
          </w:p>
          <w:p w14:paraId="1A00C5D6" w14:textId="77777777" w:rsidR="0099374C" w:rsidRDefault="00000000">
            <w:pPr>
              <w:spacing w:after="120"/>
            </w:pPr>
            <w:r>
              <w:rPr>
                <w:rFonts w:ascii="Arial" w:hAnsi="Arial"/>
                <w:sz w:val="19"/>
              </w:rPr>
              <w:t>Welcome to another great week at UYA! As we continue moving deeper into instruction, our focus remains on helping every scholar SHOW UP, SHOW OUT, and LEVEL UP. Our routines, procedures, and cultural expectations create the foundation, and now we are using that foundation to drive stronger teaching, learning, and academic achievement.</w:t>
            </w:r>
          </w:p>
          <w:p w14:paraId="2AB26D86" w14:textId="77777777" w:rsidR="0099374C" w:rsidRDefault="00000000">
            <w:pPr>
              <w:spacing w:after="120"/>
            </w:pPr>
            <w:r>
              <w:rPr>
                <w:rFonts w:ascii="Arial" w:hAnsi="Arial"/>
                <w:sz w:val="19"/>
              </w:rPr>
              <w:t>I am excited to share our Spring 2026 M-STEP results with our families. In Math, every tested grade increased in proficiency from Spring 2025 to Spring 2026. In ELA, Grades 3, 4, and 7 increased. These results give us something to celebrate while also reminding us that our work continues. The M-STEP charts included in this newsletter show our grade-by-grade results and progress over time.</w:t>
            </w:r>
          </w:p>
          <w:p w14:paraId="1A206BCC" w14:textId="77777777" w:rsidR="0099374C" w:rsidRDefault="00000000">
            <w:pPr>
              <w:spacing w:after="120"/>
            </w:pPr>
            <w:r>
              <w:rPr>
                <w:rFonts w:ascii="Arial" w:hAnsi="Arial"/>
                <w:sz w:val="19"/>
              </w:rPr>
              <w:t>This week, NWEA testing begins September 22 and continues through September 30. NWEA gives us another important measure of where scholars are now so we can identify strengths, respond to needs, and continue pushing academic growth. Families can help by making sure scholars are at school every day, on time, well-rested, and ready to give their best effort.</w:t>
            </w:r>
          </w:p>
          <w:p w14:paraId="68D43AD6" w14:textId="77777777" w:rsidR="0099374C" w:rsidRDefault="00000000">
            <w:pPr>
              <w:spacing w:after="120"/>
            </w:pPr>
            <w:r>
              <w:rPr>
                <w:rFonts w:ascii="Arial" w:hAnsi="Arial"/>
                <w:sz w:val="19"/>
              </w:rPr>
              <w:t>Our goal is not simply improvement one time. We want consistent growth. That is why our theme remains One Team, One Mission — Consistency Creates Excellence. When our school, scholars, and families stay connected and consistent, we create the conditions for every scholar to succeed.</w:t>
            </w:r>
          </w:p>
          <w:p w14:paraId="30E219C1" w14:textId="77777777" w:rsidR="0099374C" w:rsidRDefault="00000000">
            <w:pPr>
              <w:spacing w:after="120"/>
            </w:pPr>
            <w:r>
              <w:rPr>
                <w:rFonts w:ascii="Arial" w:hAnsi="Arial"/>
                <w:sz w:val="19"/>
              </w:rPr>
              <w:t>Let’s continue to be 1% better every day. Let’s SHOW UP, SHOW OUT, and LEVEL UP!</w:t>
            </w:r>
          </w:p>
        </w:tc>
      </w:tr>
      <w:tr w:rsidR="000B2E76" w14:paraId="2E9863D4" w14:textId="77777777">
        <w:tc>
          <w:tcPr>
            <w:tcW w:w="10800" w:type="dxa"/>
            <w:gridSpan w:val="5"/>
            <w:shd w:val="clear" w:color="auto" w:fill="174A8B"/>
            <w:tcMar>
              <w:top w:w="65" w:type="dxa"/>
              <w:left w:w="65" w:type="dxa"/>
              <w:bottom w:w="65" w:type="dxa"/>
              <w:right w:w="65" w:type="dxa"/>
            </w:tcMar>
          </w:tcPr>
          <w:p w14:paraId="22122EC1" w14:textId="77777777" w:rsidR="000B2E76" w:rsidRDefault="00000000">
            <w:pPr>
              <w:spacing w:after="30" w:line="240" w:lineRule="auto"/>
            </w:pPr>
            <w:r>
              <w:rPr>
                <w:b/>
                <w:color w:val="FFFFFF"/>
                <w:sz w:val="25"/>
              </w:rPr>
              <w:t>UPCOMING SEPTEMBER DATES</w:t>
            </w:r>
          </w:p>
        </w:tc>
      </w:tr>
      <w:tr w:rsidR="000B2E76" w14:paraId="5EFB232E" w14:textId="77777777">
        <w:tblPrEx>
          <w:jc w:val="center"/>
        </w:tblPrEx>
        <w:trPr>
          <w:jc w:val="center"/>
        </w:trPr>
        <w:tc>
          <w:tcPr>
            <w:tcW w:w="2700" w:type="dxa"/>
            <w:tcBorders>
              <w:top w:val="single" w:sz="7" w:space="0" w:color="D8DEE8"/>
              <w:left w:val="single" w:sz="7" w:space="0" w:color="D8DEE8"/>
              <w:bottom w:val="single" w:sz="7" w:space="0" w:color="D8DEE8"/>
              <w:right w:val="single" w:sz="7" w:space="0" w:color="D8DEE8"/>
            </w:tcBorders>
            <w:shd w:val="clear" w:color="auto" w:fill="EAF2FB"/>
            <w:tcMar>
              <w:top w:w="65" w:type="dxa"/>
              <w:left w:w="65" w:type="dxa"/>
              <w:bottom w:w="65" w:type="dxa"/>
              <w:right w:w="65" w:type="dxa"/>
            </w:tcMar>
          </w:tcPr>
          <w:p w14:paraId="26F1F074" w14:textId="77777777" w:rsidR="009F639A" w:rsidRDefault="009F639A" w:rsidP="009F639A">
            <w:pPr>
              <w:spacing w:after="30" w:line="240" w:lineRule="auto"/>
              <w:jc w:val="center"/>
            </w:pPr>
            <w:r>
              <w:rPr>
                <w:b/>
                <w:color w:val="D71920"/>
                <w:sz w:val="20"/>
              </w:rPr>
              <w:t>SEPT. 22–30</w:t>
            </w:r>
          </w:p>
          <w:p w14:paraId="2AA25175" w14:textId="77777777" w:rsidR="009F639A" w:rsidRDefault="009F639A" w:rsidP="009F639A">
            <w:pPr>
              <w:spacing w:after="30" w:line="240" w:lineRule="auto"/>
              <w:jc w:val="center"/>
            </w:pPr>
            <w:r>
              <w:rPr>
                <w:b/>
                <w:color w:val="174A8B"/>
              </w:rPr>
              <w:t>NWEA Testing</w:t>
            </w:r>
          </w:p>
          <w:p w14:paraId="273A7AF5" w14:textId="301BBBA3" w:rsidR="000B2E76" w:rsidRDefault="009F639A" w:rsidP="009F639A">
            <w:pPr>
              <w:spacing w:after="30" w:line="240" w:lineRule="auto"/>
              <w:jc w:val="center"/>
            </w:pPr>
            <w:r>
              <w:rPr>
                <w:color w:val="1F2937"/>
                <w:sz w:val="16"/>
              </w:rPr>
              <w:t>Testing window</w:t>
            </w:r>
          </w:p>
        </w:tc>
        <w:tc>
          <w:tcPr>
            <w:tcW w:w="2700" w:type="dxa"/>
            <w:tcBorders>
              <w:top w:val="single" w:sz="7" w:space="0" w:color="D8DEE8"/>
              <w:left w:val="single" w:sz="7" w:space="0" w:color="D8DEE8"/>
              <w:bottom w:val="single" w:sz="7" w:space="0" w:color="D8DEE8"/>
              <w:right w:val="single" w:sz="7" w:space="0" w:color="D8DEE8"/>
            </w:tcBorders>
            <w:shd w:val="clear" w:color="auto" w:fill="FCEBEC"/>
            <w:tcMar>
              <w:top w:w="65" w:type="dxa"/>
              <w:left w:w="65" w:type="dxa"/>
              <w:bottom w:w="65" w:type="dxa"/>
              <w:right w:w="65" w:type="dxa"/>
            </w:tcMar>
          </w:tcPr>
          <w:p w14:paraId="098BD2A9" w14:textId="77777777" w:rsidR="000B2E76" w:rsidRDefault="000B2E76">
            <w:pPr>
              <w:spacing w:after="30" w:line="240" w:lineRule="auto"/>
              <w:jc w:val="center"/>
            </w:pPr>
          </w:p>
        </w:tc>
        <w:tc>
          <w:tcPr>
            <w:tcW w:w="2700" w:type="dxa"/>
            <w:tcBorders>
              <w:top w:val="single" w:sz="7" w:space="0" w:color="D8DEE8"/>
              <w:left w:val="single" w:sz="7" w:space="0" w:color="D8DEE8"/>
              <w:bottom w:val="single" w:sz="7" w:space="0" w:color="D8DEE8"/>
              <w:right w:val="single" w:sz="7" w:space="0" w:color="D8DEE8"/>
            </w:tcBorders>
            <w:shd w:val="clear" w:color="auto" w:fill="EAF2FB"/>
            <w:tcMar>
              <w:top w:w="65" w:type="dxa"/>
              <w:left w:w="65" w:type="dxa"/>
              <w:bottom w:w="65" w:type="dxa"/>
              <w:right w:w="65" w:type="dxa"/>
            </w:tcMar>
          </w:tcPr>
          <w:p w14:paraId="1EC5BE06" w14:textId="32FA36A8" w:rsidR="000B2E76" w:rsidRDefault="000B2E76">
            <w:pPr>
              <w:spacing w:after="30" w:line="240" w:lineRule="auto"/>
              <w:jc w:val="center"/>
            </w:pPr>
          </w:p>
        </w:tc>
        <w:tc>
          <w:tcPr>
            <w:tcW w:w="2700" w:type="dxa"/>
            <w:gridSpan w:val="2"/>
            <w:tcBorders>
              <w:top w:val="single" w:sz="7" w:space="0" w:color="D8DEE8"/>
              <w:left w:val="single" w:sz="7" w:space="0" w:color="D8DEE8"/>
              <w:bottom w:val="single" w:sz="7" w:space="0" w:color="D8DEE8"/>
              <w:right w:val="single" w:sz="7" w:space="0" w:color="D8DEE8"/>
            </w:tcBorders>
            <w:shd w:val="clear" w:color="auto" w:fill="FCEBEC"/>
            <w:tcMar>
              <w:top w:w="65" w:type="dxa"/>
              <w:left w:w="65" w:type="dxa"/>
              <w:bottom w:w="65" w:type="dxa"/>
              <w:right w:w="65" w:type="dxa"/>
            </w:tcMar>
          </w:tcPr>
          <w:p w14:paraId="2317B157" w14:textId="77777777" w:rsidR="000B2E76" w:rsidRDefault="000B2E76">
            <w:pPr>
              <w:spacing w:after="30" w:line="240" w:lineRule="auto"/>
              <w:jc w:val="center"/>
            </w:pPr>
          </w:p>
        </w:tc>
      </w:tr>
      <w:tr w:rsidR="000B2E76" w14:paraId="7C3089BB" w14:textId="77777777">
        <w:tc>
          <w:tcPr>
            <w:tcW w:w="10800" w:type="dxa"/>
            <w:gridSpan w:val="5"/>
            <w:shd w:val="clear" w:color="auto" w:fill="174A8B"/>
            <w:tcMar>
              <w:top w:w="65" w:type="dxa"/>
              <w:left w:w="65" w:type="dxa"/>
              <w:bottom w:w="65" w:type="dxa"/>
              <w:right w:w="65" w:type="dxa"/>
            </w:tcMar>
          </w:tcPr>
          <w:p w14:paraId="63818DFA" w14:textId="77777777" w:rsidR="000B2E76" w:rsidRDefault="00000000">
            <w:pPr>
              <w:spacing w:after="30" w:line="240" w:lineRule="auto"/>
            </w:pPr>
            <w:r>
              <w:rPr>
                <w:b/>
                <w:color w:val="FFFFFF"/>
                <w:sz w:val="25"/>
              </w:rPr>
              <w:t>THIS WEEK AT UYA — ATTENDANCE &amp; DATA</w:t>
            </w:r>
          </w:p>
        </w:tc>
      </w:tr>
    </w:tbl>
    <w:tbl>
      <w:tblPr>
        <w:tblW w:w="0" w:type="auto"/>
        <w:tblLayout w:type="fixed"/>
        <w:tblLook w:val="04A0" w:firstRow="1" w:lastRow="0" w:firstColumn="1" w:lastColumn="0" w:noHBand="0" w:noVBand="1"/>
      </w:tblPr>
      <w:tblGrid>
        <w:gridCol w:w="5400"/>
        <w:gridCol w:w="5400"/>
      </w:tblGrid>
      <w:tr w:rsidR="000B2E76" w14:paraId="5793FD9E" w14:textId="77777777">
        <w:tc>
          <w:tcPr>
            <w:tcW w:w="5400" w:type="dxa"/>
            <w:tcBorders>
              <w:top w:val="single" w:sz="7" w:space="0" w:color="D8DEE8"/>
              <w:left w:val="single" w:sz="7" w:space="0" w:color="D8DEE8"/>
              <w:bottom w:val="single" w:sz="7" w:space="0" w:color="D8DEE8"/>
              <w:right w:val="single" w:sz="7" w:space="0" w:color="D8DEE8"/>
            </w:tcBorders>
            <w:shd w:val="clear" w:color="auto" w:fill="FFFFFF"/>
            <w:tcMar>
              <w:top w:w="80" w:type="dxa"/>
              <w:left w:w="80" w:type="dxa"/>
              <w:bottom w:w="80" w:type="dxa"/>
              <w:right w:w="80" w:type="dxa"/>
            </w:tcMar>
          </w:tcPr>
          <w:p w14:paraId="6D20C9EF" w14:textId="77777777" w:rsidR="000B2E76" w:rsidRDefault="00000000">
            <w:pPr>
              <w:spacing w:after="30" w:line="240" w:lineRule="auto"/>
            </w:pPr>
            <w:r>
              <w:rPr>
                <w:b/>
                <w:color w:val="174A8B"/>
                <w:sz w:val="23"/>
              </w:rPr>
              <w:t>ATTENDANCE MATTERS — SHOW UP</w:t>
            </w:r>
          </w:p>
          <w:p w14:paraId="1DEFD189" w14:textId="77777777" w:rsidR="000B2E76" w:rsidRDefault="00000000">
            <w:pPr>
              <w:spacing w:after="30" w:line="240" w:lineRule="auto"/>
            </w:pPr>
            <w:r>
              <w:rPr>
                <w:b/>
                <w:color w:val="D71920"/>
                <w:sz w:val="17"/>
              </w:rPr>
              <w:t xml:space="preserve">UYA Attendance Goal: </w:t>
            </w:r>
            <w:r>
              <w:rPr>
                <w:b/>
                <w:color w:val="1F2937"/>
                <w:sz w:val="17"/>
              </w:rPr>
              <w:t>95% ADA</w:t>
            </w:r>
          </w:p>
          <w:p w14:paraId="1446240D" w14:textId="77777777" w:rsidR="000B2E76" w:rsidRDefault="00000000">
            <w:pPr>
              <w:spacing w:after="30" w:line="240" w:lineRule="auto"/>
            </w:pPr>
            <w:r>
              <w:rPr>
                <w:b/>
                <w:color w:val="D71920"/>
                <w:sz w:val="17"/>
              </w:rPr>
              <w:t xml:space="preserve">Week of </w:t>
            </w:r>
            <w:r w:rsidR="00F82947">
              <w:rPr>
                <w:b/>
                <w:color w:val="D71920"/>
                <w:sz w:val="17"/>
              </w:rPr>
              <w:t>9/8</w:t>
            </w:r>
            <w:r>
              <w:rPr>
                <w:b/>
                <w:color w:val="D71920"/>
                <w:sz w:val="17"/>
              </w:rPr>
              <w:t xml:space="preserve"> coded attendance: </w:t>
            </w:r>
            <w:r w:rsidR="00F15B39" w:rsidRPr="00F15B39">
              <w:rPr>
                <w:b/>
                <w:color w:val="000000" w:themeColor="text1"/>
                <w:sz w:val="17"/>
              </w:rPr>
              <w:t>93.42%</w:t>
            </w:r>
          </w:p>
          <w:p w14:paraId="61E1D1CD" w14:textId="77777777" w:rsidR="00F82947" w:rsidRPr="00F15B39" w:rsidRDefault="00000000" w:rsidP="00F82947">
            <w:pPr>
              <w:spacing w:after="30" w:line="240" w:lineRule="auto"/>
              <w:rPr>
                <w:b/>
                <w:color w:val="000000" w:themeColor="text1"/>
                <w:sz w:val="17"/>
              </w:rPr>
            </w:pPr>
            <w:r>
              <w:rPr>
                <w:b/>
                <w:color w:val="D71920"/>
                <w:sz w:val="17"/>
              </w:rPr>
              <w:t xml:space="preserve">Class Attendance Celebration: </w:t>
            </w:r>
            <w:r w:rsidR="00F15B39" w:rsidRPr="00F15B39">
              <w:rPr>
                <w:b/>
                <w:color w:val="000000" w:themeColor="text1"/>
                <w:sz w:val="17"/>
              </w:rPr>
              <w:t xml:space="preserve">Comer 6a and Vinluan 6b 100% Attendance last week </w:t>
            </w:r>
          </w:p>
          <w:p w14:paraId="2F3A7F76" w14:textId="77777777" w:rsidR="000B2E76" w:rsidRDefault="00000000" w:rsidP="00F82947">
            <w:pPr>
              <w:spacing w:after="30" w:line="240" w:lineRule="auto"/>
            </w:pPr>
            <w:r>
              <w:rPr>
                <w:b/>
                <w:color w:val="D71920"/>
              </w:rPr>
              <w:t xml:space="preserve">Family Challenge: </w:t>
            </w:r>
            <w:r>
              <w:rPr>
                <w:color w:val="1F2937"/>
              </w:rPr>
              <w:t xml:space="preserve">Have your scholar in school </w:t>
            </w:r>
            <w:r w:rsidR="00F82947">
              <w:rPr>
                <w:color w:val="1F2937"/>
              </w:rPr>
              <w:t xml:space="preserve">Monday, </w:t>
            </w:r>
            <w:r>
              <w:rPr>
                <w:color w:val="1F2937"/>
              </w:rPr>
              <w:t>Tuesday, Wednesday, Thursday, and Friday for 100% attendance this week.</w:t>
            </w:r>
          </w:p>
        </w:tc>
        <w:tc>
          <w:tcPr>
            <w:tcW w:w="5400" w:type="dxa"/>
            <w:tcBorders>
              <w:top w:val="single" w:sz="7" w:space="0" w:color="D8DEE8"/>
              <w:left w:val="single" w:sz="7" w:space="0" w:color="D8DEE8"/>
              <w:bottom w:val="single" w:sz="7" w:space="0" w:color="D8DEE8"/>
              <w:right w:val="single" w:sz="7" w:space="0" w:color="D8DEE8"/>
            </w:tcBorders>
            <w:shd w:val="clear" w:color="auto" w:fill="FFFFFF"/>
            <w:tcMar>
              <w:top w:w="80" w:type="dxa"/>
              <w:left w:w="80" w:type="dxa"/>
              <w:bottom w:w="80" w:type="dxa"/>
              <w:right w:w="80" w:type="dxa"/>
            </w:tcMar>
          </w:tcPr>
          <w:p w14:paraId="7238B179" w14:textId="77777777" w:rsidR="000B2E76" w:rsidRDefault="00000000">
            <w:pPr>
              <w:spacing w:after="30" w:line="240" w:lineRule="auto"/>
            </w:pPr>
            <w:r>
              <w:rPr>
                <w:b/>
                <w:color w:val="174A8B"/>
                <w:sz w:val="23"/>
              </w:rPr>
              <w:t>NWEA TESTING</w:t>
            </w:r>
          </w:p>
          <w:p w14:paraId="03FD6679" w14:textId="77777777" w:rsidR="000B2E76" w:rsidRDefault="00000000">
            <w:pPr>
              <w:spacing w:after="30" w:line="240" w:lineRule="auto"/>
            </w:pPr>
            <w:r>
              <w:rPr>
                <w:b/>
                <w:color w:val="D71920"/>
                <w:sz w:val="20"/>
              </w:rPr>
              <w:t xml:space="preserve">September </w:t>
            </w:r>
            <w:r w:rsidR="00E5703E">
              <w:rPr>
                <w:b/>
                <w:color w:val="D71920"/>
                <w:sz w:val="20"/>
              </w:rPr>
              <w:t>22</w:t>
            </w:r>
            <w:r>
              <w:rPr>
                <w:b/>
                <w:color w:val="D71920"/>
                <w:sz w:val="20"/>
              </w:rPr>
              <w:t>–30</w:t>
            </w:r>
          </w:p>
          <w:p w14:paraId="2B50D8A5" w14:textId="77777777" w:rsidR="000B2E76" w:rsidRDefault="00000000">
            <w:pPr>
              <w:spacing w:after="30" w:line="240" w:lineRule="auto"/>
            </w:pPr>
            <w:r>
              <w:rPr>
                <w:color w:val="1F2937"/>
              </w:rPr>
              <w:t>Our NWEA testing window begins September 15 and continues through September 30. Daily attendance is especially important so scholars are present and ready to do their best.</w:t>
            </w:r>
          </w:p>
        </w:tc>
      </w:tr>
    </w:tbl>
    <w:tbl>
      <w:tblPr>
        <w:tblW w:w="0" w:type="auto"/>
        <w:tblLook w:val="04A0" w:firstRow="1" w:lastRow="0" w:firstColumn="1" w:lastColumn="0" w:noHBand="0" w:noVBand="1"/>
      </w:tblPr>
      <w:tblGrid>
        <w:gridCol w:w="10775"/>
        <w:gridCol w:w="25"/>
      </w:tblGrid>
      <w:tr w:rsidR="000B2E76" w14:paraId="2E004792" w14:textId="77777777">
        <w:tc>
          <w:tcPr>
            <w:tcW w:w="10800" w:type="dxa"/>
            <w:gridSpan w:val="2"/>
            <w:shd w:val="clear" w:color="auto" w:fill="174A8B"/>
            <w:tcMar>
              <w:top w:w="65" w:type="dxa"/>
              <w:left w:w="65" w:type="dxa"/>
              <w:bottom w:w="65" w:type="dxa"/>
              <w:right w:w="65" w:type="dxa"/>
            </w:tcMar>
          </w:tcPr>
          <w:p w14:paraId="637581C5" w14:textId="77777777" w:rsidR="000B2E76" w:rsidRDefault="00000000">
            <w:pPr>
              <w:spacing w:after="30" w:line="240" w:lineRule="auto"/>
            </w:pPr>
            <w:r>
              <w:rPr>
                <w:b/>
                <w:color w:val="FFFFFF"/>
                <w:sz w:val="25"/>
              </w:rPr>
              <w:t>CULTURE CORNER — CHARACTER CAMP</w:t>
            </w:r>
          </w:p>
        </w:tc>
      </w:tr>
      <w:tr w:rsidR="000B2E76" w14:paraId="008257D9" w14:textId="77777777">
        <w:trPr>
          <w:gridAfter w:val="1"/>
          <w:wAfter w:w="25" w:type="dxa"/>
        </w:trPr>
        <w:tc>
          <w:tcPr>
            <w:tcW w:w="10800" w:type="dxa"/>
            <w:tcBorders>
              <w:top w:val="single" w:sz="7" w:space="0" w:color="D8DEE8"/>
              <w:left w:val="single" w:sz="7" w:space="0" w:color="D8DEE8"/>
              <w:bottom w:val="single" w:sz="7" w:space="0" w:color="D8DEE8"/>
              <w:right w:val="single" w:sz="7" w:space="0" w:color="D8DEE8"/>
            </w:tcBorders>
            <w:shd w:val="clear" w:color="auto" w:fill="FCEBEC"/>
            <w:tcMar>
              <w:top w:w="90" w:type="dxa"/>
              <w:left w:w="90" w:type="dxa"/>
              <w:bottom w:w="90" w:type="dxa"/>
              <w:right w:w="90" w:type="dxa"/>
            </w:tcMar>
          </w:tcPr>
          <w:p w14:paraId="5BC6802F" w14:textId="77777777" w:rsidR="000B2E76" w:rsidRDefault="00000000">
            <w:pPr>
              <w:spacing w:after="30" w:line="240" w:lineRule="auto"/>
            </w:pPr>
            <w:r>
              <w:rPr>
                <w:b/>
                <w:color w:val="D71920"/>
                <w:sz w:val="23"/>
              </w:rPr>
              <w:t>WHAT SHOULD IT LOOK LIKE, FEEL LIKE &amp; SOUND LIKE?</w:t>
            </w:r>
          </w:p>
          <w:p w14:paraId="6930643D" w14:textId="77777777" w:rsidR="000B2E76" w:rsidRDefault="00000000">
            <w:pPr>
              <w:spacing w:after="30" w:line="240" w:lineRule="auto"/>
            </w:pPr>
            <w:r>
              <w:rPr>
                <w:color w:val="1F2937"/>
              </w:rPr>
              <w:t>This week's focus is Character Camp: routines, procedures, and cultural norms.</w:t>
            </w:r>
            <w:r>
              <w:rPr>
                <w:color w:val="1F2937"/>
              </w:rPr>
              <w:br/>
            </w:r>
            <w:r>
              <w:rPr>
                <w:color w:val="1F2937"/>
              </w:rPr>
              <w:br/>
              <w:t>LOOKS LIKE: Modeling • Practicing • Reteaching</w:t>
            </w:r>
            <w:r>
              <w:rPr>
                <w:color w:val="1F2937"/>
              </w:rPr>
              <w:br/>
              <w:t>FEELS LIKE: Consistency • Clear expectations • Everyone learning the same expectations</w:t>
            </w:r>
            <w:r>
              <w:rPr>
                <w:color w:val="1F2937"/>
              </w:rPr>
              <w:br/>
              <w:t>SOUNDS LIKE: Scholars explaining the cultural norm, routine, or procedure — and the WHY behind it.</w:t>
            </w:r>
            <w:r>
              <w:rPr>
                <w:color w:val="1F2937"/>
              </w:rPr>
              <w:br/>
            </w:r>
            <w:r>
              <w:rPr>
                <w:color w:val="1F2937"/>
              </w:rPr>
              <w:br/>
              <w:t>Family conversation: Ask your scholar, “What are the cultural norms and why are they in place?” and “What is a routine or procedure at UYA, and why is it in place?”</w:t>
            </w:r>
          </w:p>
        </w:tc>
      </w:tr>
    </w:tbl>
    <w:p w14:paraId="2370D196" w14:textId="77777777" w:rsidR="000B2E76" w:rsidRDefault="00000000">
      <w:pPr>
        <w:spacing w:after="40" w:line="240" w:lineRule="auto"/>
      </w:pPr>
      <w:r>
        <w:br w:type="page"/>
      </w:r>
    </w:p>
    <w:p w14:paraId="3A253259" w14:textId="77777777" w:rsidR="000B2E76" w:rsidRDefault="00000000">
      <w:pPr>
        <w:spacing w:after="40" w:line="240" w:lineRule="auto"/>
        <w:jc w:val="center"/>
      </w:pPr>
      <w:r>
        <w:rPr>
          <w:b/>
          <w:color w:val="174A8B"/>
          <w:sz w:val="38"/>
        </w:rPr>
        <w:lastRenderedPageBreak/>
        <w:t>FAMILY CONNECTIONS &amp; WEEKLY ACTIONS</w:t>
      </w:r>
    </w:p>
    <w:tbl>
      <w:tblPr>
        <w:tblW w:w="0" w:type="auto"/>
        <w:tblLayout w:type="fixed"/>
        <w:tblLook w:val="04A0" w:firstRow="1" w:lastRow="0" w:firstColumn="1" w:lastColumn="0" w:noHBand="0" w:noVBand="1"/>
      </w:tblPr>
      <w:tblGrid>
        <w:gridCol w:w="5400"/>
        <w:gridCol w:w="5400"/>
      </w:tblGrid>
      <w:tr w:rsidR="000B2E76" w14:paraId="62EE4104" w14:textId="77777777">
        <w:tc>
          <w:tcPr>
            <w:tcW w:w="5400" w:type="dxa"/>
            <w:tcBorders>
              <w:top w:val="single" w:sz="7" w:space="0" w:color="D8DEE8"/>
              <w:left w:val="single" w:sz="7" w:space="0" w:color="D8DEE8"/>
              <w:bottom w:val="single" w:sz="7" w:space="0" w:color="D8DEE8"/>
              <w:right w:val="single" w:sz="7" w:space="0" w:color="D8DEE8"/>
            </w:tcBorders>
            <w:shd w:val="clear" w:color="auto" w:fill="FCEBEC"/>
            <w:tcMar>
              <w:top w:w="85" w:type="dxa"/>
              <w:left w:w="85" w:type="dxa"/>
              <w:bottom w:w="85" w:type="dxa"/>
              <w:right w:w="85" w:type="dxa"/>
            </w:tcMar>
          </w:tcPr>
          <w:p w14:paraId="400950EB" w14:textId="77777777" w:rsidR="000B2E76" w:rsidRDefault="00000000">
            <w:pPr>
              <w:spacing w:after="30" w:line="240" w:lineRule="auto"/>
            </w:pPr>
            <w:r>
              <w:rPr>
                <w:b/>
                <w:color w:val="D71920"/>
                <w:sz w:val="23"/>
              </w:rPr>
              <w:t>IMPORTANT REMINDERS</w:t>
            </w:r>
          </w:p>
          <w:p w14:paraId="40721BAA" w14:textId="77777777" w:rsidR="000B2E76" w:rsidRDefault="00000000">
            <w:pPr>
              <w:spacing w:after="30" w:line="240" w:lineRule="auto"/>
            </w:pPr>
            <w:r>
              <w:rPr>
                <w:color w:val="1F2937"/>
                <w:sz w:val="17"/>
              </w:rPr>
              <w:t xml:space="preserve">• Breakfast </w:t>
            </w:r>
            <w:r w:rsidR="00F82947">
              <w:rPr>
                <w:color w:val="1F2937"/>
                <w:sz w:val="17"/>
              </w:rPr>
              <w:t xml:space="preserve">ends at 7:55am </w:t>
            </w:r>
          </w:p>
          <w:p w14:paraId="749C2FDB" w14:textId="77777777" w:rsidR="000B2E76" w:rsidRDefault="00000000">
            <w:pPr>
              <w:spacing w:after="30" w:line="240" w:lineRule="auto"/>
            </w:pPr>
            <w:r>
              <w:rPr>
                <w:color w:val="1F2937"/>
                <w:sz w:val="17"/>
              </w:rPr>
              <w:t xml:space="preserve">• </w:t>
            </w:r>
            <w:r w:rsidR="00F82947">
              <w:rPr>
                <w:color w:val="1F2937"/>
                <w:sz w:val="17"/>
              </w:rPr>
              <w:t>Doors open at 7:30am daily</w:t>
            </w:r>
          </w:p>
          <w:p w14:paraId="26E4E25D" w14:textId="77777777" w:rsidR="000B2E76" w:rsidRDefault="00000000">
            <w:pPr>
              <w:spacing w:after="30" w:line="240" w:lineRule="auto"/>
            </w:pPr>
            <w:r>
              <w:rPr>
                <w:color w:val="1F2937"/>
                <w:sz w:val="17"/>
              </w:rPr>
              <w:t xml:space="preserve">• </w:t>
            </w:r>
            <w:r w:rsidR="00F82947">
              <w:rPr>
                <w:color w:val="1F2937"/>
                <w:sz w:val="17"/>
              </w:rPr>
              <w:t>S</w:t>
            </w:r>
            <w:r>
              <w:rPr>
                <w:color w:val="1F2937"/>
                <w:sz w:val="17"/>
              </w:rPr>
              <w:t>cholars use their regular entry doors.</w:t>
            </w:r>
          </w:p>
          <w:p w14:paraId="35CCE2BA" w14:textId="77777777" w:rsidR="000B2E76" w:rsidRDefault="00000000">
            <w:pPr>
              <w:spacing w:after="30" w:line="240" w:lineRule="auto"/>
            </w:pPr>
            <w:r>
              <w:rPr>
                <w:color w:val="1F2937"/>
                <w:sz w:val="17"/>
              </w:rPr>
              <w:t>• Uniform expectations remain the same; shoes must be solid black.</w:t>
            </w:r>
          </w:p>
          <w:p w14:paraId="1022C45A" w14:textId="77777777" w:rsidR="000B2E76" w:rsidRDefault="00000000">
            <w:pPr>
              <w:spacing w:after="30" w:line="240" w:lineRule="auto"/>
            </w:pPr>
            <w:r>
              <w:rPr>
                <w:color w:val="1F2937"/>
                <w:sz w:val="17"/>
              </w:rPr>
              <w:t>• CurbSmart dismissal will be followed. Returning families will use the same process as last year; new families reviewed the process during orientation.</w:t>
            </w:r>
          </w:p>
          <w:p w14:paraId="20D36ED0" w14:textId="77777777" w:rsidR="000B2E76" w:rsidRDefault="00000000">
            <w:pPr>
              <w:spacing w:after="30" w:line="240" w:lineRule="auto"/>
            </w:pPr>
            <w:r>
              <w:rPr>
                <w:color w:val="1F2937"/>
                <w:sz w:val="17"/>
              </w:rPr>
              <w:t>• If you do not know your scholar's CurbSmart number, you will learn it when you pick up your scholar.</w:t>
            </w:r>
          </w:p>
        </w:tc>
        <w:tc>
          <w:tcPr>
            <w:tcW w:w="5400" w:type="dxa"/>
            <w:tcBorders>
              <w:top w:val="single" w:sz="7" w:space="0" w:color="D8DEE8"/>
              <w:left w:val="single" w:sz="7" w:space="0" w:color="D8DEE8"/>
              <w:bottom w:val="single" w:sz="7" w:space="0" w:color="D8DEE8"/>
              <w:right w:val="single" w:sz="7" w:space="0" w:color="D8DEE8"/>
            </w:tcBorders>
            <w:shd w:val="clear" w:color="auto" w:fill="EAF2FB"/>
            <w:tcMar>
              <w:top w:w="85" w:type="dxa"/>
              <w:left w:w="85" w:type="dxa"/>
              <w:bottom w:w="85" w:type="dxa"/>
              <w:right w:w="85" w:type="dxa"/>
            </w:tcMar>
          </w:tcPr>
          <w:p w14:paraId="6A4EEB4A" w14:textId="77777777" w:rsidR="000B2E76" w:rsidRDefault="00000000">
            <w:pPr>
              <w:spacing w:after="30" w:line="240" w:lineRule="auto"/>
            </w:pPr>
            <w:r>
              <w:rPr>
                <w:b/>
                <w:color w:val="174A8B"/>
                <w:sz w:val="23"/>
              </w:rPr>
              <w:t>HOMEWORK &amp; LEARNING</w:t>
            </w:r>
          </w:p>
          <w:p w14:paraId="70A56BE4" w14:textId="77777777" w:rsidR="0099374C" w:rsidRDefault="00000000">
            <w:r>
              <w:rPr>
                <w:b/>
              </w:rPr>
              <w:t>READ &amp; RESPOND</w:t>
            </w:r>
          </w:p>
          <w:p w14:paraId="15290D41" w14:textId="77777777" w:rsidR="0099374C" w:rsidRDefault="00000000">
            <w:r>
              <w:t>This week, scholars should read each night and respond to what they read. Families, please have your scholar read carefully and complete the response connected to the reading.</w:t>
            </w:r>
          </w:p>
        </w:tc>
      </w:tr>
    </w:tbl>
    <w:tbl>
      <w:tblPr>
        <w:tblW w:w="0" w:type="auto"/>
        <w:tblLook w:val="04A0" w:firstRow="1" w:lastRow="0" w:firstColumn="1" w:lastColumn="0" w:noHBand="0" w:noVBand="1"/>
      </w:tblPr>
      <w:tblGrid>
        <w:gridCol w:w="10800"/>
      </w:tblGrid>
      <w:tr w:rsidR="000B2E76" w14:paraId="023A267B" w14:textId="77777777">
        <w:tc>
          <w:tcPr>
            <w:tcW w:w="10800" w:type="dxa"/>
            <w:shd w:val="clear" w:color="auto" w:fill="174A8B"/>
            <w:tcMar>
              <w:top w:w="65" w:type="dxa"/>
              <w:left w:w="65" w:type="dxa"/>
              <w:bottom w:w="65" w:type="dxa"/>
              <w:right w:w="65" w:type="dxa"/>
            </w:tcMar>
          </w:tcPr>
          <w:p w14:paraId="69411E74" w14:textId="77777777" w:rsidR="000B2E76" w:rsidRDefault="00000000">
            <w:pPr>
              <w:spacing w:after="30" w:line="240" w:lineRule="auto"/>
            </w:pPr>
            <w:r>
              <w:rPr>
                <w:b/>
                <w:color w:val="FFFFFF"/>
                <w:sz w:val="25"/>
              </w:rPr>
              <w:t>CONNECTIONS CORNER</w:t>
            </w:r>
          </w:p>
        </w:tc>
      </w:tr>
    </w:tbl>
    <w:tbl>
      <w:tblPr>
        <w:tblW w:w="0" w:type="auto"/>
        <w:tblLayout w:type="fixed"/>
        <w:tblLook w:val="04A0" w:firstRow="1" w:lastRow="0" w:firstColumn="1" w:lastColumn="0" w:noHBand="0" w:noVBand="1"/>
      </w:tblPr>
      <w:tblGrid>
        <w:gridCol w:w="5400"/>
        <w:gridCol w:w="5400"/>
      </w:tblGrid>
      <w:tr w:rsidR="000B2E76" w14:paraId="1A5BF7FC" w14:textId="77777777">
        <w:tc>
          <w:tcPr>
            <w:tcW w:w="5400" w:type="dxa"/>
            <w:tcBorders>
              <w:top w:val="single" w:sz="7" w:space="0" w:color="D8DEE8"/>
              <w:left w:val="single" w:sz="7" w:space="0" w:color="D8DEE8"/>
              <w:bottom w:val="single" w:sz="7" w:space="0" w:color="D8DEE8"/>
              <w:right w:val="single" w:sz="7" w:space="0" w:color="D8DEE8"/>
            </w:tcBorders>
            <w:shd w:val="clear" w:color="auto" w:fill="EAF2FB"/>
            <w:tcMar>
              <w:top w:w="90" w:type="dxa"/>
              <w:left w:w="90" w:type="dxa"/>
              <w:bottom w:w="90" w:type="dxa"/>
              <w:right w:w="90" w:type="dxa"/>
            </w:tcMar>
          </w:tcPr>
          <w:p w14:paraId="674FB7D5" w14:textId="77777777" w:rsidR="009F639A" w:rsidRDefault="009F639A" w:rsidP="009F639A">
            <w:pPr>
              <w:spacing w:after="30" w:line="240" w:lineRule="auto"/>
            </w:pPr>
            <w:r>
              <w:rPr>
                <w:b/>
                <w:color w:val="D71920"/>
                <w:sz w:val="24"/>
              </w:rPr>
              <w:t>SAVE THE DATE — MATH-O-WEEN</w:t>
            </w:r>
          </w:p>
          <w:p w14:paraId="784C42C3" w14:textId="77777777" w:rsidR="009F639A" w:rsidRDefault="009F639A" w:rsidP="009F639A">
            <w:pPr>
              <w:spacing w:after="30" w:line="240" w:lineRule="auto"/>
            </w:pPr>
            <w:r>
              <w:rPr>
                <w:b/>
                <w:color w:val="174A8B"/>
                <w:sz w:val="20"/>
              </w:rPr>
              <w:t>October 29 • 5:00–7:00 PM</w:t>
            </w:r>
          </w:p>
          <w:p w14:paraId="0BE2E419" w14:textId="20AA319F" w:rsidR="000B2E76" w:rsidRDefault="009F639A" w:rsidP="009F639A">
            <w:pPr>
              <w:spacing w:after="30" w:line="240" w:lineRule="auto"/>
            </w:pPr>
            <w:r>
              <w:rPr>
                <w:color w:val="1F2937"/>
              </w:rPr>
              <w:t>More information will be shared as the event gets closer.</w:t>
            </w:r>
          </w:p>
        </w:tc>
        <w:tc>
          <w:tcPr>
            <w:tcW w:w="5400" w:type="dxa"/>
            <w:tcBorders>
              <w:top w:val="single" w:sz="7" w:space="0" w:color="D8DEE8"/>
              <w:left w:val="single" w:sz="7" w:space="0" w:color="D8DEE8"/>
              <w:bottom w:val="single" w:sz="7" w:space="0" w:color="D8DEE8"/>
              <w:right w:val="single" w:sz="7" w:space="0" w:color="D8DEE8"/>
            </w:tcBorders>
            <w:shd w:val="clear" w:color="auto" w:fill="FCEBEC"/>
            <w:tcMar>
              <w:top w:w="90" w:type="dxa"/>
              <w:left w:w="90" w:type="dxa"/>
              <w:bottom w:w="90" w:type="dxa"/>
              <w:right w:w="90" w:type="dxa"/>
            </w:tcMar>
          </w:tcPr>
          <w:p w14:paraId="2B7AA014" w14:textId="5D685F37" w:rsidR="000B2E76" w:rsidRDefault="000B2E76">
            <w:pPr>
              <w:spacing w:after="30" w:line="240" w:lineRule="auto"/>
            </w:pPr>
          </w:p>
        </w:tc>
      </w:tr>
    </w:tbl>
    <w:tbl>
      <w:tblPr>
        <w:tblW w:w="0" w:type="auto"/>
        <w:tblLook w:val="04A0" w:firstRow="1" w:lastRow="0" w:firstColumn="1" w:lastColumn="0" w:noHBand="0" w:noVBand="1"/>
      </w:tblPr>
      <w:tblGrid>
        <w:gridCol w:w="10775"/>
        <w:gridCol w:w="25"/>
      </w:tblGrid>
      <w:tr w:rsidR="000B2E76" w14:paraId="5AF8DDB6" w14:textId="77777777">
        <w:tc>
          <w:tcPr>
            <w:tcW w:w="10800" w:type="dxa"/>
            <w:gridSpan w:val="2"/>
            <w:shd w:val="clear" w:color="auto" w:fill="D71920"/>
            <w:tcMar>
              <w:top w:w="65" w:type="dxa"/>
              <w:left w:w="65" w:type="dxa"/>
              <w:bottom w:w="65" w:type="dxa"/>
              <w:right w:w="65" w:type="dxa"/>
            </w:tcMar>
          </w:tcPr>
          <w:p w14:paraId="5545346B" w14:textId="77777777" w:rsidR="000B2E76" w:rsidRDefault="00000000">
            <w:pPr>
              <w:spacing w:after="30" w:line="240" w:lineRule="auto"/>
            </w:pPr>
            <w:r>
              <w:rPr>
                <w:b/>
                <w:color w:val="FFFFFF"/>
                <w:sz w:val="25"/>
              </w:rPr>
              <w:t>FAMILY CHALLENGE OF THE WEEK</w:t>
            </w:r>
          </w:p>
        </w:tc>
      </w:tr>
      <w:tr w:rsidR="000B2E76" w14:paraId="3CCD7B68" w14:textId="77777777">
        <w:trPr>
          <w:gridAfter w:val="1"/>
          <w:wAfter w:w="25" w:type="dxa"/>
        </w:trPr>
        <w:tc>
          <w:tcPr>
            <w:tcW w:w="10800" w:type="dxa"/>
            <w:tcBorders>
              <w:top w:val="single" w:sz="7" w:space="0" w:color="D8DEE8"/>
              <w:left w:val="single" w:sz="7" w:space="0" w:color="D8DEE8"/>
              <w:bottom w:val="single" w:sz="7" w:space="0" w:color="D8DEE8"/>
              <w:right w:val="single" w:sz="7" w:space="0" w:color="D8DEE8"/>
            </w:tcBorders>
            <w:shd w:val="clear" w:color="auto" w:fill="EAF2FB"/>
            <w:tcMar>
              <w:top w:w="90" w:type="dxa"/>
              <w:left w:w="90" w:type="dxa"/>
              <w:bottom w:w="90" w:type="dxa"/>
              <w:right w:w="90" w:type="dxa"/>
            </w:tcMar>
          </w:tcPr>
          <w:p w14:paraId="185E7E17" w14:textId="77777777" w:rsidR="000B2E76" w:rsidRDefault="00000000">
            <w:pPr>
              <w:spacing w:after="30" w:line="240" w:lineRule="auto"/>
            </w:pPr>
            <w:r>
              <w:rPr>
                <w:b/>
                <w:color w:val="174A8B"/>
                <w:sz w:val="23"/>
              </w:rPr>
              <w:t>100% ATTENDANCE CHALLENGE</w:t>
            </w:r>
          </w:p>
          <w:p w14:paraId="7C17EC34" w14:textId="77777777" w:rsidR="000B2E76" w:rsidRDefault="00000000">
            <w:pPr>
              <w:spacing w:after="30" w:line="240" w:lineRule="auto"/>
            </w:pPr>
            <w:r>
              <w:rPr>
                <w:color w:val="1F2937"/>
              </w:rPr>
              <w:t xml:space="preserve">The challenge is simple: make sure your scholar is at school all </w:t>
            </w:r>
            <w:r w:rsidR="00F82947">
              <w:rPr>
                <w:color w:val="1F2937"/>
              </w:rPr>
              <w:t>Five</w:t>
            </w:r>
            <w:r>
              <w:rPr>
                <w:color w:val="1F2937"/>
              </w:rPr>
              <w:t xml:space="preserve"> days this week — </w:t>
            </w:r>
            <w:r w:rsidR="00F82947">
              <w:rPr>
                <w:color w:val="1F2937"/>
              </w:rPr>
              <w:t xml:space="preserve">Monday, </w:t>
            </w:r>
            <w:r>
              <w:rPr>
                <w:color w:val="1F2937"/>
              </w:rPr>
              <w:t>Tuesday, Wednesday, Thursday, and Friday. Our goal is for your scholar to finish Friday with 100% attendance for the week.</w:t>
            </w:r>
          </w:p>
        </w:tc>
      </w:tr>
    </w:tbl>
    <w:p w14:paraId="51D42095" w14:textId="77777777" w:rsidR="00C600AF" w:rsidRDefault="00C600AF">
      <w:pPr>
        <w:spacing w:after="40" w:line="240" w:lineRule="auto"/>
      </w:pPr>
    </w:p>
    <w:p w14:paraId="6D3B9916" w14:textId="77777777" w:rsidR="00C600AF" w:rsidRDefault="00C600AF">
      <w:pPr>
        <w:spacing w:after="40" w:line="240" w:lineRule="auto"/>
      </w:pPr>
    </w:p>
    <w:p w14:paraId="46080CE9" w14:textId="77777777" w:rsidR="00C600AF" w:rsidRDefault="00C600AF">
      <w:pPr>
        <w:spacing w:after="40" w:line="240" w:lineRule="auto"/>
      </w:pPr>
    </w:p>
    <w:p w14:paraId="74B91B77" w14:textId="77777777" w:rsidR="00C600AF" w:rsidRDefault="00C600AF">
      <w:pPr>
        <w:spacing w:after="40" w:line="240" w:lineRule="auto"/>
      </w:pPr>
    </w:p>
    <w:p w14:paraId="7A25FFA9" w14:textId="77777777" w:rsidR="00C600AF" w:rsidRDefault="00C600AF">
      <w:pPr>
        <w:spacing w:after="40" w:line="240" w:lineRule="auto"/>
      </w:pPr>
    </w:p>
    <w:p w14:paraId="5C74B49B" w14:textId="77777777" w:rsidR="00C600AF" w:rsidRDefault="00C600AF">
      <w:pPr>
        <w:spacing w:after="40" w:line="240" w:lineRule="auto"/>
      </w:pPr>
    </w:p>
    <w:p w14:paraId="619399FB" w14:textId="77777777" w:rsidR="00C600AF" w:rsidRDefault="00C600AF">
      <w:pPr>
        <w:spacing w:after="40" w:line="240" w:lineRule="auto"/>
      </w:pPr>
    </w:p>
    <w:p w14:paraId="36D968DC" w14:textId="77777777" w:rsidR="00C600AF" w:rsidRDefault="00C600AF">
      <w:pPr>
        <w:spacing w:after="40" w:line="240" w:lineRule="auto"/>
      </w:pPr>
    </w:p>
    <w:p w14:paraId="7180A8D2" w14:textId="77777777" w:rsidR="00C600AF" w:rsidRDefault="00C600AF">
      <w:pPr>
        <w:spacing w:after="40" w:line="240" w:lineRule="auto"/>
      </w:pPr>
    </w:p>
    <w:p w14:paraId="048B05E3" w14:textId="77777777" w:rsidR="00C600AF" w:rsidRDefault="00C600AF">
      <w:pPr>
        <w:spacing w:after="40" w:line="240" w:lineRule="auto"/>
      </w:pPr>
    </w:p>
    <w:p w14:paraId="5B9DFB07" w14:textId="77777777" w:rsidR="00C600AF" w:rsidRDefault="00C600AF">
      <w:pPr>
        <w:spacing w:after="40" w:line="240" w:lineRule="auto"/>
      </w:pPr>
    </w:p>
    <w:p w14:paraId="58EC7C82" w14:textId="77777777" w:rsidR="00C600AF" w:rsidRDefault="00C600AF">
      <w:pPr>
        <w:spacing w:after="40" w:line="240" w:lineRule="auto"/>
      </w:pPr>
    </w:p>
    <w:p w14:paraId="3337B1B9" w14:textId="77777777" w:rsidR="00C600AF" w:rsidRDefault="00C600AF">
      <w:pPr>
        <w:spacing w:after="40" w:line="240" w:lineRule="auto"/>
      </w:pPr>
    </w:p>
    <w:p w14:paraId="61080969" w14:textId="77777777" w:rsidR="00C600AF" w:rsidRDefault="00C600AF">
      <w:pPr>
        <w:spacing w:after="40" w:line="240" w:lineRule="auto"/>
      </w:pPr>
    </w:p>
    <w:p w14:paraId="0A3069FF" w14:textId="77777777" w:rsidR="00C600AF" w:rsidRDefault="00C600AF">
      <w:pPr>
        <w:spacing w:after="40" w:line="240" w:lineRule="auto"/>
      </w:pPr>
    </w:p>
    <w:p w14:paraId="1E2A305A" w14:textId="77777777" w:rsidR="00C600AF" w:rsidRDefault="00C600AF">
      <w:pPr>
        <w:spacing w:after="40" w:line="240" w:lineRule="auto"/>
      </w:pPr>
    </w:p>
    <w:p w14:paraId="7A9FD127" w14:textId="77777777" w:rsidR="00C600AF" w:rsidRDefault="00C600AF">
      <w:pPr>
        <w:spacing w:after="40" w:line="240" w:lineRule="auto"/>
      </w:pPr>
    </w:p>
    <w:p w14:paraId="720D90C5" w14:textId="77777777" w:rsidR="00C600AF" w:rsidRDefault="00C600AF">
      <w:pPr>
        <w:spacing w:after="40" w:line="240" w:lineRule="auto"/>
      </w:pPr>
    </w:p>
    <w:p w14:paraId="4A1CCF0E" w14:textId="77777777" w:rsidR="00C600AF" w:rsidRDefault="00C600AF">
      <w:pPr>
        <w:spacing w:after="40" w:line="240" w:lineRule="auto"/>
      </w:pPr>
    </w:p>
    <w:p w14:paraId="100F8ED9" w14:textId="77777777" w:rsidR="00C600AF" w:rsidRDefault="00C600AF">
      <w:pPr>
        <w:spacing w:after="40" w:line="240" w:lineRule="auto"/>
      </w:pPr>
    </w:p>
    <w:p w14:paraId="3B8C16BE" w14:textId="77777777" w:rsidR="00C600AF" w:rsidRDefault="00C600AF">
      <w:pPr>
        <w:spacing w:after="40" w:line="240" w:lineRule="auto"/>
      </w:pPr>
    </w:p>
    <w:p w14:paraId="3095771C" w14:textId="77777777" w:rsidR="00C600AF" w:rsidRDefault="00C600AF">
      <w:pPr>
        <w:spacing w:after="40" w:line="240" w:lineRule="auto"/>
      </w:pPr>
    </w:p>
    <w:p w14:paraId="3ABB639F" w14:textId="77777777" w:rsidR="00C600AF" w:rsidRDefault="00C600AF">
      <w:pPr>
        <w:spacing w:after="40" w:line="240" w:lineRule="auto"/>
      </w:pPr>
    </w:p>
    <w:p w14:paraId="3BBE3538" w14:textId="77777777" w:rsidR="00C600AF" w:rsidRDefault="00C600AF">
      <w:pPr>
        <w:spacing w:after="40" w:line="240" w:lineRule="auto"/>
      </w:pPr>
    </w:p>
    <w:p w14:paraId="0B0C8C13" w14:textId="77777777" w:rsidR="00C600AF" w:rsidRDefault="00C600AF" w:rsidP="00C600AF">
      <w:pPr>
        <w:jc w:val="center"/>
      </w:pPr>
      <w:r>
        <w:rPr>
          <w:b/>
          <w:color w:val="1F4E79"/>
          <w:sz w:val="36"/>
        </w:rPr>
        <w:lastRenderedPageBreak/>
        <w:t>M-STEP ELA — HISTORICAL PROFICIENCY</w:t>
      </w:r>
    </w:p>
    <w:p w14:paraId="7B666980" w14:textId="77777777" w:rsidR="00C600AF" w:rsidRDefault="00C600AF" w:rsidP="00C600AF">
      <w:pPr>
        <w:jc w:val="center"/>
      </w:pPr>
      <w:r>
        <w:rPr>
          <w:noProof/>
        </w:rPr>
        <w:drawing>
          <wp:inline distT="0" distB="0" distL="0" distR="0" wp14:anchorId="0627A069" wp14:editId="39419551">
            <wp:extent cx="6400800" cy="35848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6-09-21 at 3.39.23 PM(1).png"/>
                    <pic:cNvPicPr/>
                  </pic:nvPicPr>
                  <pic:blipFill>
                    <a:blip r:embed="rId8"/>
                    <a:stretch>
                      <a:fillRect/>
                    </a:stretch>
                  </pic:blipFill>
                  <pic:spPr>
                    <a:xfrm>
                      <a:off x="0" y="0"/>
                      <a:ext cx="6400800" cy="3584823"/>
                    </a:xfrm>
                    <a:prstGeom prst="rect">
                      <a:avLst/>
                    </a:prstGeom>
                  </pic:spPr>
                </pic:pic>
              </a:graphicData>
            </a:graphic>
          </wp:inline>
        </w:drawing>
      </w:r>
    </w:p>
    <w:p w14:paraId="22EA40F9" w14:textId="77777777" w:rsidR="00C600AF" w:rsidRDefault="00C600AF" w:rsidP="00C600AF">
      <w:pPr>
        <w:jc w:val="center"/>
      </w:pPr>
      <w:r>
        <w:rPr>
          <w:b/>
          <w:color w:val="C00000"/>
          <w:sz w:val="24"/>
        </w:rPr>
        <w:t>Spring 2026 proficiency increased in Grades 3, 4, and 7 compared with Spring 2025.</w:t>
      </w:r>
    </w:p>
    <w:p w14:paraId="0FCB5279" w14:textId="77777777" w:rsidR="00C600AF" w:rsidRDefault="00C600AF" w:rsidP="00C600AF">
      <w:r>
        <w:br w:type="page"/>
      </w:r>
    </w:p>
    <w:p w14:paraId="60E44FAF" w14:textId="77777777" w:rsidR="00C600AF" w:rsidRDefault="00000000" w:rsidP="00C600AF">
      <w:pPr>
        <w:jc w:val="center"/>
      </w:pPr>
      <w:r>
        <w:lastRenderedPageBreak/>
        <w:br w:type="page"/>
      </w:r>
      <w:r w:rsidR="00C600AF">
        <w:rPr>
          <w:b/>
          <w:color w:val="1F4E79"/>
          <w:sz w:val="36"/>
        </w:rPr>
        <w:lastRenderedPageBreak/>
        <w:t>M-STEP MATH — HISTORICAL PROFICIENCY</w:t>
      </w:r>
    </w:p>
    <w:p w14:paraId="31D1D6E6" w14:textId="77777777" w:rsidR="00C600AF" w:rsidRDefault="00C600AF" w:rsidP="00C600AF">
      <w:pPr>
        <w:jc w:val="center"/>
      </w:pPr>
      <w:r>
        <w:rPr>
          <w:noProof/>
        </w:rPr>
        <w:drawing>
          <wp:inline distT="0" distB="0" distL="0" distR="0" wp14:anchorId="093BD848" wp14:editId="57E5066A">
            <wp:extent cx="6400800" cy="36754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6-09-21 at 3.39.31 PM(1).png"/>
                    <pic:cNvPicPr/>
                  </pic:nvPicPr>
                  <pic:blipFill>
                    <a:blip r:embed="rId9"/>
                    <a:stretch>
                      <a:fillRect/>
                    </a:stretch>
                  </pic:blipFill>
                  <pic:spPr>
                    <a:xfrm>
                      <a:off x="0" y="0"/>
                      <a:ext cx="6400800" cy="3675459"/>
                    </a:xfrm>
                    <a:prstGeom prst="rect">
                      <a:avLst/>
                    </a:prstGeom>
                  </pic:spPr>
                </pic:pic>
              </a:graphicData>
            </a:graphic>
          </wp:inline>
        </w:drawing>
      </w:r>
    </w:p>
    <w:p w14:paraId="5A2E05BA" w14:textId="77777777" w:rsidR="00C600AF" w:rsidRDefault="00C600AF" w:rsidP="00C600AF">
      <w:pPr>
        <w:jc w:val="center"/>
      </w:pPr>
      <w:r>
        <w:rPr>
          <w:b/>
          <w:color w:val="C00000"/>
          <w:sz w:val="24"/>
        </w:rPr>
        <w:t>Every tested grade increased from Spring 2025 to Spring 2026.</w:t>
      </w:r>
    </w:p>
    <w:p w14:paraId="320409A4" w14:textId="329E980C" w:rsidR="000B2E76" w:rsidRDefault="000B2E76">
      <w:pPr>
        <w:spacing w:after="40" w:line="240" w:lineRule="auto"/>
      </w:pPr>
    </w:p>
    <w:p w14:paraId="4D6CAA94" w14:textId="77777777" w:rsidR="00C600AF" w:rsidRDefault="00C600AF">
      <w:pPr>
        <w:spacing w:after="40" w:line="240" w:lineRule="auto"/>
      </w:pPr>
    </w:p>
    <w:p w14:paraId="0311789D" w14:textId="77777777" w:rsidR="00C600AF" w:rsidRDefault="00C600AF">
      <w:pPr>
        <w:spacing w:after="40" w:line="240" w:lineRule="auto"/>
      </w:pPr>
    </w:p>
    <w:p w14:paraId="3014C7AB" w14:textId="77777777" w:rsidR="00C600AF" w:rsidRDefault="00C600AF">
      <w:pPr>
        <w:spacing w:after="40" w:line="240" w:lineRule="auto"/>
      </w:pPr>
    </w:p>
    <w:p w14:paraId="3C577A51" w14:textId="77777777" w:rsidR="00C600AF" w:rsidRDefault="00C600AF">
      <w:pPr>
        <w:spacing w:after="40" w:line="240" w:lineRule="auto"/>
      </w:pPr>
    </w:p>
    <w:p w14:paraId="2656DFE9" w14:textId="77777777" w:rsidR="00C600AF" w:rsidRDefault="00C600AF">
      <w:pPr>
        <w:spacing w:after="40" w:line="240" w:lineRule="auto"/>
      </w:pPr>
    </w:p>
    <w:p w14:paraId="2B900098" w14:textId="77777777" w:rsidR="00C600AF" w:rsidRDefault="00C600AF">
      <w:pPr>
        <w:spacing w:after="40" w:line="240" w:lineRule="auto"/>
      </w:pPr>
    </w:p>
    <w:p w14:paraId="402285BB" w14:textId="77777777" w:rsidR="00C600AF" w:rsidRDefault="00C600AF">
      <w:pPr>
        <w:spacing w:after="40" w:line="240" w:lineRule="auto"/>
      </w:pPr>
    </w:p>
    <w:p w14:paraId="1D7161B5" w14:textId="77777777" w:rsidR="00C600AF" w:rsidRDefault="00C600AF">
      <w:pPr>
        <w:spacing w:after="40" w:line="240" w:lineRule="auto"/>
      </w:pPr>
    </w:p>
    <w:p w14:paraId="141CB220" w14:textId="77777777" w:rsidR="00C600AF" w:rsidRDefault="00C600AF">
      <w:pPr>
        <w:spacing w:after="40" w:line="240" w:lineRule="auto"/>
      </w:pPr>
    </w:p>
    <w:p w14:paraId="524B8FB3" w14:textId="77777777" w:rsidR="00C600AF" w:rsidRDefault="00C600AF">
      <w:pPr>
        <w:spacing w:after="40" w:line="240" w:lineRule="auto"/>
      </w:pPr>
    </w:p>
    <w:p w14:paraId="76E86C92" w14:textId="77777777" w:rsidR="00C600AF" w:rsidRDefault="00C600AF">
      <w:pPr>
        <w:spacing w:after="40" w:line="240" w:lineRule="auto"/>
      </w:pPr>
    </w:p>
    <w:p w14:paraId="2B58312B" w14:textId="77777777" w:rsidR="00C600AF" w:rsidRDefault="00C600AF">
      <w:pPr>
        <w:spacing w:after="40" w:line="240" w:lineRule="auto"/>
      </w:pPr>
    </w:p>
    <w:p w14:paraId="01FBD50D" w14:textId="77777777" w:rsidR="00C600AF" w:rsidRDefault="00C600AF">
      <w:pPr>
        <w:spacing w:after="40" w:line="240" w:lineRule="auto"/>
      </w:pPr>
    </w:p>
    <w:p w14:paraId="028A3B42" w14:textId="77777777" w:rsidR="00C600AF" w:rsidRDefault="00C600AF">
      <w:pPr>
        <w:spacing w:after="40" w:line="240" w:lineRule="auto"/>
      </w:pPr>
    </w:p>
    <w:p w14:paraId="5FF2AFA5" w14:textId="77777777" w:rsidR="000B2E76" w:rsidRDefault="00000000">
      <w:pPr>
        <w:spacing w:after="40" w:line="240" w:lineRule="auto"/>
        <w:jc w:val="center"/>
      </w:pPr>
      <w:r>
        <w:rPr>
          <w:noProof/>
        </w:rPr>
        <w:lastRenderedPageBreak/>
        <w:drawing>
          <wp:inline distT="0" distB="0" distL="0" distR="0" wp14:anchorId="529DC8A0" wp14:editId="169162EE">
            <wp:extent cx="1148996" cy="11489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le crown of excellence final (1).png"/>
                    <pic:cNvPicPr/>
                  </pic:nvPicPr>
                  <pic:blipFill>
                    <a:blip r:embed="rId10"/>
                    <a:stretch>
                      <a:fillRect/>
                    </a:stretch>
                  </pic:blipFill>
                  <pic:spPr>
                    <a:xfrm>
                      <a:off x="0" y="0"/>
                      <a:ext cx="1179958" cy="1179958"/>
                    </a:xfrm>
                    <a:prstGeom prst="rect">
                      <a:avLst/>
                    </a:prstGeom>
                  </pic:spPr>
                </pic:pic>
              </a:graphicData>
            </a:graphic>
          </wp:inline>
        </w:drawing>
      </w:r>
    </w:p>
    <w:p w14:paraId="7C492953" w14:textId="77777777" w:rsidR="000B2E76" w:rsidRPr="009F639A" w:rsidRDefault="00000000">
      <w:pPr>
        <w:spacing w:after="40" w:line="240" w:lineRule="auto"/>
        <w:jc w:val="center"/>
        <w:rPr>
          <w:sz w:val="13"/>
          <w:szCs w:val="18"/>
        </w:rPr>
      </w:pPr>
      <w:r w:rsidRPr="009F639A">
        <w:rPr>
          <w:b/>
          <w:color w:val="174A8B"/>
          <w:sz w:val="28"/>
          <w:szCs w:val="18"/>
        </w:rPr>
        <w:t>TRIPLE CROWN OF EXCELLENCE</w:t>
      </w:r>
    </w:p>
    <w:p w14:paraId="1DC353EF" w14:textId="77777777" w:rsidR="000B2E76" w:rsidRPr="009F639A" w:rsidRDefault="00000000">
      <w:pPr>
        <w:spacing w:after="40" w:line="240" w:lineRule="auto"/>
        <w:jc w:val="center"/>
        <w:rPr>
          <w:sz w:val="13"/>
          <w:szCs w:val="18"/>
        </w:rPr>
      </w:pPr>
      <w:r w:rsidRPr="009F639A">
        <w:rPr>
          <w:b/>
          <w:color w:val="D71920"/>
          <w:sz w:val="20"/>
          <w:szCs w:val="18"/>
        </w:rPr>
        <w:t>SHOW UP • SHOW OUT • LEVEL UP</w:t>
      </w:r>
    </w:p>
    <w:p w14:paraId="6977B82F" w14:textId="77777777" w:rsidR="006C487A" w:rsidRPr="009F639A" w:rsidRDefault="006C487A">
      <w:pPr>
        <w:spacing w:after="40" w:line="240" w:lineRule="auto"/>
        <w:jc w:val="center"/>
        <w:rPr>
          <w:color w:val="1F2937"/>
          <w:sz w:val="11"/>
          <w:szCs w:val="18"/>
        </w:rPr>
      </w:pPr>
    </w:p>
    <w:p w14:paraId="30E1E467" w14:textId="3F8036B6" w:rsidR="006C487A" w:rsidRDefault="009F639A">
      <w:pPr>
        <w:spacing w:after="40" w:line="240" w:lineRule="auto"/>
        <w:jc w:val="center"/>
      </w:pPr>
      <w:r>
        <w:rPr>
          <w:noProof/>
        </w:rPr>
        <w:drawing>
          <wp:inline distT="0" distB="0" distL="0" distR="0" wp14:anchorId="3804918C" wp14:editId="34A76925">
            <wp:extent cx="1769464" cy="1325989"/>
            <wp:effectExtent l="0" t="0" r="0" b="0"/>
            <wp:docPr id="1103182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182549" name="Picture 1103182549"/>
                    <pic:cNvPicPr/>
                  </pic:nvPicPr>
                  <pic:blipFill>
                    <a:blip r:embed="rId11"/>
                    <a:stretch>
                      <a:fillRect/>
                    </a:stretch>
                  </pic:blipFill>
                  <pic:spPr>
                    <a:xfrm>
                      <a:off x="0" y="0"/>
                      <a:ext cx="1853084" cy="1388651"/>
                    </a:xfrm>
                    <a:prstGeom prst="rect">
                      <a:avLst/>
                    </a:prstGeom>
                  </pic:spPr>
                </pic:pic>
              </a:graphicData>
            </a:graphic>
          </wp:inline>
        </w:drawing>
      </w:r>
      <w:r>
        <w:rPr>
          <w:noProof/>
        </w:rPr>
        <w:drawing>
          <wp:inline distT="0" distB="0" distL="0" distR="0" wp14:anchorId="0A6975AE" wp14:editId="19B545A6">
            <wp:extent cx="1766707" cy="1323923"/>
            <wp:effectExtent l="0" t="0" r="0" b="0"/>
            <wp:docPr id="385749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49175" name="Picture 385749175"/>
                    <pic:cNvPicPr/>
                  </pic:nvPicPr>
                  <pic:blipFill>
                    <a:blip r:embed="rId12"/>
                    <a:stretch>
                      <a:fillRect/>
                    </a:stretch>
                  </pic:blipFill>
                  <pic:spPr>
                    <a:xfrm>
                      <a:off x="0" y="0"/>
                      <a:ext cx="1806225" cy="1353537"/>
                    </a:xfrm>
                    <a:prstGeom prst="rect">
                      <a:avLst/>
                    </a:prstGeom>
                  </pic:spPr>
                </pic:pic>
              </a:graphicData>
            </a:graphic>
          </wp:inline>
        </w:drawing>
      </w:r>
      <w:r>
        <w:rPr>
          <w:noProof/>
        </w:rPr>
        <w:drawing>
          <wp:inline distT="0" distB="0" distL="0" distR="0" wp14:anchorId="2117D659" wp14:editId="01B4EBD0">
            <wp:extent cx="1736700" cy="1301437"/>
            <wp:effectExtent l="0" t="0" r="3810" b="0"/>
            <wp:docPr id="15827525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52576" name="Picture 1582752576"/>
                    <pic:cNvPicPr/>
                  </pic:nvPicPr>
                  <pic:blipFill>
                    <a:blip r:embed="rId13"/>
                    <a:stretch>
                      <a:fillRect/>
                    </a:stretch>
                  </pic:blipFill>
                  <pic:spPr>
                    <a:xfrm flipH="1">
                      <a:off x="0" y="0"/>
                      <a:ext cx="1783289" cy="1336350"/>
                    </a:xfrm>
                    <a:prstGeom prst="rect">
                      <a:avLst/>
                    </a:prstGeom>
                  </pic:spPr>
                </pic:pic>
              </a:graphicData>
            </a:graphic>
          </wp:inline>
        </w:drawing>
      </w:r>
      <w:r>
        <w:rPr>
          <w:noProof/>
        </w:rPr>
        <w:drawing>
          <wp:inline distT="0" distB="0" distL="0" distR="0" wp14:anchorId="4FBC75C3" wp14:editId="61C785FF">
            <wp:extent cx="1535751" cy="1294932"/>
            <wp:effectExtent l="0" t="0" r="1270" b="635"/>
            <wp:docPr id="3839264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26472" name="Picture 383926472"/>
                    <pic:cNvPicPr/>
                  </pic:nvPicPr>
                  <pic:blipFill>
                    <a:blip r:embed="rId14"/>
                    <a:stretch>
                      <a:fillRect/>
                    </a:stretch>
                  </pic:blipFill>
                  <pic:spPr>
                    <a:xfrm>
                      <a:off x="0" y="0"/>
                      <a:ext cx="1625199" cy="1370354"/>
                    </a:xfrm>
                    <a:prstGeom prst="rect">
                      <a:avLst/>
                    </a:prstGeom>
                  </pic:spPr>
                </pic:pic>
              </a:graphicData>
            </a:graphic>
          </wp:inline>
        </w:drawing>
      </w:r>
      <w:r>
        <w:rPr>
          <w:noProof/>
        </w:rPr>
        <w:drawing>
          <wp:inline distT="0" distB="0" distL="0" distR="0" wp14:anchorId="528EDF3D" wp14:editId="37F9BF28">
            <wp:extent cx="1810385" cy="1358626"/>
            <wp:effectExtent l="0" t="0" r="5715" b="635"/>
            <wp:docPr id="2980082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08205" name="Picture 298008205"/>
                    <pic:cNvPicPr/>
                  </pic:nvPicPr>
                  <pic:blipFill>
                    <a:blip r:embed="rId15"/>
                    <a:stretch>
                      <a:fillRect/>
                    </a:stretch>
                  </pic:blipFill>
                  <pic:spPr>
                    <a:xfrm>
                      <a:off x="0" y="0"/>
                      <a:ext cx="2130455" cy="1598827"/>
                    </a:xfrm>
                    <a:prstGeom prst="rect">
                      <a:avLst/>
                    </a:prstGeom>
                  </pic:spPr>
                </pic:pic>
              </a:graphicData>
            </a:graphic>
          </wp:inline>
        </w:drawing>
      </w:r>
      <w:r>
        <w:rPr>
          <w:noProof/>
        </w:rPr>
        <w:drawing>
          <wp:inline distT="0" distB="0" distL="0" distR="0" wp14:anchorId="5ACD8C93" wp14:editId="0BBBAF82">
            <wp:extent cx="1809547" cy="1356027"/>
            <wp:effectExtent l="0" t="0" r="0" b="3175"/>
            <wp:docPr id="12568015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801548" name="Picture 1256801548"/>
                    <pic:cNvPicPr/>
                  </pic:nvPicPr>
                  <pic:blipFill>
                    <a:blip r:embed="rId16"/>
                    <a:stretch>
                      <a:fillRect/>
                    </a:stretch>
                  </pic:blipFill>
                  <pic:spPr>
                    <a:xfrm>
                      <a:off x="0" y="0"/>
                      <a:ext cx="1901797" cy="1425157"/>
                    </a:xfrm>
                    <a:prstGeom prst="rect">
                      <a:avLst/>
                    </a:prstGeom>
                  </pic:spPr>
                </pic:pic>
              </a:graphicData>
            </a:graphic>
          </wp:inline>
        </w:drawing>
      </w:r>
      <w:r>
        <w:rPr>
          <w:noProof/>
        </w:rPr>
        <w:drawing>
          <wp:inline distT="0" distB="0" distL="0" distR="0" wp14:anchorId="1236A508" wp14:editId="1138CB9F">
            <wp:extent cx="1811492" cy="1359457"/>
            <wp:effectExtent l="0" t="0" r="5080" b="0"/>
            <wp:docPr id="12653566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356609" name="Picture 1265356609"/>
                    <pic:cNvPicPr/>
                  </pic:nvPicPr>
                  <pic:blipFill>
                    <a:blip r:embed="rId17"/>
                    <a:stretch>
                      <a:fillRect/>
                    </a:stretch>
                  </pic:blipFill>
                  <pic:spPr>
                    <a:xfrm>
                      <a:off x="0" y="0"/>
                      <a:ext cx="1897975" cy="1424360"/>
                    </a:xfrm>
                    <a:prstGeom prst="rect">
                      <a:avLst/>
                    </a:prstGeom>
                  </pic:spPr>
                </pic:pic>
              </a:graphicData>
            </a:graphic>
          </wp:inline>
        </w:drawing>
      </w:r>
      <w:r>
        <w:rPr>
          <w:noProof/>
        </w:rPr>
        <w:drawing>
          <wp:inline distT="0" distB="0" distL="0" distR="0" wp14:anchorId="34BFCC1E" wp14:editId="7651903A">
            <wp:extent cx="1904310" cy="1429114"/>
            <wp:effectExtent l="0" t="0" r="1270" b="0"/>
            <wp:docPr id="7095528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52868" name="Picture 709552868"/>
                    <pic:cNvPicPr/>
                  </pic:nvPicPr>
                  <pic:blipFill>
                    <a:blip r:embed="rId18"/>
                    <a:stretch>
                      <a:fillRect/>
                    </a:stretch>
                  </pic:blipFill>
                  <pic:spPr>
                    <a:xfrm>
                      <a:off x="0" y="0"/>
                      <a:ext cx="1936037" cy="1452924"/>
                    </a:xfrm>
                    <a:prstGeom prst="rect">
                      <a:avLst/>
                    </a:prstGeom>
                  </pic:spPr>
                </pic:pic>
              </a:graphicData>
            </a:graphic>
          </wp:inline>
        </w:drawing>
      </w:r>
    </w:p>
    <w:p w14:paraId="65040A86" w14:textId="77777777" w:rsidR="000B2E76" w:rsidRDefault="000B2E76">
      <w:pPr>
        <w:pageBreakBefore/>
      </w:pPr>
    </w:p>
    <w:p w14:paraId="67149EFA" w14:textId="77777777" w:rsidR="000B2E76" w:rsidRDefault="00000000" w:rsidP="006C487A">
      <w:pPr>
        <w:spacing w:after="40" w:line="240" w:lineRule="auto"/>
        <w:jc w:val="center"/>
      </w:pPr>
      <w:r>
        <w:rPr>
          <w:b/>
          <w:color w:val="174A8B"/>
          <w:sz w:val="40"/>
        </w:rPr>
        <w:t>CONTACT UYA STAFF</w:t>
      </w:r>
    </w:p>
    <w:p w14:paraId="1D23D708" w14:textId="77777777" w:rsidR="000B2E76" w:rsidRDefault="00000000">
      <w:pPr>
        <w:spacing w:after="40" w:line="240" w:lineRule="auto"/>
        <w:jc w:val="center"/>
      </w:pPr>
      <w:r>
        <w:rPr>
          <w:b/>
          <w:color w:val="D71920"/>
        </w:rPr>
        <w:t>Use the Dean's List number to TEXT when one is listed. If no Dean's List number was provided, use the staff member's email.</w:t>
      </w:r>
    </w:p>
    <w:tbl>
      <w:tblPr>
        <w:tblW w:w="0" w:type="auto"/>
        <w:jc w:val="center"/>
        <w:tblLook w:val="04A0" w:firstRow="1" w:lastRow="0" w:firstColumn="1" w:lastColumn="0" w:noHBand="0" w:noVBand="1"/>
      </w:tblPr>
      <w:tblGrid>
        <w:gridCol w:w="2700"/>
        <w:gridCol w:w="2700"/>
        <w:gridCol w:w="2700"/>
        <w:gridCol w:w="2700"/>
      </w:tblGrid>
      <w:tr w:rsidR="000B2E76" w14:paraId="51718B57" w14:textId="77777777">
        <w:trPr>
          <w:jc w:val="center"/>
        </w:trPr>
        <w:tc>
          <w:tcPr>
            <w:tcW w:w="2700" w:type="dxa"/>
            <w:shd w:val="clear" w:color="auto" w:fill="174A8B"/>
            <w:tcMar>
              <w:top w:w="55" w:type="dxa"/>
              <w:left w:w="55" w:type="dxa"/>
              <w:bottom w:w="55" w:type="dxa"/>
              <w:right w:w="55" w:type="dxa"/>
            </w:tcMar>
          </w:tcPr>
          <w:p w14:paraId="02FD0B34" w14:textId="77777777" w:rsidR="000B2E76" w:rsidRDefault="00000000">
            <w:pPr>
              <w:spacing w:after="30" w:line="240" w:lineRule="auto"/>
            </w:pPr>
            <w:r>
              <w:rPr>
                <w:b/>
                <w:color w:val="FFFFFF"/>
                <w:sz w:val="16"/>
              </w:rPr>
              <w:t>STAFF MEMBER</w:t>
            </w:r>
          </w:p>
        </w:tc>
        <w:tc>
          <w:tcPr>
            <w:tcW w:w="2700" w:type="dxa"/>
            <w:shd w:val="clear" w:color="auto" w:fill="174A8B"/>
            <w:tcMar>
              <w:top w:w="55" w:type="dxa"/>
              <w:left w:w="55" w:type="dxa"/>
              <w:bottom w:w="55" w:type="dxa"/>
              <w:right w:w="55" w:type="dxa"/>
            </w:tcMar>
          </w:tcPr>
          <w:p w14:paraId="40A36D55" w14:textId="77777777" w:rsidR="000B2E76" w:rsidRDefault="00000000">
            <w:pPr>
              <w:spacing w:after="30" w:line="240" w:lineRule="auto"/>
            </w:pPr>
            <w:r>
              <w:rPr>
                <w:b/>
                <w:color w:val="FFFFFF"/>
                <w:sz w:val="16"/>
              </w:rPr>
              <w:t>POSITION</w:t>
            </w:r>
          </w:p>
        </w:tc>
        <w:tc>
          <w:tcPr>
            <w:tcW w:w="2700" w:type="dxa"/>
            <w:shd w:val="clear" w:color="auto" w:fill="174A8B"/>
            <w:tcMar>
              <w:top w:w="55" w:type="dxa"/>
              <w:left w:w="55" w:type="dxa"/>
              <w:bottom w:w="55" w:type="dxa"/>
              <w:right w:w="55" w:type="dxa"/>
            </w:tcMar>
          </w:tcPr>
          <w:p w14:paraId="58A62C7F" w14:textId="77777777" w:rsidR="000B2E76" w:rsidRDefault="00000000">
            <w:pPr>
              <w:spacing w:after="30" w:line="240" w:lineRule="auto"/>
            </w:pPr>
            <w:r>
              <w:rPr>
                <w:b/>
                <w:color w:val="FFFFFF"/>
                <w:sz w:val="16"/>
              </w:rPr>
              <w:t>EMAIL</w:t>
            </w:r>
          </w:p>
        </w:tc>
        <w:tc>
          <w:tcPr>
            <w:tcW w:w="2700" w:type="dxa"/>
            <w:shd w:val="clear" w:color="auto" w:fill="174A8B"/>
            <w:tcMar>
              <w:top w:w="55" w:type="dxa"/>
              <w:left w:w="55" w:type="dxa"/>
              <w:bottom w:w="55" w:type="dxa"/>
              <w:right w:w="55" w:type="dxa"/>
            </w:tcMar>
          </w:tcPr>
          <w:p w14:paraId="7A05F414" w14:textId="77777777" w:rsidR="000B2E76" w:rsidRDefault="00000000">
            <w:pPr>
              <w:spacing w:after="30" w:line="240" w:lineRule="auto"/>
            </w:pPr>
            <w:r>
              <w:rPr>
                <w:b/>
                <w:color w:val="FFFFFF"/>
                <w:sz w:val="16"/>
              </w:rPr>
              <w:t>DEAN'S LIST TEXT</w:t>
            </w:r>
          </w:p>
        </w:tc>
      </w:tr>
      <w:tr w:rsidR="000B2E76" w14:paraId="412D1A98"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BFB6DFD" w14:textId="77777777" w:rsidR="000B2E76" w:rsidRDefault="00000000">
            <w:pPr>
              <w:spacing w:after="30" w:line="240" w:lineRule="auto"/>
            </w:pPr>
            <w:r>
              <w:rPr>
                <w:b/>
                <w:color w:val="174A8B"/>
                <w:sz w:val="15"/>
              </w:rPr>
              <w:t>Mr. Hines</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7B72D2B" w14:textId="77777777" w:rsidR="000B2E76" w:rsidRDefault="00000000">
            <w:pPr>
              <w:spacing w:after="30" w:line="240" w:lineRule="auto"/>
            </w:pPr>
            <w:r>
              <w:rPr>
                <w:color w:val="1F2937"/>
                <w:sz w:val="14"/>
              </w:rPr>
              <w:t>Principal</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94CB58B" w14:textId="77777777" w:rsidR="000B2E76" w:rsidRDefault="00000000">
            <w:pPr>
              <w:spacing w:after="30" w:line="240" w:lineRule="auto"/>
            </w:pPr>
            <w:r>
              <w:rPr>
                <w:color w:val="1F2937"/>
                <w:sz w:val="13"/>
              </w:rPr>
              <w:t>rhines@npfeschools.org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EDD770D" w14:textId="77777777" w:rsidR="000B2E76" w:rsidRDefault="00000000">
            <w:pPr>
              <w:spacing w:after="30" w:line="240" w:lineRule="auto"/>
            </w:pPr>
            <w:r>
              <w:rPr>
                <w:b/>
                <w:color w:val="D71920"/>
                <w:sz w:val="14"/>
              </w:rPr>
              <w:t>(313) 528-0753</w:t>
            </w:r>
          </w:p>
        </w:tc>
      </w:tr>
      <w:tr w:rsidR="000B2E76" w14:paraId="5590EEEC"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A621035" w14:textId="77777777" w:rsidR="000B2E76" w:rsidRDefault="00000000">
            <w:pPr>
              <w:spacing w:after="30" w:line="240" w:lineRule="auto"/>
            </w:pPr>
            <w:r>
              <w:rPr>
                <w:b/>
                <w:color w:val="174A8B"/>
                <w:sz w:val="15"/>
              </w:rPr>
              <w:t>Dr. Bland</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F14BD0A" w14:textId="77777777" w:rsidR="000B2E76" w:rsidRDefault="00000000">
            <w:pPr>
              <w:spacing w:after="30" w:line="240" w:lineRule="auto"/>
            </w:pPr>
            <w:r>
              <w:rPr>
                <w:color w:val="1F2937"/>
                <w:sz w:val="14"/>
              </w:rPr>
              <w:t>Chief Officer of Schools</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9A4DECE" w14:textId="77777777" w:rsidR="000B2E76" w:rsidRDefault="00000000">
            <w:pPr>
              <w:spacing w:after="30" w:line="240" w:lineRule="auto"/>
            </w:pPr>
            <w:r>
              <w:rPr>
                <w:color w:val="777777"/>
                <w:sz w:val="13"/>
              </w:rPr>
              <w:t>Not provided</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5046B30" w14:textId="77777777" w:rsidR="000B2E76" w:rsidRDefault="00000000">
            <w:pPr>
              <w:spacing w:after="30" w:line="240" w:lineRule="auto"/>
            </w:pPr>
            <w:r>
              <w:rPr>
                <w:color w:val="1F2937"/>
                <w:sz w:val="13"/>
              </w:rPr>
              <w:t>Not provided</w:t>
            </w:r>
          </w:p>
        </w:tc>
      </w:tr>
      <w:tr w:rsidR="000B2E76" w14:paraId="4C973102"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42AAF73" w14:textId="77777777" w:rsidR="000B2E76" w:rsidRDefault="00000000">
            <w:pPr>
              <w:spacing w:after="30" w:line="240" w:lineRule="auto"/>
            </w:pPr>
            <w:r>
              <w:rPr>
                <w:b/>
                <w:color w:val="174A8B"/>
                <w:sz w:val="15"/>
              </w:rPr>
              <w:t>Ms. Bowie</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4998ED7" w14:textId="77777777" w:rsidR="000B2E76" w:rsidRDefault="00000000">
            <w:pPr>
              <w:spacing w:after="30" w:line="240" w:lineRule="auto"/>
            </w:pPr>
            <w:r>
              <w:rPr>
                <w:color w:val="1F2937"/>
                <w:sz w:val="14"/>
              </w:rPr>
              <w:t>Student Support Specialist</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209B38E" w14:textId="77777777" w:rsidR="000B2E76" w:rsidRDefault="00000000">
            <w:pPr>
              <w:spacing w:after="30" w:line="240" w:lineRule="auto"/>
            </w:pPr>
            <w:r>
              <w:rPr>
                <w:color w:val="1F2937"/>
                <w:sz w:val="13"/>
              </w:rPr>
              <w:t>tbowie@npfeschools.org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93A4C8A" w14:textId="77777777" w:rsidR="000B2E76" w:rsidRDefault="00000000">
            <w:pPr>
              <w:spacing w:after="30" w:line="240" w:lineRule="auto"/>
            </w:pPr>
            <w:r>
              <w:rPr>
                <w:b/>
                <w:color w:val="D71920"/>
                <w:sz w:val="14"/>
              </w:rPr>
              <w:t>(313) 241-0280</w:t>
            </w:r>
          </w:p>
        </w:tc>
      </w:tr>
      <w:tr w:rsidR="000B2E76" w14:paraId="2C136F9E"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F4002B3" w14:textId="77777777" w:rsidR="000B2E76" w:rsidRDefault="00000000">
            <w:pPr>
              <w:spacing w:after="30" w:line="240" w:lineRule="auto"/>
            </w:pPr>
            <w:r>
              <w:rPr>
                <w:b/>
                <w:color w:val="174A8B"/>
                <w:sz w:val="15"/>
              </w:rPr>
              <w:t>Ms. Shelman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5B4793A" w14:textId="77777777" w:rsidR="000B2E76" w:rsidRDefault="00000000">
            <w:pPr>
              <w:spacing w:after="30" w:line="240" w:lineRule="auto"/>
            </w:pPr>
            <w:r>
              <w:rPr>
                <w:color w:val="1F2937"/>
                <w:sz w:val="14"/>
              </w:rPr>
              <w:t>SPED Director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79B64A2" w14:textId="77777777" w:rsidR="000B2E76" w:rsidRDefault="00000000">
            <w:pPr>
              <w:spacing w:after="30" w:line="240" w:lineRule="auto"/>
            </w:pPr>
            <w:r>
              <w:rPr>
                <w:color w:val="1F2937"/>
                <w:sz w:val="13"/>
              </w:rPr>
              <w:t>nshelman@npfeschools.org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F708E64" w14:textId="77777777" w:rsidR="000B2E76" w:rsidRDefault="00000000">
            <w:pPr>
              <w:spacing w:after="30" w:line="240" w:lineRule="auto"/>
            </w:pPr>
            <w:r>
              <w:rPr>
                <w:color w:val="1F2937"/>
                <w:sz w:val="13"/>
              </w:rPr>
              <w:t>nshelman@npfeschools.org</w:t>
            </w:r>
          </w:p>
        </w:tc>
      </w:tr>
      <w:tr w:rsidR="000B2E76" w14:paraId="6319EEA8"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0ADB959" w14:textId="77777777" w:rsidR="000B2E76" w:rsidRDefault="00000000">
            <w:pPr>
              <w:spacing w:after="30" w:line="240" w:lineRule="auto"/>
            </w:pPr>
            <w:r>
              <w:rPr>
                <w:b/>
                <w:color w:val="174A8B"/>
                <w:sz w:val="15"/>
              </w:rPr>
              <w:t>Ms. Liz</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3AC409C" w14:textId="77777777" w:rsidR="000B2E76" w:rsidRDefault="00000000">
            <w:pPr>
              <w:spacing w:after="30" w:line="240" w:lineRule="auto"/>
            </w:pPr>
            <w:r>
              <w:rPr>
                <w:color w:val="1F2937"/>
                <w:sz w:val="14"/>
              </w:rPr>
              <w:t>Admin Assistant</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23759C5" w14:textId="77777777" w:rsidR="000B2E76" w:rsidRDefault="00000000">
            <w:pPr>
              <w:spacing w:after="30" w:line="240" w:lineRule="auto"/>
            </w:pPr>
            <w:r>
              <w:rPr>
                <w:color w:val="1F2937"/>
                <w:sz w:val="13"/>
              </w:rPr>
              <w:t>eidemudia@npfeschools.org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07BA947" w14:textId="77777777" w:rsidR="000B2E76" w:rsidRDefault="00000000">
            <w:pPr>
              <w:spacing w:after="30" w:line="240" w:lineRule="auto"/>
            </w:pPr>
            <w:r>
              <w:rPr>
                <w:b/>
                <w:color w:val="D71920"/>
                <w:sz w:val="14"/>
              </w:rPr>
              <w:t>(313) 757-9638</w:t>
            </w:r>
          </w:p>
        </w:tc>
      </w:tr>
      <w:tr w:rsidR="000B2E76" w14:paraId="324B1B27"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4E58DCD" w14:textId="77777777" w:rsidR="000B2E76" w:rsidRDefault="00000000">
            <w:pPr>
              <w:spacing w:after="30" w:line="240" w:lineRule="auto"/>
            </w:pPr>
            <w:r>
              <w:rPr>
                <w:b/>
                <w:color w:val="174A8B"/>
                <w:sz w:val="15"/>
              </w:rPr>
              <w:t>Mr. Cummings</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57DEB75" w14:textId="77777777" w:rsidR="000B2E76" w:rsidRDefault="00000000">
            <w:pPr>
              <w:spacing w:after="30" w:line="240" w:lineRule="auto"/>
            </w:pPr>
            <w:r>
              <w:rPr>
                <w:color w:val="1F2937"/>
                <w:sz w:val="14"/>
              </w:rPr>
              <w:t>Student Support Specialist</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ABEB640" w14:textId="77777777" w:rsidR="000B2E76" w:rsidRDefault="00000000">
            <w:pPr>
              <w:spacing w:after="30" w:line="240" w:lineRule="auto"/>
            </w:pPr>
            <w:r>
              <w:rPr>
                <w:color w:val="1F2937"/>
                <w:sz w:val="13"/>
              </w:rPr>
              <w:t>kcummings@npfeschools.org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162B1C8" w14:textId="77777777" w:rsidR="000B2E76" w:rsidRDefault="00000000">
            <w:pPr>
              <w:spacing w:after="30" w:line="240" w:lineRule="auto"/>
            </w:pPr>
            <w:r>
              <w:rPr>
                <w:b/>
                <w:color w:val="D71920"/>
                <w:sz w:val="14"/>
              </w:rPr>
              <w:t>(313) 552-3565</w:t>
            </w:r>
          </w:p>
        </w:tc>
      </w:tr>
      <w:tr w:rsidR="000B2E76" w14:paraId="58303901"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65D6450" w14:textId="77777777" w:rsidR="000B2E76" w:rsidRDefault="00000000">
            <w:pPr>
              <w:spacing w:after="30" w:line="240" w:lineRule="auto"/>
            </w:pPr>
            <w:r>
              <w:rPr>
                <w:b/>
                <w:color w:val="174A8B"/>
                <w:sz w:val="15"/>
              </w:rPr>
              <w:t>Mrs. Gipson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7DE0CEE" w14:textId="77777777" w:rsidR="000B2E76" w:rsidRDefault="00000000">
            <w:pPr>
              <w:spacing w:after="30" w:line="240" w:lineRule="auto"/>
            </w:pPr>
            <w:r>
              <w:rPr>
                <w:color w:val="1F2937"/>
                <w:sz w:val="14"/>
              </w:rPr>
              <w:t>Pre-K</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CA2E552" w14:textId="77777777" w:rsidR="000B2E76" w:rsidRDefault="00000000">
            <w:pPr>
              <w:spacing w:after="30" w:line="240" w:lineRule="auto"/>
            </w:pPr>
            <w:r>
              <w:rPr>
                <w:color w:val="1F2937"/>
                <w:sz w:val="13"/>
              </w:rPr>
              <w:t>cgipson@npfeschools.org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04452FC" w14:textId="77777777" w:rsidR="000B2E76" w:rsidRDefault="00000000">
            <w:pPr>
              <w:spacing w:after="30" w:line="240" w:lineRule="auto"/>
            </w:pPr>
            <w:r>
              <w:rPr>
                <w:b/>
                <w:color w:val="D71920"/>
                <w:sz w:val="14"/>
              </w:rPr>
              <w:t>(313) 241-7152</w:t>
            </w:r>
          </w:p>
        </w:tc>
      </w:tr>
      <w:tr w:rsidR="000B2E76" w14:paraId="605ABF80"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D07C2B1" w14:textId="77777777" w:rsidR="000B2E76" w:rsidRDefault="00000000">
            <w:pPr>
              <w:spacing w:after="30" w:line="240" w:lineRule="auto"/>
            </w:pPr>
            <w:r>
              <w:rPr>
                <w:b/>
                <w:color w:val="174A8B"/>
                <w:sz w:val="15"/>
              </w:rPr>
              <w:t>Ms. Lee</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DC4D4AC" w14:textId="77777777" w:rsidR="000B2E76" w:rsidRDefault="00000000">
            <w:pPr>
              <w:spacing w:after="30" w:line="240" w:lineRule="auto"/>
            </w:pPr>
            <w:r>
              <w:rPr>
                <w:color w:val="1F2937"/>
                <w:sz w:val="14"/>
              </w:rPr>
              <w:t>1st Grade Teacher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31F9231" w14:textId="77777777" w:rsidR="000B2E76" w:rsidRDefault="00000000">
            <w:pPr>
              <w:spacing w:after="30" w:line="240" w:lineRule="auto"/>
            </w:pPr>
            <w:r>
              <w:rPr>
                <w:color w:val="1F2937"/>
                <w:sz w:val="13"/>
              </w:rPr>
              <w:t>dlee@npfeschools.org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D38351F" w14:textId="77777777" w:rsidR="000B2E76" w:rsidRDefault="00000000">
            <w:pPr>
              <w:spacing w:after="30" w:line="240" w:lineRule="auto"/>
            </w:pPr>
            <w:r>
              <w:rPr>
                <w:b/>
                <w:color w:val="D71920"/>
                <w:sz w:val="14"/>
              </w:rPr>
              <w:t>(313) 228-2293</w:t>
            </w:r>
          </w:p>
        </w:tc>
      </w:tr>
      <w:tr w:rsidR="000B2E76" w14:paraId="1EECCDD3"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4717828" w14:textId="77777777" w:rsidR="000B2E76" w:rsidRDefault="00000000">
            <w:pPr>
              <w:spacing w:after="30" w:line="240" w:lineRule="auto"/>
            </w:pPr>
            <w:r>
              <w:rPr>
                <w:b/>
                <w:color w:val="174A8B"/>
                <w:sz w:val="15"/>
              </w:rPr>
              <w:t>Ms. Butio</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01B4429" w14:textId="77777777" w:rsidR="000B2E76" w:rsidRDefault="00000000">
            <w:pPr>
              <w:spacing w:after="30" w:line="240" w:lineRule="auto"/>
            </w:pPr>
            <w:r>
              <w:rPr>
                <w:color w:val="1F2937"/>
                <w:sz w:val="14"/>
              </w:rPr>
              <w:t>2nd Grade Teacher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112CA7D" w14:textId="77777777" w:rsidR="000B2E76" w:rsidRDefault="00000000">
            <w:pPr>
              <w:spacing w:after="30" w:line="240" w:lineRule="auto"/>
            </w:pPr>
            <w:r>
              <w:rPr>
                <w:color w:val="1F2937"/>
                <w:sz w:val="13"/>
              </w:rPr>
              <w:t>mbutio@npfeschools.org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8EEDEFA" w14:textId="77777777" w:rsidR="000B2E76" w:rsidRDefault="00000000">
            <w:pPr>
              <w:spacing w:after="30" w:line="240" w:lineRule="auto"/>
            </w:pPr>
            <w:r>
              <w:rPr>
                <w:b/>
                <w:color w:val="D71920"/>
                <w:sz w:val="14"/>
              </w:rPr>
              <w:t>(313) 228-2319</w:t>
            </w:r>
          </w:p>
        </w:tc>
      </w:tr>
      <w:tr w:rsidR="000B2E76" w14:paraId="7209FB73"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DA0E98C" w14:textId="77777777" w:rsidR="000B2E76" w:rsidRDefault="00000000">
            <w:pPr>
              <w:spacing w:after="30" w:line="240" w:lineRule="auto"/>
            </w:pPr>
            <w:r>
              <w:rPr>
                <w:b/>
                <w:color w:val="174A8B"/>
                <w:sz w:val="15"/>
              </w:rPr>
              <w:t>Ms. Mariano</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12C8E28" w14:textId="77777777" w:rsidR="000B2E76" w:rsidRDefault="00000000">
            <w:pPr>
              <w:spacing w:after="30" w:line="240" w:lineRule="auto"/>
            </w:pPr>
            <w:r>
              <w:rPr>
                <w:color w:val="1F2937"/>
                <w:sz w:val="14"/>
              </w:rPr>
              <w:t>2nd Grade Teacher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5565665" w14:textId="77777777" w:rsidR="000B2E76" w:rsidRDefault="00000000">
            <w:pPr>
              <w:spacing w:after="30" w:line="240" w:lineRule="auto"/>
            </w:pPr>
            <w:r>
              <w:rPr>
                <w:color w:val="1F2937"/>
                <w:sz w:val="13"/>
              </w:rPr>
              <w:t>tmariano@npfeschools.org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C3D2D92" w14:textId="77777777" w:rsidR="000B2E76" w:rsidRDefault="00000000">
            <w:pPr>
              <w:spacing w:after="30" w:line="240" w:lineRule="auto"/>
            </w:pPr>
            <w:r>
              <w:rPr>
                <w:b/>
                <w:color w:val="D71920"/>
                <w:sz w:val="14"/>
              </w:rPr>
              <w:t>(313) 380-4253</w:t>
            </w:r>
          </w:p>
        </w:tc>
      </w:tr>
      <w:tr w:rsidR="000B2E76" w14:paraId="48FE64CE"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4005A93" w14:textId="77777777" w:rsidR="000B2E76" w:rsidRDefault="00000000">
            <w:pPr>
              <w:spacing w:after="30" w:line="240" w:lineRule="auto"/>
            </w:pPr>
            <w:r>
              <w:rPr>
                <w:b/>
                <w:color w:val="174A8B"/>
                <w:sz w:val="15"/>
              </w:rPr>
              <w:t>Mr. Apostol</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C9F6D2E" w14:textId="77777777" w:rsidR="000B2E76" w:rsidRDefault="00000000">
            <w:pPr>
              <w:spacing w:after="30" w:line="240" w:lineRule="auto"/>
            </w:pPr>
            <w:r>
              <w:rPr>
                <w:color w:val="1F2937"/>
                <w:sz w:val="14"/>
              </w:rPr>
              <w:t>3rd Grade Teacher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B2C44E5" w14:textId="77777777" w:rsidR="000B2E76" w:rsidRDefault="00000000">
            <w:pPr>
              <w:spacing w:after="30" w:line="240" w:lineRule="auto"/>
            </w:pPr>
            <w:r>
              <w:rPr>
                <w:color w:val="1F2937"/>
                <w:sz w:val="13"/>
              </w:rPr>
              <w:t>hapostol@npfeschools.org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C5BCE18" w14:textId="77777777" w:rsidR="000B2E76" w:rsidRDefault="00000000">
            <w:pPr>
              <w:spacing w:after="30" w:line="240" w:lineRule="auto"/>
            </w:pPr>
            <w:r>
              <w:rPr>
                <w:b/>
                <w:color w:val="D71920"/>
                <w:sz w:val="14"/>
              </w:rPr>
              <w:t>(313) 524-9938</w:t>
            </w:r>
          </w:p>
        </w:tc>
      </w:tr>
      <w:tr w:rsidR="000B2E76" w14:paraId="6CD8AD1E"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26E16DD" w14:textId="77777777" w:rsidR="000B2E76" w:rsidRDefault="00000000">
            <w:pPr>
              <w:spacing w:after="30" w:line="240" w:lineRule="auto"/>
            </w:pPr>
            <w:r>
              <w:rPr>
                <w:b/>
                <w:color w:val="174A8B"/>
                <w:sz w:val="15"/>
              </w:rPr>
              <w:t>Mr. Sigmon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47008EF" w14:textId="77777777" w:rsidR="000B2E76" w:rsidRDefault="00000000">
            <w:pPr>
              <w:spacing w:after="30" w:line="240" w:lineRule="auto"/>
            </w:pPr>
            <w:r>
              <w:rPr>
                <w:color w:val="1F2937"/>
                <w:sz w:val="14"/>
              </w:rPr>
              <w:t>3rd Grade Teacher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9137AD6" w14:textId="77777777" w:rsidR="000B2E76" w:rsidRDefault="00000000">
            <w:pPr>
              <w:spacing w:after="30" w:line="240" w:lineRule="auto"/>
            </w:pPr>
            <w:r>
              <w:rPr>
                <w:color w:val="777777"/>
                <w:sz w:val="13"/>
              </w:rPr>
              <w:t>Not provided</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B5C3E8F" w14:textId="77777777" w:rsidR="000B2E76" w:rsidRDefault="00000000">
            <w:pPr>
              <w:spacing w:after="30" w:line="240" w:lineRule="auto"/>
            </w:pPr>
            <w:r>
              <w:rPr>
                <w:color w:val="1F2937"/>
                <w:sz w:val="13"/>
              </w:rPr>
              <w:t>Not provided</w:t>
            </w:r>
          </w:p>
        </w:tc>
      </w:tr>
      <w:tr w:rsidR="000B2E76" w14:paraId="3454DDCE"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F764871" w14:textId="77777777" w:rsidR="000B2E76" w:rsidRDefault="00000000">
            <w:pPr>
              <w:spacing w:after="30" w:line="240" w:lineRule="auto"/>
            </w:pPr>
            <w:r>
              <w:rPr>
                <w:b/>
                <w:color w:val="174A8B"/>
                <w:sz w:val="15"/>
              </w:rPr>
              <w:t>Ms. Chatman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7C5EA26" w14:textId="77777777" w:rsidR="000B2E76" w:rsidRDefault="00000000">
            <w:pPr>
              <w:spacing w:after="30" w:line="240" w:lineRule="auto"/>
            </w:pPr>
            <w:r>
              <w:rPr>
                <w:color w:val="1F2937"/>
                <w:sz w:val="14"/>
              </w:rPr>
              <w:t>4th Grade Teacher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EB47824" w14:textId="77777777" w:rsidR="000B2E76" w:rsidRDefault="00000000">
            <w:pPr>
              <w:spacing w:after="30" w:line="240" w:lineRule="auto"/>
            </w:pPr>
            <w:r>
              <w:rPr>
                <w:color w:val="1F2937"/>
                <w:sz w:val="13"/>
              </w:rPr>
              <w:t>dchatman@npfeschools.org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C71C9BA" w14:textId="77777777" w:rsidR="000B2E76" w:rsidRDefault="00000000">
            <w:pPr>
              <w:spacing w:after="30" w:line="240" w:lineRule="auto"/>
            </w:pPr>
            <w:r>
              <w:rPr>
                <w:b/>
                <w:color w:val="D71920"/>
                <w:sz w:val="14"/>
              </w:rPr>
              <w:t>(313) 552-4185</w:t>
            </w:r>
          </w:p>
        </w:tc>
      </w:tr>
      <w:tr w:rsidR="000B2E76" w14:paraId="1F62DA03"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6CDFDA1" w14:textId="77777777" w:rsidR="000B2E76" w:rsidRDefault="00000000">
            <w:pPr>
              <w:spacing w:after="30" w:line="240" w:lineRule="auto"/>
            </w:pPr>
            <w:r>
              <w:rPr>
                <w:b/>
                <w:color w:val="174A8B"/>
                <w:sz w:val="15"/>
              </w:rPr>
              <w:t>Ms. Mariano</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787E282" w14:textId="77777777" w:rsidR="000B2E76" w:rsidRDefault="00000000">
            <w:pPr>
              <w:spacing w:after="30" w:line="240" w:lineRule="auto"/>
            </w:pPr>
            <w:r>
              <w:rPr>
                <w:color w:val="1F2937"/>
                <w:sz w:val="14"/>
              </w:rPr>
              <w:t>4th Grade Teacher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309409C" w14:textId="77777777" w:rsidR="000B2E76" w:rsidRDefault="00000000">
            <w:pPr>
              <w:spacing w:after="30" w:line="240" w:lineRule="auto"/>
            </w:pPr>
            <w:r>
              <w:rPr>
                <w:color w:val="1F2937"/>
                <w:sz w:val="13"/>
              </w:rPr>
              <w:t>mmariano@npfeschools.org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5008108" w14:textId="77777777" w:rsidR="000B2E76" w:rsidRDefault="00000000">
            <w:pPr>
              <w:spacing w:after="30" w:line="240" w:lineRule="auto"/>
            </w:pPr>
            <w:r>
              <w:rPr>
                <w:b/>
                <w:color w:val="D71920"/>
                <w:sz w:val="14"/>
              </w:rPr>
              <w:t>(313) 228-2265</w:t>
            </w:r>
          </w:p>
        </w:tc>
      </w:tr>
      <w:tr w:rsidR="000B2E76" w14:paraId="0A85BC7B"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E527138" w14:textId="77777777" w:rsidR="000B2E76" w:rsidRDefault="00000000">
            <w:pPr>
              <w:spacing w:after="30" w:line="240" w:lineRule="auto"/>
            </w:pPr>
            <w:r>
              <w:rPr>
                <w:b/>
                <w:color w:val="174A8B"/>
                <w:sz w:val="15"/>
              </w:rPr>
              <w:t>Mr. Mike</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BCE39CD" w14:textId="77777777" w:rsidR="000B2E76" w:rsidRDefault="00000000">
            <w:pPr>
              <w:spacing w:after="30" w:line="240" w:lineRule="auto"/>
            </w:pPr>
            <w:r>
              <w:rPr>
                <w:color w:val="1F2937"/>
                <w:sz w:val="14"/>
              </w:rPr>
              <w:t>5th Grade Teacher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18C39C0" w14:textId="77777777" w:rsidR="000B2E76" w:rsidRDefault="00000000">
            <w:pPr>
              <w:spacing w:after="30" w:line="240" w:lineRule="auto"/>
            </w:pPr>
            <w:r>
              <w:rPr>
                <w:color w:val="1F2937"/>
                <w:sz w:val="13"/>
              </w:rPr>
              <w:t>mmayuga@npfeschools.org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B905125" w14:textId="77777777" w:rsidR="000B2E76" w:rsidRDefault="00000000">
            <w:pPr>
              <w:spacing w:after="30" w:line="240" w:lineRule="auto"/>
            </w:pPr>
            <w:r>
              <w:rPr>
                <w:b/>
                <w:color w:val="D71920"/>
                <w:sz w:val="14"/>
              </w:rPr>
              <w:t>(313) 228-2259</w:t>
            </w:r>
          </w:p>
        </w:tc>
      </w:tr>
      <w:tr w:rsidR="000B2E76" w14:paraId="4A5E73E3"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79C6B76" w14:textId="77777777" w:rsidR="000B2E76" w:rsidRDefault="00000000">
            <w:pPr>
              <w:spacing w:after="30" w:line="240" w:lineRule="auto"/>
            </w:pPr>
            <w:r>
              <w:rPr>
                <w:b/>
                <w:color w:val="174A8B"/>
                <w:sz w:val="15"/>
              </w:rPr>
              <w:t>Ms. Doss</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6D37139" w14:textId="77777777" w:rsidR="000B2E76" w:rsidRDefault="00000000">
            <w:pPr>
              <w:spacing w:after="30" w:line="240" w:lineRule="auto"/>
            </w:pPr>
            <w:r>
              <w:rPr>
                <w:color w:val="1F2937"/>
                <w:sz w:val="14"/>
              </w:rPr>
              <w:t>ELA</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8AB6C01" w14:textId="77777777" w:rsidR="000B2E76" w:rsidRDefault="00000000">
            <w:pPr>
              <w:spacing w:after="30" w:line="240" w:lineRule="auto"/>
            </w:pPr>
            <w:r>
              <w:rPr>
                <w:color w:val="1F2937"/>
                <w:sz w:val="13"/>
              </w:rPr>
              <w:t>ddoss@npfeschools.org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35B231A" w14:textId="77777777" w:rsidR="000B2E76" w:rsidRDefault="00000000">
            <w:pPr>
              <w:spacing w:after="30" w:line="240" w:lineRule="auto"/>
            </w:pPr>
            <w:r>
              <w:rPr>
                <w:color w:val="1F2937"/>
                <w:sz w:val="13"/>
              </w:rPr>
              <w:t>ddoss@npfeschools.org</w:t>
            </w:r>
          </w:p>
        </w:tc>
      </w:tr>
      <w:tr w:rsidR="000B2E76" w14:paraId="7782B594"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490A455" w14:textId="77777777" w:rsidR="000B2E76" w:rsidRDefault="00000000">
            <w:pPr>
              <w:spacing w:after="30" w:line="240" w:lineRule="auto"/>
            </w:pPr>
            <w:r>
              <w:rPr>
                <w:b/>
                <w:color w:val="174A8B"/>
                <w:sz w:val="15"/>
              </w:rPr>
              <w:t>Ms. V</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BFD14B0" w14:textId="77777777" w:rsidR="000B2E76" w:rsidRDefault="00000000">
            <w:pPr>
              <w:spacing w:after="30" w:line="240" w:lineRule="auto"/>
            </w:pPr>
            <w:r>
              <w:rPr>
                <w:color w:val="1F2937"/>
                <w:sz w:val="14"/>
              </w:rPr>
              <w:t>6th, 7th &amp; 8th Science</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70F8C8A" w14:textId="77777777" w:rsidR="000B2E76" w:rsidRDefault="00000000">
            <w:pPr>
              <w:spacing w:after="30" w:line="240" w:lineRule="auto"/>
            </w:pPr>
            <w:r>
              <w:rPr>
                <w:color w:val="1F2937"/>
                <w:sz w:val="13"/>
              </w:rPr>
              <w:t>svinluan@npfeschools.org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A8F537D" w14:textId="77777777" w:rsidR="000B2E76" w:rsidRDefault="00000000">
            <w:pPr>
              <w:spacing w:after="30" w:line="240" w:lineRule="auto"/>
            </w:pPr>
            <w:r>
              <w:rPr>
                <w:b/>
                <w:color w:val="D71920"/>
                <w:sz w:val="14"/>
              </w:rPr>
              <w:t>(313) 484-0346</w:t>
            </w:r>
          </w:p>
        </w:tc>
      </w:tr>
      <w:tr w:rsidR="000B2E76" w14:paraId="7D28B3AC"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C7CE06E" w14:textId="77777777" w:rsidR="000B2E76" w:rsidRDefault="00000000">
            <w:pPr>
              <w:spacing w:after="30" w:line="240" w:lineRule="auto"/>
            </w:pPr>
            <w:r>
              <w:rPr>
                <w:b/>
                <w:color w:val="174A8B"/>
                <w:sz w:val="15"/>
              </w:rPr>
              <w:t>Ms. Page</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DBACAEF" w14:textId="77777777" w:rsidR="000B2E76" w:rsidRDefault="00000000">
            <w:pPr>
              <w:spacing w:after="30" w:line="240" w:lineRule="auto"/>
            </w:pPr>
            <w:r>
              <w:rPr>
                <w:color w:val="1F2937"/>
                <w:sz w:val="14"/>
              </w:rPr>
              <w:t>6th, 7th &amp; 8th Social Studies</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207E6C0" w14:textId="77777777" w:rsidR="000B2E76" w:rsidRDefault="00000000">
            <w:pPr>
              <w:spacing w:after="30" w:line="240" w:lineRule="auto"/>
            </w:pPr>
            <w:r>
              <w:rPr>
                <w:color w:val="1F2937"/>
                <w:sz w:val="13"/>
              </w:rPr>
              <w:t>npage@npfeschools.org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42C28DF" w14:textId="77777777" w:rsidR="000B2E76" w:rsidRDefault="00000000">
            <w:pPr>
              <w:spacing w:after="30" w:line="240" w:lineRule="auto"/>
            </w:pPr>
            <w:r>
              <w:rPr>
                <w:color w:val="1F2937"/>
                <w:sz w:val="13"/>
              </w:rPr>
              <w:t>npage@npfeschools.org</w:t>
            </w:r>
          </w:p>
        </w:tc>
      </w:tr>
      <w:tr w:rsidR="000B2E76" w14:paraId="4285E243"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D81C453" w14:textId="77777777" w:rsidR="000B2E76" w:rsidRDefault="00000000">
            <w:pPr>
              <w:spacing w:after="30" w:line="240" w:lineRule="auto"/>
            </w:pPr>
            <w:r>
              <w:rPr>
                <w:b/>
                <w:color w:val="174A8B"/>
                <w:sz w:val="15"/>
              </w:rPr>
              <w:t>Ms. Jordan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6555AC7" w14:textId="77777777" w:rsidR="000B2E76" w:rsidRDefault="00000000">
            <w:pPr>
              <w:spacing w:after="30" w:line="240" w:lineRule="auto"/>
            </w:pPr>
            <w:r>
              <w:rPr>
                <w:color w:val="1F2937"/>
                <w:sz w:val="14"/>
              </w:rPr>
              <w:t>6th, 7th &amp; 8th Math</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38847BA" w14:textId="77777777" w:rsidR="000B2E76" w:rsidRDefault="00000000">
            <w:pPr>
              <w:spacing w:after="30" w:line="240" w:lineRule="auto"/>
            </w:pPr>
            <w:r>
              <w:rPr>
                <w:color w:val="1F2937"/>
                <w:sz w:val="13"/>
              </w:rPr>
              <w:t>ejordan@npfeschools.org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E3496B0" w14:textId="77777777" w:rsidR="000B2E76" w:rsidRDefault="00000000">
            <w:pPr>
              <w:spacing w:after="30" w:line="240" w:lineRule="auto"/>
            </w:pPr>
            <w:r>
              <w:rPr>
                <w:b/>
                <w:color w:val="D71920"/>
                <w:sz w:val="14"/>
              </w:rPr>
              <w:t>(313) 737-8360</w:t>
            </w:r>
          </w:p>
        </w:tc>
      </w:tr>
      <w:tr w:rsidR="000B2E76" w14:paraId="70DD6C2F"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545F5A4" w14:textId="77777777" w:rsidR="000B2E76" w:rsidRDefault="00000000">
            <w:pPr>
              <w:spacing w:after="30" w:line="240" w:lineRule="auto"/>
            </w:pPr>
            <w:r>
              <w:rPr>
                <w:b/>
                <w:color w:val="174A8B"/>
                <w:sz w:val="15"/>
              </w:rPr>
              <w:t>Ms. Dean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7ED4B21" w14:textId="77777777" w:rsidR="000B2E76" w:rsidRDefault="00000000">
            <w:pPr>
              <w:spacing w:after="30" w:line="240" w:lineRule="auto"/>
            </w:pPr>
            <w:r>
              <w:rPr>
                <w:color w:val="1F2937"/>
                <w:sz w:val="14"/>
              </w:rPr>
              <w:t>ELA</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567ED75" w14:textId="77777777" w:rsidR="000B2E76" w:rsidRDefault="00000000">
            <w:pPr>
              <w:spacing w:after="30" w:line="240" w:lineRule="auto"/>
            </w:pPr>
            <w:r>
              <w:rPr>
                <w:color w:val="1F2937"/>
                <w:sz w:val="13"/>
              </w:rPr>
              <w:t>cdean@npfeschools.org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F0D6B61" w14:textId="77777777" w:rsidR="000B2E76" w:rsidRDefault="00000000">
            <w:pPr>
              <w:spacing w:after="30" w:line="240" w:lineRule="auto"/>
            </w:pPr>
            <w:r>
              <w:rPr>
                <w:color w:val="1F2937"/>
                <w:sz w:val="13"/>
              </w:rPr>
              <w:t>cdean@npfeschools.org</w:t>
            </w:r>
          </w:p>
        </w:tc>
      </w:tr>
      <w:tr w:rsidR="000B2E76" w14:paraId="3D034467"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98C4254" w14:textId="77777777" w:rsidR="000B2E76" w:rsidRDefault="00000000">
            <w:pPr>
              <w:spacing w:after="30" w:line="240" w:lineRule="auto"/>
            </w:pPr>
            <w:r>
              <w:rPr>
                <w:b/>
                <w:color w:val="174A8B"/>
                <w:sz w:val="15"/>
              </w:rPr>
              <w:t>Ms. Lewis</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4D98914" w14:textId="77777777" w:rsidR="000B2E76" w:rsidRDefault="00000000">
            <w:pPr>
              <w:spacing w:after="30" w:line="240" w:lineRule="auto"/>
            </w:pPr>
            <w:r>
              <w:rPr>
                <w:color w:val="1F2937"/>
                <w:sz w:val="14"/>
              </w:rPr>
              <w:t>Med Tech</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86C81C7" w14:textId="77777777" w:rsidR="000B2E76" w:rsidRDefault="00000000">
            <w:pPr>
              <w:spacing w:after="30" w:line="240" w:lineRule="auto"/>
            </w:pPr>
            <w:r>
              <w:rPr>
                <w:color w:val="1F2937"/>
                <w:sz w:val="13"/>
              </w:rPr>
              <w:t>nlewis@npfeschools.org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5BBB45D" w14:textId="77777777" w:rsidR="000B2E76" w:rsidRDefault="00000000">
            <w:pPr>
              <w:spacing w:after="30" w:line="240" w:lineRule="auto"/>
            </w:pPr>
            <w:r>
              <w:rPr>
                <w:b/>
                <w:color w:val="D71920"/>
                <w:sz w:val="14"/>
              </w:rPr>
              <w:t>(313) 524-0728</w:t>
            </w:r>
          </w:p>
        </w:tc>
      </w:tr>
      <w:tr w:rsidR="000B2E76" w14:paraId="519EFD0E"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163FD8F" w14:textId="77777777" w:rsidR="000B2E76" w:rsidRDefault="00000000">
            <w:pPr>
              <w:spacing w:after="30" w:line="240" w:lineRule="auto"/>
            </w:pPr>
            <w:r>
              <w:rPr>
                <w:b/>
                <w:color w:val="174A8B"/>
                <w:sz w:val="15"/>
              </w:rPr>
              <w:t>Ms. Comer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4031E22" w14:textId="77777777" w:rsidR="000B2E76" w:rsidRDefault="00000000">
            <w:pPr>
              <w:spacing w:after="30" w:line="240" w:lineRule="auto"/>
            </w:pPr>
            <w:r>
              <w:rPr>
                <w:color w:val="1F2937"/>
                <w:sz w:val="14"/>
              </w:rPr>
              <w:t>Art</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6A7C741" w14:textId="77777777" w:rsidR="000B2E76" w:rsidRDefault="00000000">
            <w:pPr>
              <w:spacing w:after="30" w:line="240" w:lineRule="auto"/>
            </w:pPr>
            <w:r>
              <w:rPr>
                <w:color w:val="1F2937"/>
                <w:sz w:val="13"/>
              </w:rPr>
              <w:t>hcomer@npfeschools.org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D93FEB4" w14:textId="77777777" w:rsidR="000B2E76" w:rsidRDefault="00000000">
            <w:pPr>
              <w:spacing w:after="30" w:line="240" w:lineRule="auto"/>
            </w:pPr>
            <w:r>
              <w:rPr>
                <w:color w:val="1F2937"/>
                <w:sz w:val="13"/>
              </w:rPr>
              <w:t>hcomer@npfeschools.org</w:t>
            </w:r>
          </w:p>
        </w:tc>
      </w:tr>
      <w:tr w:rsidR="000B2E76" w14:paraId="0F155FE2"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B5EEEBB" w14:textId="77777777" w:rsidR="000B2E76" w:rsidRDefault="00000000">
            <w:pPr>
              <w:spacing w:after="30" w:line="240" w:lineRule="auto"/>
            </w:pPr>
            <w:r>
              <w:rPr>
                <w:b/>
                <w:color w:val="174A8B"/>
                <w:sz w:val="15"/>
              </w:rPr>
              <w:t>Mr. Motley</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3F9644F" w14:textId="77777777" w:rsidR="000B2E76" w:rsidRDefault="00000000">
            <w:pPr>
              <w:spacing w:after="30" w:line="240" w:lineRule="auto"/>
            </w:pPr>
            <w:r>
              <w:rPr>
                <w:color w:val="1F2937"/>
                <w:sz w:val="14"/>
              </w:rPr>
              <w:t>Gen Ed Social Worker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18A0582" w14:textId="77777777" w:rsidR="000B2E76" w:rsidRDefault="00000000">
            <w:pPr>
              <w:spacing w:after="30" w:line="240" w:lineRule="auto"/>
            </w:pPr>
            <w:r>
              <w:rPr>
                <w:color w:val="1F2937"/>
                <w:sz w:val="13"/>
              </w:rPr>
              <w:t>jmotley@npfeschools.org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702521F" w14:textId="77777777" w:rsidR="000B2E76" w:rsidRDefault="00000000">
            <w:pPr>
              <w:spacing w:after="30" w:line="240" w:lineRule="auto"/>
            </w:pPr>
            <w:r>
              <w:rPr>
                <w:b/>
                <w:color w:val="D71920"/>
                <w:sz w:val="14"/>
              </w:rPr>
              <w:t>(313) 241-0235</w:t>
            </w:r>
          </w:p>
        </w:tc>
      </w:tr>
      <w:tr w:rsidR="000B2E76" w14:paraId="38DB2DA2"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20C14CD" w14:textId="77777777" w:rsidR="000B2E76" w:rsidRDefault="00000000">
            <w:pPr>
              <w:spacing w:after="30" w:line="240" w:lineRule="auto"/>
            </w:pPr>
            <w:r>
              <w:rPr>
                <w:b/>
                <w:color w:val="174A8B"/>
                <w:sz w:val="15"/>
              </w:rPr>
              <w:t>Mr. J. Jackson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486E30C" w14:textId="77777777" w:rsidR="000B2E76" w:rsidRDefault="00000000">
            <w:pPr>
              <w:spacing w:after="30" w:line="240" w:lineRule="auto"/>
            </w:pPr>
            <w:r>
              <w:rPr>
                <w:color w:val="1F2937"/>
                <w:sz w:val="14"/>
              </w:rPr>
              <w:t>PE</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25C136C0" w14:textId="77777777" w:rsidR="000B2E76" w:rsidRDefault="00000000">
            <w:pPr>
              <w:spacing w:after="30" w:line="240" w:lineRule="auto"/>
            </w:pPr>
            <w:r>
              <w:rPr>
                <w:color w:val="1F2937"/>
                <w:sz w:val="13"/>
              </w:rPr>
              <w:t>jjackson@npfeschools.org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05E331A" w14:textId="77777777" w:rsidR="000B2E76" w:rsidRDefault="00000000">
            <w:pPr>
              <w:spacing w:after="30" w:line="240" w:lineRule="auto"/>
            </w:pPr>
            <w:r>
              <w:rPr>
                <w:color w:val="1F2937"/>
                <w:sz w:val="13"/>
              </w:rPr>
              <w:t>jjackson@npfeschools.org</w:t>
            </w:r>
          </w:p>
        </w:tc>
      </w:tr>
      <w:tr w:rsidR="000B2E76" w14:paraId="4467E44D"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B727ABE" w14:textId="77777777" w:rsidR="000B2E76" w:rsidRDefault="00000000">
            <w:pPr>
              <w:spacing w:after="30" w:line="240" w:lineRule="auto"/>
            </w:pPr>
            <w:r>
              <w:rPr>
                <w:b/>
                <w:color w:val="174A8B"/>
                <w:sz w:val="15"/>
              </w:rPr>
              <w:t>Ms. Momo</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1DB998D" w14:textId="77777777" w:rsidR="000B2E76" w:rsidRDefault="00000000">
            <w:pPr>
              <w:spacing w:after="30" w:line="240" w:lineRule="auto"/>
            </w:pPr>
            <w:r>
              <w:rPr>
                <w:color w:val="1F2937"/>
                <w:sz w:val="14"/>
              </w:rPr>
              <w:t>Intervention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09E777C" w14:textId="77777777" w:rsidR="000B2E76" w:rsidRDefault="00000000">
            <w:pPr>
              <w:spacing w:after="30" w:line="240" w:lineRule="auto"/>
            </w:pPr>
            <w:r>
              <w:rPr>
                <w:color w:val="1F2937"/>
                <w:sz w:val="13"/>
              </w:rPr>
              <w:t>fmomo@npfeschools.org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A5AB1E8" w14:textId="77777777" w:rsidR="000B2E76" w:rsidRDefault="00000000">
            <w:pPr>
              <w:spacing w:after="30" w:line="240" w:lineRule="auto"/>
            </w:pPr>
            <w:r>
              <w:rPr>
                <w:b/>
                <w:color w:val="D71920"/>
                <w:sz w:val="14"/>
              </w:rPr>
              <w:t>(313) 241-0273</w:t>
            </w:r>
          </w:p>
        </w:tc>
      </w:tr>
      <w:tr w:rsidR="000B2E76" w14:paraId="73F39C37"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0AE41B3" w14:textId="77777777" w:rsidR="000B2E76" w:rsidRDefault="00000000">
            <w:pPr>
              <w:spacing w:after="30" w:line="240" w:lineRule="auto"/>
            </w:pPr>
            <w:r>
              <w:rPr>
                <w:b/>
                <w:color w:val="174A8B"/>
                <w:sz w:val="15"/>
              </w:rPr>
              <w:t>Ms. Cuffie</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81B672B" w14:textId="77777777" w:rsidR="000B2E76" w:rsidRDefault="00000000">
            <w:pPr>
              <w:spacing w:after="30" w:line="240" w:lineRule="auto"/>
            </w:pPr>
            <w:r>
              <w:rPr>
                <w:color w:val="1F2937"/>
                <w:sz w:val="14"/>
              </w:rPr>
              <w:t>Student Information System</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E5188C0" w14:textId="77777777" w:rsidR="000B2E76" w:rsidRDefault="00000000">
            <w:pPr>
              <w:spacing w:after="30" w:line="240" w:lineRule="auto"/>
            </w:pPr>
            <w:r>
              <w:rPr>
                <w:color w:val="1F2937"/>
                <w:sz w:val="13"/>
              </w:rPr>
              <w:t>lcuffie@npfeschools.org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8F82D6D" w14:textId="77777777" w:rsidR="000B2E76" w:rsidRDefault="00000000">
            <w:pPr>
              <w:spacing w:after="30" w:line="240" w:lineRule="auto"/>
            </w:pPr>
            <w:r>
              <w:rPr>
                <w:color w:val="1F2937"/>
                <w:sz w:val="13"/>
              </w:rPr>
              <w:t>lcuffie@npfeschools.org</w:t>
            </w:r>
          </w:p>
        </w:tc>
      </w:tr>
      <w:tr w:rsidR="000B2E76" w14:paraId="63988411"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3BCE037" w14:textId="77777777" w:rsidR="000B2E76" w:rsidRDefault="00000000">
            <w:pPr>
              <w:spacing w:after="30" w:line="240" w:lineRule="auto"/>
            </w:pPr>
            <w:r>
              <w:rPr>
                <w:b/>
                <w:color w:val="174A8B"/>
                <w:sz w:val="15"/>
              </w:rPr>
              <w:t>Mrs. Tucker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FF28FF2" w14:textId="77777777" w:rsidR="000B2E76" w:rsidRDefault="00000000">
            <w:pPr>
              <w:spacing w:after="30" w:line="240" w:lineRule="auto"/>
            </w:pPr>
            <w:r>
              <w:rPr>
                <w:color w:val="1F2937"/>
                <w:sz w:val="14"/>
              </w:rPr>
              <w:t>Operations</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7891B51" w14:textId="77777777" w:rsidR="000B2E76" w:rsidRDefault="00000000">
            <w:pPr>
              <w:spacing w:after="30" w:line="240" w:lineRule="auto"/>
            </w:pPr>
            <w:r>
              <w:rPr>
                <w:color w:val="1F2937"/>
                <w:sz w:val="13"/>
              </w:rPr>
              <w:t>ltucker@npfeschools.org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1E9DB8C" w14:textId="77777777" w:rsidR="000B2E76" w:rsidRDefault="00000000">
            <w:pPr>
              <w:spacing w:after="30" w:line="240" w:lineRule="auto"/>
            </w:pPr>
            <w:r>
              <w:rPr>
                <w:color w:val="1F2937"/>
                <w:sz w:val="13"/>
              </w:rPr>
              <w:t>ltucker@npfeschools.org</w:t>
            </w:r>
          </w:p>
        </w:tc>
      </w:tr>
      <w:tr w:rsidR="000B2E76" w14:paraId="4C291E1F"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D0F63D4" w14:textId="77777777" w:rsidR="000B2E76" w:rsidRDefault="00000000">
            <w:pPr>
              <w:spacing w:after="30" w:line="240" w:lineRule="auto"/>
            </w:pPr>
            <w:r>
              <w:rPr>
                <w:b/>
                <w:color w:val="174A8B"/>
                <w:sz w:val="15"/>
              </w:rPr>
              <w:t>Ms. Hopwood</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275AC30" w14:textId="77777777" w:rsidR="000B2E76" w:rsidRDefault="00000000">
            <w:pPr>
              <w:spacing w:after="30" w:line="240" w:lineRule="auto"/>
            </w:pPr>
            <w:r>
              <w:rPr>
                <w:color w:val="1F2937"/>
                <w:sz w:val="14"/>
              </w:rPr>
              <w:t>Intervention Reading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775B5DC3" w14:textId="77777777" w:rsidR="000B2E76" w:rsidRDefault="00000000">
            <w:pPr>
              <w:spacing w:after="30" w:line="240" w:lineRule="auto"/>
            </w:pPr>
            <w:r>
              <w:rPr>
                <w:color w:val="1F2937"/>
                <w:sz w:val="13"/>
              </w:rPr>
              <w:t>chopwood@npfeschools.org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729081E" w14:textId="77777777" w:rsidR="000B2E76" w:rsidRDefault="00000000">
            <w:pPr>
              <w:spacing w:after="30" w:line="240" w:lineRule="auto"/>
            </w:pPr>
            <w:r>
              <w:rPr>
                <w:b/>
                <w:color w:val="D71920"/>
                <w:sz w:val="14"/>
              </w:rPr>
              <w:t>(313) 241-8471</w:t>
            </w:r>
          </w:p>
        </w:tc>
      </w:tr>
      <w:tr w:rsidR="000B2E76" w14:paraId="0000F135"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60756014" w14:textId="77777777" w:rsidR="000B2E76" w:rsidRDefault="00000000">
            <w:pPr>
              <w:spacing w:after="30" w:line="240" w:lineRule="auto"/>
            </w:pPr>
            <w:r>
              <w:rPr>
                <w:b/>
                <w:color w:val="174A8B"/>
                <w:sz w:val="15"/>
              </w:rPr>
              <w:t>Ms. Williams</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1F3D0C9" w14:textId="77777777" w:rsidR="000B2E76" w:rsidRDefault="00000000">
            <w:pPr>
              <w:spacing w:after="30" w:line="240" w:lineRule="auto"/>
            </w:pPr>
            <w:r>
              <w:rPr>
                <w:color w:val="1F2937"/>
                <w:sz w:val="14"/>
              </w:rPr>
              <w:t>JA SPED</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19D699D" w14:textId="77777777" w:rsidR="000B2E76" w:rsidRDefault="00000000">
            <w:pPr>
              <w:spacing w:after="30" w:line="240" w:lineRule="auto"/>
            </w:pPr>
            <w:r>
              <w:rPr>
                <w:color w:val="1F2937"/>
                <w:sz w:val="13"/>
              </w:rPr>
              <w:t>lapaigewilliams@npfeschools.org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EE98786" w14:textId="77777777" w:rsidR="000B2E76" w:rsidRDefault="00000000">
            <w:pPr>
              <w:spacing w:after="30" w:line="240" w:lineRule="auto"/>
            </w:pPr>
            <w:r>
              <w:rPr>
                <w:color w:val="1F2937"/>
                <w:sz w:val="13"/>
              </w:rPr>
              <w:t>lapaigewilliams@npfeschools.org</w:t>
            </w:r>
          </w:p>
        </w:tc>
      </w:tr>
      <w:tr w:rsidR="000B2E76" w14:paraId="512BC5E7"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3F322358" w14:textId="77777777" w:rsidR="000B2E76" w:rsidRDefault="00000000">
            <w:pPr>
              <w:spacing w:after="30" w:line="240" w:lineRule="auto"/>
            </w:pPr>
            <w:r>
              <w:rPr>
                <w:b/>
                <w:color w:val="174A8B"/>
                <w:sz w:val="15"/>
              </w:rPr>
              <w:t>Ms. Dixon</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182BD71" w14:textId="77777777" w:rsidR="000B2E76" w:rsidRPr="008B1011" w:rsidRDefault="008B1011">
            <w:pPr>
              <w:spacing w:after="30" w:line="240" w:lineRule="auto"/>
              <w:rPr>
                <w:sz w:val="14"/>
                <w:szCs w:val="14"/>
              </w:rPr>
            </w:pPr>
            <w:r w:rsidRPr="008B1011">
              <w:rPr>
                <w:rFonts w:cs="Arial"/>
                <w:sz w:val="14"/>
                <w:szCs w:val="14"/>
              </w:rPr>
              <w:t>Student Engagement &amp; Support Coordinator</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FAA4A7B" w14:textId="77777777" w:rsidR="000B2E76" w:rsidRDefault="00000000">
            <w:pPr>
              <w:spacing w:after="30" w:line="240" w:lineRule="auto"/>
            </w:pPr>
            <w:r>
              <w:rPr>
                <w:color w:val="1F2937"/>
                <w:sz w:val="13"/>
              </w:rPr>
              <w:t>ldixon@npfeschools.org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2F80D88" w14:textId="77777777" w:rsidR="000B2E76" w:rsidRDefault="00000000">
            <w:pPr>
              <w:spacing w:after="30" w:line="240" w:lineRule="auto"/>
            </w:pPr>
            <w:r>
              <w:rPr>
                <w:b/>
                <w:color w:val="D71920"/>
                <w:sz w:val="14"/>
              </w:rPr>
              <w:t>(313) 228-2243</w:t>
            </w:r>
          </w:p>
        </w:tc>
      </w:tr>
      <w:tr w:rsidR="000B2E76" w14:paraId="22D2D9CC" w14:textId="77777777">
        <w:trPr>
          <w:jc w:val="center"/>
        </w:trPr>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1754068D" w14:textId="77777777" w:rsidR="000B2E76" w:rsidRDefault="00000000">
            <w:pPr>
              <w:spacing w:after="30" w:line="240" w:lineRule="auto"/>
            </w:pPr>
            <w:r>
              <w:rPr>
                <w:b/>
                <w:color w:val="174A8B"/>
                <w:sz w:val="15"/>
              </w:rPr>
              <w:t>Mr. Reed</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0D8C0001" w14:textId="77777777" w:rsidR="000B2E76" w:rsidRDefault="00000000">
            <w:pPr>
              <w:spacing w:after="30" w:line="240" w:lineRule="auto"/>
            </w:pPr>
            <w:r>
              <w:rPr>
                <w:color w:val="1F2937"/>
                <w:sz w:val="14"/>
              </w:rPr>
              <w:t>Attendance &amp; Engagement</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4EE8E35B" w14:textId="77777777" w:rsidR="000B2E76" w:rsidRDefault="00000000">
            <w:pPr>
              <w:spacing w:after="30" w:line="240" w:lineRule="auto"/>
            </w:pPr>
            <w:r>
              <w:rPr>
                <w:color w:val="1F2937"/>
                <w:sz w:val="13"/>
              </w:rPr>
              <w:t>dreed@npfeschools.org</w:t>
            </w:r>
          </w:p>
        </w:tc>
        <w:tc>
          <w:tcPr>
            <w:tcW w:w="2700" w:type="dxa"/>
            <w:tcBorders>
              <w:top w:val="single" w:sz="5" w:space="0" w:color="D8DEE8"/>
              <w:left w:val="single" w:sz="5" w:space="0" w:color="D8DEE8"/>
              <w:bottom w:val="single" w:sz="5" w:space="0" w:color="D8DEE8"/>
              <w:right w:val="single" w:sz="5" w:space="0" w:color="D8DEE8"/>
            </w:tcBorders>
            <w:tcMar>
              <w:top w:w="45" w:type="dxa"/>
              <w:left w:w="45" w:type="dxa"/>
              <w:bottom w:w="45" w:type="dxa"/>
              <w:right w:w="45" w:type="dxa"/>
            </w:tcMar>
          </w:tcPr>
          <w:p w14:paraId="5766EE5A" w14:textId="77777777" w:rsidR="000B2E76" w:rsidRDefault="00000000">
            <w:pPr>
              <w:spacing w:after="30" w:line="240" w:lineRule="auto"/>
            </w:pPr>
            <w:r>
              <w:rPr>
                <w:b/>
                <w:color w:val="D71920"/>
                <w:sz w:val="14"/>
              </w:rPr>
              <w:t>(313) 380-3629</w:t>
            </w:r>
          </w:p>
        </w:tc>
      </w:tr>
    </w:tbl>
    <w:p w14:paraId="0DFA3E8E" w14:textId="77777777" w:rsidR="00534BE2" w:rsidRDefault="00534BE2"/>
    <w:p w14:paraId="543E8016" w14:textId="0C0FF8E5" w:rsidR="0099374C" w:rsidRDefault="0099374C"/>
    <w:sectPr w:rsidR="0099374C" w:rsidSect="00034616">
      <w:headerReference w:type="default" r:id="rId19"/>
      <w:footerReference w:type="default" r:id="rId20"/>
      <w:pgSz w:w="12240" w:h="15840"/>
      <w:pgMar w:top="605" w:right="720" w:bottom="605"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0F3535" w14:textId="77777777" w:rsidR="00F95BA4" w:rsidRDefault="00F95BA4">
      <w:pPr>
        <w:spacing w:after="0" w:line="240" w:lineRule="auto"/>
      </w:pPr>
      <w:r>
        <w:separator/>
      </w:r>
    </w:p>
  </w:endnote>
  <w:endnote w:type="continuationSeparator" w:id="0">
    <w:p w14:paraId="62E2AE98" w14:textId="77777777" w:rsidR="00F95BA4" w:rsidRDefault="00F95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47301F" w14:textId="77777777" w:rsidR="000B2E76" w:rsidRDefault="00000000">
    <w:pPr>
      <w:pStyle w:val="Footer"/>
      <w:jc w:val="center"/>
    </w:pPr>
    <w:r>
      <w:rPr>
        <w:b/>
        <w:color w:val="174A8B"/>
        <w:sz w:val="15"/>
      </w:rPr>
      <w:t>UNIVERSITY YES ACADEMY • ONE TEAM • ONE MISSION • CONSISTENCY CREATES EXCELLENCE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F5A33C" w14:textId="77777777" w:rsidR="00F95BA4" w:rsidRDefault="00F95BA4">
      <w:pPr>
        <w:spacing w:after="0" w:line="240" w:lineRule="auto"/>
      </w:pPr>
      <w:r>
        <w:separator/>
      </w:r>
    </w:p>
  </w:footnote>
  <w:footnote w:type="continuationSeparator" w:id="0">
    <w:p w14:paraId="6FFAB248" w14:textId="77777777" w:rsidR="00F95BA4" w:rsidRDefault="00F95B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54E0FD" w14:textId="77777777" w:rsidR="000B2E76" w:rsidRDefault="000B2E76">
    <w:pPr>
      <w:pStyle w:val="Header"/>
    </w:pPr>
  </w:p>
  <w:tbl>
    <w:tblPr>
      <w:tblW w:w="0" w:type="auto"/>
      <w:tblLook w:val="04A0" w:firstRow="1" w:lastRow="0" w:firstColumn="1" w:lastColumn="0" w:noHBand="0" w:noVBand="1"/>
    </w:tblPr>
    <w:tblGrid>
      <w:gridCol w:w="3552"/>
      <w:gridCol w:w="3552"/>
      <w:gridCol w:w="3552"/>
    </w:tblGrid>
    <w:tr w:rsidR="000B2E76" w14:paraId="32CAE039" w14:textId="77777777">
      <w:tc>
        <w:tcPr>
          <w:tcW w:w="3552" w:type="dxa"/>
        </w:tcPr>
        <w:p w14:paraId="0047F6CC" w14:textId="77777777" w:rsidR="000B2E76" w:rsidRDefault="00000000">
          <w:pPr>
            <w:jc w:val="center"/>
          </w:pPr>
          <w:r>
            <w:rPr>
              <w:noProof/>
            </w:rPr>
            <w:drawing>
              <wp:inline distT="0" distB="0" distL="0" distR="0" wp14:anchorId="72E357F2" wp14:editId="16B1C3B2">
                <wp:extent cx="594360" cy="769172"/>
                <wp:effectExtent l="0" t="0" r="0" b="0"/>
                <wp:docPr id="1904953494" name="Picture 1904953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 Logo (4).png"/>
                        <pic:cNvPicPr/>
                      </pic:nvPicPr>
                      <pic:blipFill>
                        <a:blip r:embed="rId1"/>
                        <a:stretch>
                          <a:fillRect/>
                        </a:stretch>
                      </pic:blipFill>
                      <pic:spPr>
                        <a:xfrm>
                          <a:off x="0" y="0"/>
                          <a:ext cx="594360" cy="769172"/>
                        </a:xfrm>
                        <a:prstGeom prst="rect">
                          <a:avLst/>
                        </a:prstGeom>
                      </pic:spPr>
                    </pic:pic>
                  </a:graphicData>
                </a:graphic>
              </wp:inline>
            </w:drawing>
          </w:r>
        </w:p>
      </w:tc>
      <w:tc>
        <w:tcPr>
          <w:tcW w:w="3552" w:type="dxa"/>
        </w:tcPr>
        <w:p w14:paraId="63D39C04" w14:textId="77777777" w:rsidR="000B2E76" w:rsidRDefault="00000000">
          <w:pPr>
            <w:jc w:val="center"/>
          </w:pPr>
          <w:r>
            <w:rPr>
              <w:b/>
              <w:color w:val="174A8B"/>
              <w:sz w:val="30"/>
            </w:rPr>
            <w:t>UNIVERSITY YES ACADEMY</w:t>
          </w:r>
        </w:p>
        <w:p w14:paraId="4815303A" w14:textId="77777777" w:rsidR="000B2E76" w:rsidRDefault="00000000">
          <w:pPr>
            <w:jc w:val="center"/>
          </w:pPr>
          <w:r>
            <w:rPr>
              <w:b/>
              <w:color w:val="D71920"/>
              <w:sz w:val="21"/>
            </w:rPr>
            <w:t>THE LION'S WEEKLY • 2026–27</w:t>
          </w:r>
        </w:p>
      </w:tc>
      <w:tc>
        <w:tcPr>
          <w:tcW w:w="3552" w:type="dxa"/>
        </w:tcPr>
        <w:p w14:paraId="6FE80313" w14:textId="77777777" w:rsidR="000B2E76" w:rsidRDefault="00000000">
          <w:pPr>
            <w:jc w:val="center"/>
          </w:pPr>
          <w:r>
            <w:rPr>
              <w:b/>
              <w:color w:val="174A8B"/>
              <w:sz w:val="17"/>
            </w:rPr>
            <w:t>WEEK OF</w:t>
          </w:r>
          <w:r>
            <w:rPr>
              <w:b/>
              <w:color w:val="174A8B"/>
              <w:sz w:val="17"/>
            </w:rPr>
            <w:br/>
            <w:t xml:space="preserve">SEPT. </w:t>
          </w:r>
          <w:r w:rsidR="00E5703E">
            <w:rPr>
              <w:b/>
              <w:color w:val="174A8B"/>
              <w:sz w:val="17"/>
            </w:rPr>
            <w:t>21</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2299220">
    <w:abstractNumId w:val="8"/>
  </w:num>
  <w:num w:numId="2" w16cid:durableId="1528639563">
    <w:abstractNumId w:val="6"/>
  </w:num>
  <w:num w:numId="3" w16cid:durableId="412625478">
    <w:abstractNumId w:val="5"/>
  </w:num>
  <w:num w:numId="4" w16cid:durableId="1285112009">
    <w:abstractNumId w:val="4"/>
  </w:num>
  <w:num w:numId="5" w16cid:durableId="1324701581">
    <w:abstractNumId w:val="7"/>
  </w:num>
  <w:num w:numId="6" w16cid:durableId="2079940549">
    <w:abstractNumId w:val="3"/>
  </w:num>
  <w:num w:numId="7" w16cid:durableId="1344093597">
    <w:abstractNumId w:val="2"/>
  </w:num>
  <w:num w:numId="8" w16cid:durableId="1860777428">
    <w:abstractNumId w:val="1"/>
  </w:num>
  <w:num w:numId="9" w16cid:durableId="14668552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8D5"/>
    <w:rsid w:val="000B2E76"/>
    <w:rsid w:val="0015074B"/>
    <w:rsid w:val="0029639D"/>
    <w:rsid w:val="00326F90"/>
    <w:rsid w:val="00534BE2"/>
    <w:rsid w:val="005B0AA8"/>
    <w:rsid w:val="006C487A"/>
    <w:rsid w:val="007B3044"/>
    <w:rsid w:val="008B1011"/>
    <w:rsid w:val="0099374C"/>
    <w:rsid w:val="009D4445"/>
    <w:rsid w:val="009F639A"/>
    <w:rsid w:val="00AA1D8D"/>
    <w:rsid w:val="00B47730"/>
    <w:rsid w:val="00BA3613"/>
    <w:rsid w:val="00C600AF"/>
    <w:rsid w:val="00CB0664"/>
    <w:rsid w:val="00E5703E"/>
    <w:rsid w:val="00F15B39"/>
    <w:rsid w:val="00F82947"/>
    <w:rsid w:val="00F95B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C6ED2F"/>
  <w14:defaultImageDpi w14:val="300"/>
  <w15:docId w15:val="{D8C77AAD-E4B5-AA42-8299-967E2F1B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6C487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C487A"/>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F639A"/>
    <w:pPr>
      <w:spacing w:after="0" w:line="240" w:lineRule="auto"/>
    </w:pPr>
    <w:rPr>
      <w:rFonts w:ascii="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NPFE Tech Admin</cp:lastModifiedBy>
  <cp:revision>2</cp:revision>
  <dcterms:created xsi:type="dcterms:W3CDTF">2026-09-21T23:13:00Z</dcterms:created>
  <dcterms:modified xsi:type="dcterms:W3CDTF">2026-09-21T23:13:00Z</dcterms:modified>
  <cp:category/>
</cp:coreProperties>
</file>