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0D982" w14:textId="77777777" w:rsidR="00A62766" w:rsidRPr="001E34C7" w:rsidRDefault="00000000">
      <w:pPr>
        <w:spacing w:after="20"/>
        <w:jc w:val="center"/>
        <w:rPr>
          <w:lang w:val="es-ES"/>
        </w:rPr>
      </w:pPr>
      <w:r w:rsidRPr="001E34C7">
        <w:rPr>
          <w:b/>
          <w:sz w:val="36"/>
          <w:lang w:val="es-ES"/>
        </w:rPr>
        <w:t>FICHA DE LECTURA E INVESTIGACIÓN (MLA)</w:t>
      </w:r>
    </w:p>
    <w:p w14:paraId="11F5201A" w14:textId="77777777" w:rsidR="00A62766" w:rsidRPr="001E34C7" w:rsidRDefault="00000000">
      <w:pPr>
        <w:spacing w:after="120"/>
        <w:jc w:val="center"/>
        <w:rPr>
          <w:lang w:val="es-ES"/>
        </w:rPr>
      </w:pPr>
      <w:r w:rsidRPr="001E34C7">
        <w:rPr>
          <w:lang w:val="es-ES"/>
        </w:rPr>
        <w:t>Registro de fuente • Notas • Evidencia • Conexiones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58"/>
        <w:gridCol w:w="1623"/>
        <w:gridCol w:w="5577"/>
        <w:gridCol w:w="1288"/>
      </w:tblGrid>
      <w:tr w:rsidR="00E90A7A" w:rsidRPr="00E90A7A" w14:paraId="5E789980" w14:textId="77777777" w:rsidTr="00D51C37">
        <w:trPr>
          <w:gridAfter w:val="1"/>
          <w:wAfter w:w="1288" w:type="dxa"/>
          <w:jc w:val="center"/>
        </w:trPr>
        <w:tc>
          <w:tcPr>
            <w:tcW w:w="4558" w:type="dxa"/>
            <w:tcBorders>
              <w:bottom w:val="single" w:sz="4" w:space="0" w:color="B7B7B7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DD510D" w14:textId="77777777" w:rsidR="00E90A7A" w:rsidRDefault="00E90A7A" w:rsidP="00E90A7A">
            <w:pPr>
              <w:spacing w:after="0"/>
            </w:pPr>
            <w:r>
              <w:rPr>
                <w:b/>
                <w:sz w:val="17"/>
              </w:rPr>
              <w:t>Fuente #: ____________________</w:t>
            </w:r>
          </w:p>
        </w:tc>
        <w:tc>
          <w:tcPr>
            <w:tcW w:w="7200" w:type="dxa"/>
            <w:gridSpan w:val="2"/>
            <w:tcBorders>
              <w:bottom w:val="single" w:sz="4" w:space="0" w:color="B7B7B7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31AAF6" w14:textId="28D69070" w:rsidR="00E90A7A" w:rsidRPr="00E90A7A" w:rsidRDefault="00E90A7A" w:rsidP="002F1512">
            <w:pPr>
              <w:spacing w:after="0"/>
              <w:ind w:right="-1370"/>
              <w:jc w:val="right"/>
              <w:rPr>
                <w:lang w:val="es-ES"/>
              </w:rPr>
            </w:pPr>
            <w:r w:rsidRPr="001E34C7">
              <w:rPr>
                <w:b/>
                <w:sz w:val="17"/>
                <w:lang w:val="es-ES"/>
              </w:rPr>
              <w:t>Tema o pregunta de investigación: _________________________________________________</w:t>
            </w:r>
          </w:p>
        </w:tc>
      </w:tr>
      <w:tr w:rsidR="00A62766" w:rsidRPr="001E34C7" w14:paraId="3005B4F0" w14:textId="77777777" w:rsidTr="00D51C37">
        <w:trPr>
          <w:trHeight w:val="5556"/>
          <w:jc w:val="center"/>
        </w:trPr>
        <w:tc>
          <w:tcPr>
            <w:tcW w:w="6181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1F6CE6A" w14:textId="77777777" w:rsidR="00A62766" w:rsidRPr="00E90A7A" w:rsidRDefault="00000000">
            <w:pPr>
              <w:spacing w:after="0"/>
              <w:rPr>
                <w:lang w:val="es-ES"/>
              </w:rPr>
            </w:pPr>
            <w:r w:rsidRPr="00E90A7A">
              <w:rPr>
                <w:b/>
                <w:sz w:val="21"/>
                <w:lang w:val="es-ES"/>
              </w:rPr>
              <w:t>1. IDENTIFICO MI FUENTE (MLA)</w:t>
            </w:r>
          </w:p>
          <w:tbl>
            <w:tblPr>
              <w:tblW w:w="6038" w:type="dxa"/>
              <w:tblInd w:w="13" w:type="dxa"/>
              <w:tblLayout w:type="fixed"/>
              <w:tblLook w:val="04A0" w:firstRow="1" w:lastRow="0" w:firstColumn="1" w:lastColumn="0" w:noHBand="0" w:noVBand="1"/>
            </w:tblPr>
            <w:tblGrid>
              <w:gridCol w:w="2022"/>
              <w:gridCol w:w="4016"/>
            </w:tblGrid>
            <w:tr w:rsidR="00A62766" w:rsidRPr="00E90A7A" w14:paraId="34471BEC" w14:textId="77777777" w:rsidTr="00D76EFE">
              <w:trPr>
                <w:trHeight w:val="256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14596A7D" w14:textId="77777777" w:rsidR="00A62766" w:rsidRPr="00E90A7A" w:rsidRDefault="00000000">
                  <w:pPr>
                    <w:spacing w:after="0"/>
                    <w:rPr>
                      <w:lang w:val="es-ES"/>
                    </w:rPr>
                  </w:pPr>
                  <w:r w:rsidRPr="00E90A7A">
                    <w:rPr>
                      <w:b/>
                      <w:sz w:val="16"/>
                      <w:lang w:val="es-ES"/>
                    </w:rPr>
                    <w:t>Autor(es)</w:t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4556F6CE" w14:textId="77777777" w:rsidR="00A62766" w:rsidRPr="00E90A7A" w:rsidRDefault="00000000">
                  <w:pPr>
                    <w:spacing w:after="0"/>
                    <w:rPr>
                      <w:lang w:val="es-ES"/>
                    </w:rPr>
                  </w:pPr>
                  <w:r w:rsidRPr="00E90A7A">
                    <w:rPr>
                      <w:sz w:val="16"/>
                      <w:lang w:val="es-ES"/>
                    </w:rPr>
                    <w:t xml:space="preserve"> </w:t>
                  </w:r>
                </w:p>
              </w:tc>
            </w:tr>
            <w:tr w:rsidR="00A62766" w:rsidRPr="00E90A7A" w14:paraId="18BCC32D" w14:textId="77777777" w:rsidTr="00D76EFE">
              <w:trPr>
                <w:trHeight w:val="256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2706F378" w14:textId="77777777" w:rsidR="00A62766" w:rsidRPr="00E90A7A" w:rsidRDefault="00000000">
                  <w:pPr>
                    <w:spacing w:after="0"/>
                    <w:rPr>
                      <w:lang w:val="es-ES"/>
                    </w:rPr>
                  </w:pPr>
                  <w:r w:rsidRPr="00E90A7A">
                    <w:rPr>
                      <w:b/>
                      <w:sz w:val="16"/>
                      <w:lang w:val="es-ES"/>
                    </w:rPr>
                    <w:t>Título de la fuente</w:t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50B7080D" w14:textId="77777777" w:rsidR="00A62766" w:rsidRPr="00E90A7A" w:rsidRDefault="00000000">
                  <w:pPr>
                    <w:spacing w:after="0"/>
                    <w:rPr>
                      <w:lang w:val="es-ES"/>
                    </w:rPr>
                  </w:pPr>
                  <w:r w:rsidRPr="00E90A7A">
                    <w:rPr>
                      <w:sz w:val="16"/>
                      <w:lang w:val="es-ES"/>
                    </w:rPr>
                    <w:t xml:space="preserve"> </w:t>
                  </w:r>
                </w:p>
              </w:tc>
            </w:tr>
            <w:tr w:rsidR="00A62766" w:rsidRPr="00E90A7A" w14:paraId="54BE59F3" w14:textId="77777777" w:rsidTr="00D76EFE">
              <w:trPr>
                <w:trHeight w:val="256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1C9850C5" w14:textId="77777777" w:rsidR="00A62766" w:rsidRPr="00E90A7A" w:rsidRDefault="00000000">
                  <w:pPr>
                    <w:spacing w:after="0"/>
                    <w:rPr>
                      <w:lang w:val="es-ES"/>
                    </w:rPr>
                  </w:pPr>
                  <w:r w:rsidRPr="00E90A7A">
                    <w:rPr>
                      <w:b/>
                      <w:sz w:val="16"/>
                      <w:lang w:val="es-ES"/>
                    </w:rPr>
                    <w:t>Título del contenedor (revista, libro, sitio web, etc.)</w:t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1A5F4A9E" w14:textId="77777777" w:rsidR="00A62766" w:rsidRPr="00E90A7A" w:rsidRDefault="00000000">
                  <w:pPr>
                    <w:spacing w:after="0"/>
                    <w:rPr>
                      <w:lang w:val="es-ES"/>
                    </w:rPr>
                  </w:pPr>
                  <w:r w:rsidRPr="00E90A7A">
                    <w:rPr>
                      <w:sz w:val="16"/>
                      <w:lang w:val="es-ES"/>
                    </w:rPr>
                    <w:t xml:space="preserve"> </w:t>
                  </w:r>
                </w:p>
              </w:tc>
            </w:tr>
            <w:tr w:rsidR="00A62766" w:rsidRPr="001E34C7" w14:paraId="3894086E" w14:textId="77777777" w:rsidTr="00D76EFE">
              <w:trPr>
                <w:trHeight w:val="441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258DB537" w14:textId="77777777" w:rsidR="00A62766" w:rsidRPr="001E34C7" w:rsidRDefault="00000000">
                  <w:pPr>
                    <w:spacing w:after="0"/>
                    <w:rPr>
                      <w:lang w:val="es-ES"/>
                    </w:rPr>
                  </w:pPr>
                  <w:r w:rsidRPr="001E34C7">
                    <w:rPr>
                      <w:b/>
                      <w:sz w:val="16"/>
                      <w:lang w:val="es-ES"/>
                    </w:rPr>
                    <w:t>Colaborador(es) (traductor, editor, etc.)</w:t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486DD513" w14:textId="77777777" w:rsidR="00A62766" w:rsidRPr="001E34C7" w:rsidRDefault="00000000">
                  <w:pPr>
                    <w:spacing w:after="0"/>
                    <w:rPr>
                      <w:lang w:val="es-ES"/>
                    </w:rPr>
                  </w:pPr>
                  <w:r w:rsidRPr="001E34C7">
                    <w:rPr>
                      <w:sz w:val="16"/>
                      <w:lang w:val="es-ES"/>
                    </w:rPr>
                    <w:t xml:space="preserve"> </w:t>
                  </w:r>
                </w:p>
              </w:tc>
            </w:tr>
            <w:tr w:rsidR="00A62766" w14:paraId="5C14BFB1" w14:textId="77777777" w:rsidTr="00D76EFE">
              <w:trPr>
                <w:trHeight w:val="256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2214253A" w14:textId="4B9F4318" w:rsidR="00A62766" w:rsidRDefault="00000000">
                  <w:pPr>
                    <w:spacing w:after="0"/>
                  </w:pPr>
                  <w:proofErr w:type="spellStart"/>
                  <w:r>
                    <w:rPr>
                      <w:b/>
                      <w:sz w:val="16"/>
                    </w:rPr>
                    <w:t>Versión (edición, vol., etc.)</w:t>
                  </w:r>
                  <w:proofErr w:type="spellEnd"/>
                  <w:r>
                    <w:rPr>
                      <w:b/>
                      <w:sz w:val="16"/>
                    </w:rPr>
                  </w:r>
                  <w:r w:rsidR="00541297">
                    <w:rPr>
                      <w:b/>
                      <w:sz w:val="16"/>
                    </w:rPr>
                  </w:r>
                  <w:r>
                    <w:rPr>
                      <w:b/>
                      <w:sz w:val="16"/>
                    </w:rPr>
                  </w:r>
                  <w:proofErr w:type="spellStart"/>
                  <w:r>
                    <w:rPr>
                      <w:b/>
                      <w:sz w:val="16"/>
                    </w:rPr>
                  </w:r>
                  <w:proofErr w:type="spellEnd"/>
                  <w:r>
                    <w:rPr>
                      <w:b/>
                      <w:sz w:val="16"/>
                    </w:rPr>
                  </w:r>
                  <w:proofErr w:type="spellStart"/>
                  <w:r>
                    <w:rPr>
                      <w:b/>
                      <w:sz w:val="16"/>
                    </w:rPr>
                  </w:r>
                  <w:proofErr w:type="spellEnd"/>
                  <w:r>
                    <w:rPr>
                      <w:b/>
                      <w:sz w:val="16"/>
                    </w:rPr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79E4DD8F" w14:textId="77777777" w:rsidR="00A62766" w:rsidRDefault="00000000">
                  <w:pPr>
                    <w:spacing w:after="0"/>
                  </w:pPr>
                  <w:r>
                    <w:rPr>
                      <w:sz w:val="16"/>
                    </w:rPr>
                    <w:t xml:space="preserve"> </w:t>
                  </w:r>
                </w:p>
              </w:tc>
            </w:tr>
            <w:tr w:rsidR="00A62766" w14:paraId="0112685F" w14:textId="77777777" w:rsidTr="00D76EFE">
              <w:trPr>
                <w:trHeight w:val="256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230AD62C" w14:textId="77777777" w:rsidR="00A62766" w:rsidRDefault="00000000">
                  <w:pPr>
                    <w:spacing w:after="0"/>
                  </w:pPr>
                  <w:r>
                    <w:rPr>
                      <w:b/>
                      <w:sz w:val="16"/>
                    </w:rPr>
                    <w:t>Número (volumen, número, etc.)</w:t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71C72CE6" w14:textId="77777777" w:rsidR="00A62766" w:rsidRDefault="00000000">
                  <w:pPr>
                    <w:spacing w:after="0"/>
                  </w:pPr>
                  <w:r>
                    <w:rPr>
                      <w:sz w:val="16"/>
                    </w:rPr>
                    <w:t xml:space="preserve"> </w:t>
                  </w:r>
                </w:p>
              </w:tc>
            </w:tr>
            <w:tr w:rsidR="00A62766" w:rsidRPr="001E34C7" w14:paraId="3FD5E4EC" w14:textId="77777777" w:rsidTr="00D76EFE">
              <w:trPr>
                <w:trHeight w:val="431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3A3ABEE2" w14:textId="77777777" w:rsidR="00A62766" w:rsidRPr="001E34C7" w:rsidRDefault="00000000">
                  <w:pPr>
                    <w:spacing w:after="0"/>
                    <w:rPr>
                      <w:lang w:val="es-ES"/>
                    </w:rPr>
                  </w:pPr>
                  <w:r w:rsidRPr="001E34C7">
                    <w:rPr>
                      <w:b/>
                      <w:sz w:val="16"/>
                      <w:lang w:val="es-ES"/>
                    </w:rPr>
                    <w:t>Editorial</w:t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7AB9AAAF" w14:textId="77777777" w:rsidR="00A62766" w:rsidRPr="001E34C7" w:rsidRDefault="00000000">
                  <w:pPr>
                    <w:spacing w:after="0"/>
                    <w:rPr>
                      <w:lang w:val="es-ES"/>
                    </w:rPr>
                  </w:pPr>
                  <w:r w:rsidRPr="001E34C7">
                    <w:rPr>
                      <w:sz w:val="16"/>
                      <w:lang w:val="es-ES"/>
                    </w:rPr>
                    <w:t xml:space="preserve"> </w:t>
                  </w:r>
                </w:p>
              </w:tc>
            </w:tr>
            <w:tr w:rsidR="00A62766" w:rsidRPr="001E34C7" w14:paraId="09B4E46E" w14:textId="77777777" w:rsidTr="00D76EFE">
              <w:trPr>
                <w:trHeight w:val="256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0BBC1A90" w14:textId="2DA07167" w:rsidR="00A62766" w:rsidRPr="001E34C7" w:rsidRDefault="00063B29">
                  <w:pPr>
                    <w:spacing w:after="0"/>
                    <w:rPr>
                      <w:lang w:val="es-ES"/>
                    </w:rPr>
                  </w:pPr>
                  <w:r>
                    <w:rPr>
                      <w:b/>
                      <w:sz w:val="16"/>
                      <w:lang w:val="es-ES"/>
                    </w:rPr>
                    <w:t>Fecha de publicación</w:t>
                  </w:r>
                  <w:r w:rsidR="00000000" w:rsidRPr="001E34C7">
                    <w:rPr>
                      <w:b/>
                      <w:sz w:val="16"/>
                      <w:lang w:val="es-ES"/>
                    </w:rPr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4A53BE35" w14:textId="77777777" w:rsidR="00A62766" w:rsidRPr="001E34C7" w:rsidRDefault="00000000">
                  <w:pPr>
                    <w:spacing w:after="0"/>
                    <w:rPr>
                      <w:lang w:val="es-ES"/>
                    </w:rPr>
                  </w:pPr>
                  <w:r w:rsidRPr="001E34C7">
                    <w:rPr>
                      <w:sz w:val="16"/>
                      <w:lang w:val="es-ES"/>
                    </w:rPr>
                    <w:t xml:space="preserve"> </w:t>
                  </w:r>
                </w:p>
              </w:tc>
            </w:tr>
            <w:tr w:rsidR="00A62766" w:rsidRPr="001E34C7" w14:paraId="09B4E46E" w14:textId="77777777" w:rsidTr="00D76EFE">
              <w:trPr>
                <w:trHeight w:val="256"/>
              </w:trPr>
              <w:tc>
                <w:tcPr>
                  <w:tcW w:w="2022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0BBC1A90" w14:textId="2DA07167" w:rsidR="00A62766" w:rsidRPr="001E34C7" w:rsidRDefault="00063B29">
                  <w:pPr>
                    <w:spacing w:after="0"/>
                    <w:rPr>
                      <w:lang w:val="es-ES"/>
                    </w:rPr>
                  </w:pPr>
                  <w:r>
                    <w:rPr>
                      <w:b/>
                      <w:sz w:val="16"/>
                      <w:lang w:val="es-ES"/>
                    </w:rPr>
                    <w:t>Localización: páginas / DOI / URL</w:t>
                  </w:r>
                  <w:r w:rsidR="00000000" w:rsidRPr="001E34C7">
                    <w:rPr>
                      <w:b/>
                      <w:sz w:val="16"/>
                      <w:lang w:val="es-ES"/>
                    </w:rPr>
                  </w:r>
                </w:p>
              </w:tc>
              <w:tc>
                <w:tcPr>
                  <w:tcW w:w="4016" w:type="dxa"/>
                  <w:tcBorders>
                    <w:top w:val="single" w:sz="4" w:space="0" w:color="B7B7B7"/>
                    <w:left w:val="single" w:sz="4" w:space="0" w:color="B7B7B7"/>
                    <w:bottom w:val="single" w:sz="4" w:space="0" w:color="B7B7B7"/>
                    <w:right w:val="single" w:sz="4" w:space="0" w:color="B7B7B7"/>
                  </w:tcBorders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</w:tcPr>
                <w:p w14:paraId="4A53BE35" w14:textId="77777777" w:rsidR="00A62766" w:rsidRPr="001E34C7" w:rsidRDefault="00000000">
                  <w:pPr>
                    <w:spacing w:after="0"/>
                    <w:rPr>
                      <w:lang w:val="es-ES"/>
                    </w:rPr>
                  </w:pPr>
                  <w:r w:rsidRPr="001E34C7">
                    <w:rPr>
                      <w:sz w:val="16"/>
                      <w:lang w:val="es-ES"/>
                    </w:rPr>
                  </w:r>
                </w:p>
              </w:tc>
            </w:tr>
          </w:tbl>
          <w:p w14:paraId="232D268B" w14:textId="77777777" w:rsidR="00E43706" w:rsidRDefault="00000000" w:rsidP="00EE0AE1">
            <w:pPr>
              <w:spacing w:before="100"/>
              <w:rPr>
                <w:b/>
                <w:sz w:val="18"/>
                <w:lang w:val="es-ES"/>
              </w:rPr>
            </w:pPr>
            <w:r w:rsidRPr="001E34C7">
              <w:rPr>
                <w:b/>
                <w:sz w:val="18"/>
                <w:lang w:val="es-ES"/>
              </w:rPr>
              <w:t>FICHA MLA DE ESTA FUENTE:</w:t>
            </w:r>
            <w:r w:rsidR="00EE0AE1">
              <w:rPr>
                <w:b/>
                <w:sz w:val="18"/>
                <w:lang w:val="es-ES"/>
              </w:rPr>
            </w:r>
          </w:p>
          <w:p w14:paraId="3EF4FFFA" w14:textId="0804B186" w:rsidR="00EE0AE1" w:rsidRPr="001E34C7" w:rsidRDefault="00EE0AE1" w:rsidP="00EE0AE1">
            <w:pPr>
              <w:spacing w:before="100"/>
              <w:rPr>
                <w:lang w:val="es-ES"/>
              </w:rPr>
            </w:pPr>
          </w:p>
        </w:tc>
        <w:tc>
          <w:tcPr>
            <w:tcW w:w="6865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80CEBA4" w14:textId="77777777" w:rsidR="00A62766" w:rsidRPr="001E34C7" w:rsidRDefault="00000000">
            <w:pPr>
              <w:spacing w:after="0"/>
              <w:rPr>
                <w:lang w:val="es-ES"/>
              </w:rPr>
            </w:pPr>
            <w:r w:rsidRPr="001E34C7">
              <w:rPr>
                <w:b/>
                <w:sz w:val="21"/>
                <w:lang w:val="es-ES"/>
              </w:rPr>
              <w:t>2. COMPRENDO LO QUE LEÍ</w:t>
            </w:r>
          </w:p>
          <w:p w14:paraId="02B8D9E9" w14:textId="77777777" w:rsidR="00A62766" w:rsidRPr="001E34C7" w:rsidRDefault="00000000">
            <w:pPr>
              <w:spacing w:after="20"/>
              <w:rPr>
                <w:lang w:val="es-ES"/>
              </w:rPr>
            </w:pPr>
            <w:r w:rsidRPr="001E34C7">
              <w:rPr>
                <w:b/>
                <w:lang w:val="es-ES"/>
              </w:rPr>
              <w:t>Idea principal de la fuente</w:t>
            </w:r>
          </w:p>
          <w:p w14:paraId="088C5F45" w14:textId="77777777" w:rsidR="00A62766" w:rsidRPr="001E34C7" w:rsidRDefault="00000000">
            <w:pPr>
              <w:spacing w:after="20"/>
              <w:rPr>
                <w:lang w:val="es-ES"/>
              </w:rPr>
            </w:pPr>
            <w:r w:rsidRPr="001E34C7">
              <w:rPr>
                <w:sz w:val="17"/>
                <w:lang w:val="es-ES"/>
              </w:rPr>
              <w:t>¿De qué trata principalmente esta fuente?</w:t>
            </w:r>
          </w:p>
          <w:p w14:paraId="0C2F8036" w14:textId="77777777" w:rsidR="00A62766" w:rsidRPr="001E34C7" w:rsidRDefault="00000000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  <w:r w:rsidRPr="001E34C7">
              <w:rPr>
                <w:lang w:val="es-ES"/>
              </w:rPr>
              <w:t xml:space="preserve"> </w:t>
            </w:r>
          </w:p>
          <w:p w14:paraId="15564D2F" w14:textId="77777777" w:rsidR="00A62766" w:rsidRPr="001E34C7" w:rsidRDefault="00000000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  <w:r w:rsidRPr="001E34C7">
              <w:rPr>
                <w:lang w:val="es-ES"/>
              </w:rPr>
              <w:t xml:space="preserve"> </w:t>
            </w:r>
          </w:p>
          <w:p w14:paraId="2ADBC9CA" w14:textId="77777777" w:rsidR="00A62766" w:rsidRPr="001E34C7" w:rsidRDefault="00000000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  <w:r w:rsidRPr="001E34C7">
              <w:rPr>
                <w:lang w:val="es-ES"/>
              </w:rPr>
              <w:t xml:space="preserve"> </w:t>
            </w:r>
          </w:p>
          <w:p w14:paraId="4CD9026E" w14:textId="77777777" w:rsidR="00A62766" w:rsidRPr="001E34C7" w:rsidRDefault="00000000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  <w:r w:rsidRPr="001E34C7">
              <w:rPr>
                <w:lang w:val="es-ES"/>
              </w:rPr>
              <w:t xml:space="preserve"> </w:t>
            </w:r>
          </w:p>
          <w:p w14:paraId="3C3F0AB5" w14:textId="77777777" w:rsidR="00A62766" w:rsidRDefault="00000000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  <w:r w:rsidRPr="001E34C7">
              <w:rPr>
                <w:lang w:val="es-ES"/>
              </w:rPr>
              <w:t xml:space="preserve"> </w:t>
            </w:r>
          </w:p>
          <w:p w14:paraId="68C5A40D" w14:textId="77777777" w:rsidR="00D76EFE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30C36429" w14:textId="77777777" w:rsidR="00D76EFE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650A211F" w14:textId="77777777" w:rsidR="00D76EFE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79430FD8" w14:textId="77777777" w:rsidR="00D76EFE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1F35A679" w14:textId="77777777" w:rsidR="00D76EFE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0170B5EC" w14:textId="77777777" w:rsidR="00D76EFE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2C5AED12" w14:textId="77777777" w:rsidR="00EE0AE1" w:rsidRDefault="00EE0AE1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7D30B5D1" w14:textId="77777777" w:rsidR="00D76EFE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5A08ACCE" w14:textId="77777777" w:rsidR="00D76EFE" w:rsidRPr="001E34C7" w:rsidRDefault="00D76EFE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</w:p>
          <w:p w14:paraId="598A85F0" w14:textId="77777777" w:rsidR="00A62766" w:rsidRPr="001E34C7" w:rsidRDefault="00000000">
            <w:pPr>
              <w:pBdr>
                <w:bottom w:val="single" w:sz="4" w:space="1" w:color="B7B7B7"/>
              </w:pBdr>
              <w:spacing w:after="0" w:line="240" w:lineRule="auto"/>
              <w:rPr>
                <w:lang w:val="es-ES"/>
              </w:rPr>
            </w:pPr>
            <w:r w:rsidRPr="001E34C7">
              <w:rPr>
                <w:lang w:val="es-ES"/>
              </w:rPr>
              <w:t xml:space="preserve"> </w:t>
            </w:r>
          </w:p>
          <w:p w14:paraId="32412D44" w14:textId="77777777" w:rsidR="00A62766" w:rsidRPr="001E34C7" w:rsidRDefault="00000000">
            <w:pPr>
              <w:spacing w:before="100" w:after="20"/>
              <w:rPr>
                <w:lang w:val="es-ES"/>
              </w:rPr>
            </w:pPr>
            <w:r w:rsidRPr="001E34C7">
              <w:rPr>
                <w:b/>
                <w:lang w:val="es-ES"/>
              </w:rPr>
              <w:t>Necesito investigar o comprender mejor</w:t>
            </w:r>
          </w:p>
          <w:p w14:paraId="51424458" w14:textId="77777777" w:rsidR="00EE0AE1" w:rsidRDefault="00000000" w:rsidP="00EE0AE1">
            <w:pPr>
              <w:spacing w:after="20"/>
              <w:rPr>
                <w:sz w:val="16"/>
                <w:lang w:val="es-ES"/>
              </w:rPr>
            </w:pPr>
            <w:r w:rsidRPr="001E34C7">
              <w:rPr>
                <w:sz w:val="16"/>
                <w:lang w:val="es-ES"/>
              </w:rPr>
              <w:t>Conceptos que no entendí, información nueva, nombres, fechas, acontecimientos o preguntas que surgieron durante la lectura.</w:t>
            </w:r>
          </w:p>
          <w:p w14:paraId="45E4E35D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2662130A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489EB31D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36FE46C6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6C348CA6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482E8219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692B438C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0123AC7B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241BB4AE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577E42FB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24585D48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18F1FEC4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7BC6B8AB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603B9FD9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6B6C6DC8" w14:textId="77777777" w:rsidR="00EE0AE1" w:rsidRDefault="00EE0AE1" w:rsidP="00EE0AE1">
            <w:pPr>
              <w:spacing w:after="20"/>
              <w:rPr>
                <w:sz w:val="16"/>
                <w:lang w:val="es-ES"/>
              </w:rPr>
            </w:pPr>
          </w:p>
          <w:p w14:paraId="33E9EBBE" w14:textId="74CB21E6" w:rsidR="00EE0AE1" w:rsidRPr="001E34C7" w:rsidRDefault="00EE0AE1" w:rsidP="00EE0AE1">
            <w:pPr>
              <w:spacing w:after="20"/>
              <w:rPr>
                <w:lang w:val="es-ES"/>
              </w:rPr>
            </w:pPr>
          </w:p>
        </w:tc>
      </w:tr>
    </w:tbl>
    <w:p w14:paraId="6CC751E8" w14:textId="0197B4DF" w:rsidR="00A62766" w:rsidRPr="00B67A11" w:rsidRDefault="00000000" w:rsidP="00EE0AE1">
      <w:pPr>
        <w:spacing w:before="80"/>
        <w:jc w:val="center"/>
        <w:rPr>
          <w:bCs/>
          <w:i/>
          <w:iCs/>
          <w:lang w:val="es-ES"/>
        </w:rPr>
      </w:pPr>
      <w:r w:rsidRPr="001E34C7">
        <w:rPr>
          <w:b/>
          <w:sz w:val="17"/>
          <w:lang w:val="es-ES"/>
        </w:rPr>
        <w:t xml:space="preserve">RECUERDA: </w:t>
      </w:r>
      <w:r w:rsidRPr="00B67A11">
        <w:rPr>
          <w:bCs/>
          <w:i/>
          <w:iCs/>
          <w:sz w:val="17"/>
          <w:lang w:val="es-ES"/>
        </w:rPr>
        <w:t>Investigar no es recopilar información. Es leer, seleccionar, conectar y construir ideas</w:t>
      </w:r>
      <w:r w:rsidR="00844C5E" w:rsidRPr="00B67A11">
        <w:rPr>
          <w:bCs/>
          <w:i/>
          <w:iCs/>
          <w:sz w:val="17"/>
          <w:lang w:val="es-ES"/>
        </w:rPr>
        <w:t>.</w:t>
      </w:r>
    </w:p>
    <w:p w14:paraId="359E353B" w14:textId="77777777" w:rsidR="00A62766" w:rsidRPr="003A7CD9" w:rsidRDefault="00000000" w:rsidP="004864C5">
      <w:pPr>
        <w:spacing w:after="20"/>
        <w:jc w:val="center"/>
        <w:rPr>
          <w:sz w:val="14"/>
          <w:szCs w:val="16"/>
          <w:lang w:val="es-ES"/>
        </w:rPr>
      </w:pPr>
      <w:r w:rsidRPr="003A7CD9">
        <w:rPr>
          <w:b/>
          <w:sz w:val="24"/>
          <w:szCs w:val="16"/>
          <w:lang w:val="es-ES"/>
        </w:rPr>
        <w:lastRenderedPageBreak/>
        <w:t>MIS NOTAS Y EVIDENCIA: LO QUE ENCONTRÉ</w:t>
      </w:r>
    </w:p>
    <w:p w14:paraId="116CED55" w14:textId="71C64A85" w:rsidR="00A62766" w:rsidRPr="001E34C7" w:rsidRDefault="00000000" w:rsidP="00C12DD0">
      <w:pPr>
        <w:jc w:val="center"/>
        <w:rPr>
          <w:lang w:val="es-ES"/>
        </w:rPr>
      </w:pPr>
      <w:r w:rsidRPr="00C12DD0">
        <w:rPr>
          <w:sz w:val="16"/>
          <w:szCs w:val="20"/>
          <w:lang w:val="es-ES"/>
        </w:rPr>
        <w:t>Anota la información, ideas o datos importantes que encontraste en esta fuente.</w:t>
      </w:r>
      <w:r w:rsidR="00C12DD0">
        <w:rPr>
          <w:sz w:val="18"/>
          <w:lang w:val="es-ES"/>
        </w:rPr>
        <w:tab/>
      </w:r>
      <w:r w:rsidR="00C12DD0" w:rsidRPr="00C12DD0">
        <w:rPr>
          <w:b/>
          <w:sz w:val="14"/>
          <w:szCs w:val="20"/>
          <w:lang w:val="es-ES"/>
        </w:rPr>
        <w:t xml:space="preserve">TIPS: </w:t>
      </w:r>
      <w:r w:rsidR="00C12DD0" w:rsidRPr="00C12DD0">
        <w:rPr>
          <w:bCs/>
          <w:i/>
          <w:iCs/>
          <w:sz w:val="14"/>
          <w:szCs w:val="20"/>
          <w:lang w:val="es-ES"/>
        </w:rPr>
        <w:t>Lee activamente • Toma notas con tus propias palabras • Selecciona lo relevante • Conecta las ideas • Cita siempre tus fuentes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"/>
        <w:gridCol w:w="630"/>
        <w:gridCol w:w="981"/>
        <w:gridCol w:w="5864"/>
        <w:gridCol w:w="4585"/>
        <w:gridCol w:w="351"/>
        <w:gridCol w:w="900"/>
        <w:gridCol w:w="9"/>
      </w:tblGrid>
      <w:tr w:rsidR="00A62766" w14:paraId="7608BD7D" w14:textId="77777777" w:rsidTr="000E3913">
        <w:trPr>
          <w:gridAfter w:val="1"/>
          <w:wAfter w:w="9" w:type="dxa"/>
          <w:trHeight w:val="377"/>
          <w:tblHeader/>
          <w:jc w:val="center"/>
        </w:trPr>
        <w:tc>
          <w:tcPr>
            <w:tcW w:w="657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D981A4" w14:textId="77777777" w:rsidR="00A62766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#</w:t>
            </w:r>
          </w:p>
        </w:tc>
        <w:tc>
          <w:tcPr>
            <w:tcW w:w="11430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4F270E" w14:textId="5989FC38" w:rsidR="00F908E8" w:rsidRPr="00E91AE7" w:rsidRDefault="00000000" w:rsidP="00E91AE7">
            <w:pPr>
              <w:spacing w:after="0"/>
              <w:jc w:val="center"/>
              <w:rPr>
                <w:b/>
                <w:sz w:val="17"/>
                <w:lang w:val="es-ES"/>
              </w:rPr>
            </w:pPr>
            <w:r w:rsidRPr="004864C5">
              <w:rPr>
                <w:b/>
                <w:sz w:val="17"/>
                <w:lang w:val="es-ES"/>
              </w:rPr>
              <w:t>Información relevante</w:t>
            </w:r>
            <w:r w:rsidR="00E91AE7">
              <w:rPr>
                <w:b/>
                <w:sz w:val="17"/>
                <w:lang w:val="es-ES"/>
              </w:rPr>
              <w:t xml:space="preserve"> </w:t>
            </w:r>
            <w:r w:rsidR="00F908E8" w:rsidRPr="00F908E8">
              <w:rPr>
                <w:b/>
                <w:sz w:val="17"/>
                <w:lang w:val="es-ES"/>
              </w:rPr>
              <w:t xml:space="preserve">(cita textual o </w:t>
            </w:r>
            <w:r w:rsidR="00E91AE7">
              <w:rPr>
                <w:b/>
                <w:sz w:val="17"/>
                <w:lang w:val="es-ES"/>
              </w:rPr>
              <w:t>en tus propias palabras</w:t>
            </w:r>
            <w:r w:rsidR="00F908E8">
              <w:rPr>
                <w:b/>
                <w:sz w:val="17"/>
                <w:lang w:val="es-ES"/>
              </w:rPr>
              <w:t>)</w:t>
            </w:r>
          </w:p>
        </w:tc>
        <w:tc>
          <w:tcPr>
            <w:tcW w:w="1251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99F995" w14:textId="098009DE" w:rsidR="00A62766" w:rsidRDefault="00E91AE7">
            <w:pPr>
              <w:spacing w:after="0"/>
              <w:jc w:val="center"/>
            </w:pPr>
            <w:r w:rsidRPr="003A7CD9">
              <w:rPr>
                <w:b/>
                <w:sz w:val="14"/>
                <w:szCs w:val="18"/>
                <w:lang w:val="es-ES"/>
              </w:rPr>
              <w:t xml:space="preserve"># </w:t>
            </w:r>
            <w:r w:rsidR="00000000" w:rsidRPr="003A7CD9">
              <w:rPr>
                <w:b/>
                <w:sz w:val="14"/>
                <w:szCs w:val="18"/>
              </w:rPr>
              <w:t>Página /</w:t>
            </w:r>
            <w:r w:rsidR="00000000" w:rsidRPr="003A7CD9">
              <w:rPr>
                <w:b/>
                <w:sz w:val="14"/>
                <w:szCs w:val="18"/>
              </w:rPr>
              <w:br/>
              <w:t>párrafo</w:t>
            </w:r>
          </w:p>
        </w:tc>
      </w:tr>
      <w:tr w:rsidR="00A62766" w14:paraId="33763B95" w14:textId="77777777" w:rsidTr="000E3913">
        <w:trPr>
          <w:gridAfter w:val="1"/>
          <w:wAfter w:w="9" w:type="dxa"/>
          <w:trHeight w:val="2024"/>
          <w:jc w:val="center"/>
        </w:trPr>
        <w:tc>
          <w:tcPr>
            <w:tcW w:w="657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5A67FC" w14:textId="77777777" w:rsidR="00A62766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430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9D3288" w14:textId="317E2FD4" w:rsidR="00A62766" w:rsidRDefault="00A62766">
            <w:pPr>
              <w:pBdr>
                <w:bottom w:val="single" w:sz="4" w:space="1" w:color="B7B7B7"/>
              </w:pBdr>
              <w:spacing w:after="0" w:line="240" w:lineRule="auto"/>
            </w:pPr>
          </w:p>
        </w:tc>
        <w:tc>
          <w:tcPr>
            <w:tcW w:w="1251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209EBB" w14:textId="7B55519A" w:rsidR="00995F39" w:rsidRDefault="00995F39">
            <w:pPr>
              <w:pBdr>
                <w:bottom w:val="single" w:sz="4" w:space="1" w:color="B7B7B7"/>
              </w:pBdr>
              <w:spacing w:after="0" w:line="240" w:lineRule="auto"/>
            </w:pPr>
          </w:p>
        </w:tc>
      </w:tr>
      <w:tr w:rsidR="00A62766" w14:paraId="645B07D1" w14:textId="77777777" w:rsidTr="000E3913">
        <w:trPr>
          <w:gridAfter w:val="1"/>
          <w:wAfter w:w="9" w:type="dxa"/>
          <w:trHeight w:val="2006"/>
          <w:jc w:val="center"/>
        </w:trPr>
        <w:tc>
          <w:tcPr>
            <w:tcW w:w="657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D8A030" w14:textId="77777777" w:rsidR="00A62766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430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D8231B" w14:textId="2876D096" w:rsidR="00995F39" w:rsidRDefault="00995F39">
            <w:pPr>
              <w:pBdr>
                <w:bottom w:val="single" w:sz="4" w:space="1" w:color="B7B7B7"/>
              </w:pBdr>
              <w:spacing w:after="0" w:line="240" w:lineRule="auto"/>
            </w:pPr>
          </w:p>
        </w:tc>
        <w:tc>
          <w:tcPr>
            <w:tcW w:w="1251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A99236" w14:textId="4F04004A" w:rsidR="00995F39" w:rsidRDefault="00995F39">
            <w:pPr>
              <w:pBdr>
                <w:bottom w:val="single" w:sz="4" w:space="1" w:color="B7B7B7"/>
              </w:pBdr>
              <w:spacing w:after="0" w:line="240" w:lineRule="auto"/>
            </w:pPr>
          </w:p>
        </w:tc>
      </w:tr>
      <w:tr w:rsidR="00A62766" w14:paraId="63756FB8" w14:textId="77777777" w:rsidTr="000E3913">
        <w:trPr>
          <w:gridAfter w:val="1"/>
          <w:wAfter w:w="9" w:type="dxa"/>
          <w:trHeight w:val="2006"/>
          <w:jc w:val="center"/>
        </w:trPr>
        <w:tc>
          <w:tcPr>
            <w:tcW w:w="657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47D3D7" w14:textId="77777777" w:rsidR="00A62766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430" w:type="dxa"/>
            <w:gridSpan w:val="3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9A5D52" w14:textId="713654EC" w:rsidR="00995F39" w:rsidRDefault="00995F39">
            <w:pPr>
              <w:pBdr>
                <w:bottom w:val="single" w:sz="4" w:space="1" w:color="B7B7B7"/>
              </w:pBdr>
              <w:spacing w:after="0" w:line="240" w:lineRule="auto"/>
            </w:pPr>
          </w:p>
        </w:tc>
        <w:tc>
          <w:tcPr>
            <w:tcW w:w="1251" w:type="dxa"/>
            <w:gridSpan w:val="2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34E658" w14:textId="77777777" w:rsidR="00995F39" w:rsidRDefault="00995F39">
            <w:pPr>
              <w:pBdr>
                <w:bottom w:val="single" w:sz="4" w:space="1" w:color="B7B7B7"/>
              </w:pBdr>
              <w:spacing w:after="0" w:line="240" w:lineRule="auto"/>
            </w:pPr>
          </w:p>
        </w:tc>
      </w:tr>
      <w:tr w:rsidR="00A62766" w:rsidRPr="001E34C7" w14:paraId="15344E2A" w14:textId="77777777" w:rsidTr="0089415E">
        <w:trPr>
          <w:gridBefore w:val="3"/>
          <w:gridAfter w:val="2"/>
          <w:wBefore w:w="1638" w:type="dxa"/>
          <w:wAfter w:w="909" w:type="dxa"/>
          <w:jc w:val="center"/>
        </w:trPr>
        <w:tc>
          <w:tcPr>
            <w:tcW w:w="10800" w:type="dxa"/>
            <w:gridSpan w:val="3"/>
            <w:tcBorders>
              <w:bottom w:val="single" w:sz="8" w:space="0" w:color="808080"/>
            </w:tcBorders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8645E6" w14:textId="77777777" w:rsidR="00A62766" w:rsidRPr="003A7CD9" w:rsidRDefault="00000000" w:rsidP="004864C5">
            <w:pPr>
              <w:spacing w:after="0"/>
              <w:jc w:val="center"/>
              <w:rPr>
                <w:sz w:val="18"/>
                <w:szCs w:val="18"/>
                <w:lang w:val="es-ES"/>
              </w:rPr>
            </w:pPr>
            <w:r w:rsidRPr="003A7CD9">
              <w:rPr>
                <w:b/>
                <w:sz w:val="18"/>
                <w:szCs w:val="18"/>
                <w:lang w:val="es-ES"/>
              </w:rPr>
              <w:t>¿CÓMO PUEDO USAR ESTA INFORMACIÓN EN MI INVESTIGACIÓN?</w:t>
            </w:r>
          </w:p>
        </w:tc>
      </w:tr>
      <w:tr w:rsidR="00A62766" w:rsidRPr="00E21D86" w14:paraId="18B4F74F" w14:textId="77777777" w:rsidTr="00D12868">
        <w:trPr>
          <w:gridBefore w:val="1"/>
          <w:wBefore w:w="27" w:type="dxa"/>
          <w:jc w:val="center"/>
        </w:trPr>
        <w:tc>
          <w:tcPr>
            <w:tcW w:w="7475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B1B0B2" w14:textId="77777777" w:rsidR="00A62766" w:rsidRPr="001E34C7" w:rsidRDefault="00000000">
            <w:pPr>
              <w:spacing w:after="0"/>
              <w:rPr>
                <w:lang w:val="es-ES"/>
              </w:rPr>
            </w:pPr>
            <w:r w:rsidRPr="001E34C7">
              <w:rPr>
                <w:b/>
                <w:sz w:val="17"/>
                <w:lang w:val="es-ES"/>
              </w:rPr>
              <w:t>Esta fuente me ayuda principalmente a:</w:t>
            </w:r>
          </w:p>
          <w:p w14:paraId="07D478D4" w14:textId="77777777" w:rsidR="00A62766" w:rsidRPr="001E34C7" w:rsidRDefault="00000000">
            <w:pPr>
              <w:spacing w:after="40"/>
              <w:rPr>
                <w:lang w:val="es-ES"/>
              </w:rPr>
            </w:pPr>
            <w:r w:rsidRPr="001E34C7">
              <w:rPr>
                <w:sz w:val="17"/>
                <w:lang w:val="es-ES"/>
              </w:rPr>
              <w:t>☐ Explicar un concepto o definición</w:t>
            </w:r>
          </w:p>
          <w:p w14:paraId="7D2C2086" w14:textId="77777777" w:rsidR="00A62766" w:rsidRPr="001E34C7" w:rsidRDefault="00000000">
            <w:pPr>
              <w:spacing w:after="40"/>
              <w:rPr>
                <w:lang w:val="es-ES"/>
              </w:rPr>
            </w:pPr>
            <w:r w:rsidRPr="001E34C7">
              <w:rPr>
                <w:sz w:val="17"/>
                <w:lang w:val="es-ES"/>
              </w:rPr>
              <w:t>☐ Presentar antecedentes o contexto histórico</w:t>
            </w:r>
          </w:p>
          <w:p w14:paraId="20E8A7C6" w14:textId="77777777" w:rsidR="00A62766" w:rsidRPr="001E34C7" w:rsidRDefault="00000000">
            <w:pPr>
              <w:spacing w:after="40"/>
              <w:rPr>
                <w:lang w:val="es-ES"/>
              </w:rPr>
            </w:pPr>
            <w:r w:rsidRPr="001E34C7">
              <w:rPr>
                <w:sz w:val="17"/>
                <w:lang w:val="es-ES"/>
              </w:rPr>
              <w:t>☐ Aportar evidencia o datos</w:t>
            </w:r>
          </w:p>
          <w:p w14:paraId="18790A68" w14:textId="77777777" w:rsidR="00A62766" w:rsidRPr="001E34C7" w:rsidRDefault="00000000">
            <w:pPr>
              <w:spacing w:after="40"/>
              <w:rPr>
                <w:lang w:val="es-ES"/>
              </w:rPr>
            </w:pPr>
            <w:r w:rsidRPr="001E34C7">
              <w:rPr>
                <w:sz w:val="17"/>
                <w:lang w:val="es-ES"/>
              </w:rPr>
              <w:t>☐ Sustentar una idea o argumento</w:t>
            </w:r>
          </w:p>
          <w:p w14:paraId="76910973" w14:textId="77777777" w:rsidR="00A62766" w:rsidRDefault="00000000">
            <w:pPr>
              <w:spacing w:after="40"/>
            </w:pPr>
            <w:r>
              <w:rPr>
                <w:sz w:val="17"/>
              </w:rPr>
              <w:t xml:space="preserve">☐ </w:t>
            </w:r>
            <w:proofErr w:type="spellStart"/>
            <w:r>
              <w:rPr>
                <w:sz w:val="17"/>
              </w:rPr>
              <w:t>Presentar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otra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perspectiva</w:t>
            </w:r>
            <w:proofErr w:type="spellEnd"/>
          </w:p>
        </w:tc>
        <w:tc>
          <w:tcPr>
            <w:tcW w:w="5845" w:type="dxa"/>
            <w:gridSpan w:val="4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532A4B" w14:textId="77777777" w:rsidR="00E21D86" w:rsidRPr="001E34C7" w:rsidRDefault="00E21D86" w:rsidP="00F2428A">
            <w:pPr>
              <w:spacing w:before="80" w:after="40"/>
              <w:rPr>
                <w:lang w:val="es-ES"/>
              </w:rPr>
            </w:pPr>
            <w:r w:rsidRPr="001E34C7">
              <w:rPr>
                <w:b/>
                <w:sz w:val="17"/>
                <w:lang w:val="es-ES"/>
              </w:rPr>
              <w:t>Posible uso en mi trabajo (marca todas las que apliquen):</w:t>
            </w:r>
          </w:p>
          <w:p w14:paraId="1ACF2227" w14:textId="77777777" w:rsidR="00F2428A" w:rsidRDefault="00E21D86" w:rsidP="00F2428A">
            <w:pPr>
              <w:spacing w:after="80"/>
              <w:rPr>
                <w:sz w:val="17"/>
                <w:lang w:val="es-ES"/>
              </w:rPr>
            </w:pPr>
            <w:r w:rsidRPr="001E34C7">
              <w:rPr>
                <w:rFonts w:ascii="Segoe UI Symbol" w:hAnsi="Segoe UI Symbol" w:cs="Segoe UI Symbol"/>
                <w:sz w:val="17"/>
                <w:lang w:val="es-ES"/>
              </w:rPr>
              <w:t>☐</w:t>
            </w:r>
            <w:r w:rsidRPr="001E34C7">
              <w:rPr>
                <w:sz w:val="17"/>
                <w:lang w:val="es-ES"/>
              </w:rPr>
              <w:t xml:space="preserve"> Introducción     </w:t>
            </w:r>
          </w:p>
          <w:p w14:paraId="0CF1468F" w14:textId="77777777" w:rsidR="00F2428A" w:rsidRDefault="00E21D86" w:rsidP="00F2428A">
            <w:pPr>
              <w:spacing w:after="80"/>
              <w:rPr>
                <w:sz w:val="17"/>
                <w:lang w:val="es-ES"/>
              </w:rPr>
            </w:pPr>
            <w:r w:rsidRPr="001E34C7">
              <w:rPr>
                <w:rFonts w:ascii="Segoe UI Symbol" w:hAnsi="Segoe UI Symbol" w:cs="Segoe UI Symbol"/>
                <w:sz w:val="17"/>
                <w:lang w:val="es-ES"/>
              </w:rPr>
              <w:t>☐</w:t>
            </w:r>
            <w:r w:rsidRPr="001E34C7">
              <w:rPr>
                <w:sz w:val="17"/>
                <w:lang w:val="es-ES"/>
              </w:rPr>
              <w:t xml:space="preserve"> Desarrollo (p</w:t>
            </w:r>
            <w:r w:rsidRPr="001E34C7">
              <w:rPr>
                <w:rFonts w:cs="Arial"/>
                <w:sz w:val="17"/>
                <w:lang w:val="es-ES"/>
              </w:rPr>
              <w:t>á</w:t>
            </w:r>
            <w:r w:rsidRPr="001E34C7">
              <w:rPr>
                <w:sz w:val="17"/>
                <w:lang w:val="es-ES"/>
              </w:rPr>
              <w:t>rrafo #____</w:t>
            </w:r>
            <w:r>
              <w:rPr>
                <w:sz w:val="17"/>
                <w:lang w:val="es-ES"/>
              </w:rPr>
              <w:t>)</w:t>
            </w:r>
            <w:r w:rsidRPr="001E34C7">
              <w:rPr>
                <w:sz w:val="17"/>
                <w:lang w:val="es-ES"/>
              </w:rPr>
              <w:t xml:space="preserve">    </w:t>
            </w:r>
          </w:p>
          <w:p w14:paraId="0C059495" w14:textId="77777777" w:rsidR="00F2428A" w:rsidRDefault="00E21D86" w:rsidP="00F2428A">
            <w:pPr>
              <w:spacing w:after="80"/>
              <w:rPr>
                <w:sz w:val="17"/>
                <w:lang w:val="es-ES"/>
              </w:rPr>
            </w:pPr>
            <w:r w:rsidRPr="001E34C7">
              <w:rPr>
                <w:rFonts w:ascii="Segoe UI Symbol" w:hAnsi="Segoe UI Symbol" w:cs="Segoe UI Symbol"/>
                <w:sz w:val="17"/>
                <w:lang w:val="es-ES"/>
              </w:rPr>
              <w:t>☐</w:t>
            </w:r>
            <w:r w:rsidRPr="001E34C7">
              <w:rPr>
                <w:sz w:val="17"/>
                <w:lang w:val="es-ES"/>
              </w:rPr>
              <w:t xml:space="preserve"> Contraste / discusi</w:t>
            </w:r>
            <w:r w:rsidRPr="001E34C7">
              <w:rPr>
                <w:rFonts w:cs="Arial"/>
                <w:sz w:val="17"/>
                <w:lang w:val="es-ES"/>
              </w:rPr>
              <w:t>ó</w:t>
            </w:r>
            <w:r w:rsidRPr="001E34C7">
              <w:rPr>
                <w:sz w:val="17"/>
                <w:lang w:val="es-ES"/>
              </w:rPr>
              <w:t xml:space="preserve">n     </w:t>
            </w:r>
          </w:p>
          <w:p w14:paraId="260DF9A7" w14:textId="77777777" w:rsidR="00F2428A" w:rsidRDefault="00E21D86" w:rsidP="00F2428A">
            <w:pPr>
              <w:spacing w:after="80"/>
              <w:rPr>
                <w:sz w:val="17"/>
                <w:lang w:val="es-ES"/>
              </w:rPr>
            </w:pPr>
            <w:r w:rsidRPr="001E34C7">
              <w:rPr>
                <w:rFonts w:ascii="Segoe UI Symbol" w:hAnsi="Segoe UI Symbol" w:cs="Segoe UI Symbol"/>
                <w:sz w:val="17"/>
                <w:lang w:val="es-ES"/>
              </w:rPr>
              <w:t>☐</w:t>
            </w:r>
            <w:r w:rsidRPr="001E34C7">
              <w:rPr>
                <w:sz w:val="17"/>
                <w:lang w:val="es-ES"/>
              </w:rPr>
              <w:t xml:space="preserve"> Conclusi</w:t>
            </w:r>
            <w:r w:rsidRPr="001E34C7">
              <w:rPr>
                <w:rFonts w:cs="Arial"/>
                <w:sz w:val="17"/>
                <w:lang w:val="es-ES"/>
              </w:rPr>
              <w:t>ó</w:t>
            </w:r>
            <w:r w:rsidRPr="001E34C7">
              <w:rPr>
                <w:sz w:val="17"/>
                <w:lang w:val="es-ES"/>
              </w:rPr>
              <w:t xml:space="preserve">n    </w:t>
            </w:r>
          </w:p>
          <w:p w14:paraId="336DDC9B" w14:textId="76DBBD15" w:rsidR="006810F1" w:rsidRPr="00E21D86" w:rsidRDefault="00E21D86" w:rsidP="00F2428A">
            <w:pPr>
              <w:spacing w:after="80"/>
              <w:rPr>
                <w:lang w:val="es-ES"/>
              </w:rPr>
            </w:pPr>
            <w:r w:rsidRPr="001E34C7">
              <w:rPr>
                <w:sz w:val="17"/>
                <w:lang w:val="es-ES"/>
              </w:rPr>
              <w:t xml:space="preserve"> </w:t>
            </w:r>
            <w:r w:rsidRPr="001E34C7">
              <w:rPr>
                <w:rFonts w:ascii="Segoe UI Symbol" w:hAnsi="Segoe UI Symbol" w:cs="Segoe UI Symbol"/>
                <w:sz w:val="17"/>
                <w:lang w:val="es-ES"/>
              </w:rPr>
              <w:t>☐</w:t>
            </w:r>
            <w:r w:rsidRPr="001E34C7">
              <w:rPr>
                <w:sz w:val="17"/>
                <w:lang w:val="es-ES"/>
              </w:rPr>
              <w:t xml:space="preserve"> Otro: __________________</w:t>
            </w:r>
            <w:r w:rsidR="00D12868">
              <w:rPr>
                <w:sz w:val="17"/>
                <w:lang w:val="es-ES"/>
              </w:rPr>
              <w:t>_______________________________</w:t>
            </w:r>
          </w:p>
        </w:tc>
      </w:tr>
    </w:tbl>
    <w:p w14:paraId="26224C74" w14:textId="593EBB60" w:rsidR="00A62766" w:rsidRPr="00D267BB" w:rsidRDefault="00A62766" w:rsidP="00174277">
      <w:pPr>
        <w:spacing w:after="20"/>
        <w:jc w:val="center"/>
        <w:rPr>
          <w:bCs/>
          <w:i/>
          <w:iCs/>
          <w:lang w:val="es-ES"/>
        </w:rPr>
      </w:pPr>
    </w:p>
    <w:sectPr w:rsidR="00A62766" w:rsidRPr="00D267BB" w:rsidSect="00D76EFE">
      <w:footerReference w:type="default" r:id="rId8"/>
      <w:pgSz w:w="15840" w:h="12240" w:orient="landscape"/>
      <w:pgMar w:top="720" w:right="648" w:bottom="720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6BB22" w14:textId="77777777" w:rsidR="00E6425A" w:rsidRDefault="00E6425A" w:rsidP="000B5FCE">
      <w:pPr>
        <w:spacing w:after="0" w:line="240" w:lineRule="auto"/>
      </w:pPr>
      <w:r>
        <w:separator/>
      </w:r>
    </w:p>
  </w:endnote>
  <w:endnote w:type="continuationSeparator" w:id="0">
    <w:p w14:paraId="6023A0DF" w14:textId="77777777" w:rsidR="00E6425A" w:rsidRDefault="00E6425A" w:rsidP="000B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D30AF" w14:textId="17645D9F" w:rsidR="000B5FCE" w:rsidRPr="000B5FCE" w:rsidRDefault="000B5FCE" w:rsidP="000B5FCE">
    <w:pPr>
      <w:pStyle w:val="Footer"/>
      <w:tabs>
        <w:tab w:val="clear" w:pos="4680"/>
        <w:tab w:val="clear" w:pos="9360"/>
        <w:tab w:val="left" w:pos="13680"/>
      </w:tabs>
      <w:jc w:val="right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E8BBD" w14:textId="77777777" w:rsidR="00E6425A" w:rsidRDefault="00E6425A" w:rsidP="000B5FCE">
      <w:pPr>
        <w:spacing w:after="0" w:line="240" w:lineRule="auto"/>
      </w:pPr>
      <w:r>
        <w:separator/>
      </w:r>
    </w:p>
  </w:footnote>
  <w:footnote w:type="continuationSeparator" w:id="0">
    <w:p w14:paraId="62A419F1" w14:textId="77777777" w:rsidR="00E6425A" w:rsidRDefault="00E6425A" w:rsidP="000B5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5369720">
    <w:abstractNumId w:val="8"/>
  </w:num>
  <w:num w:numId="2" w16cid:durableId="899557130">
    <w:abstractNumId w:val="6"/>
  </w:num>
  <w:num w:numId="3" w16cid:durableId="555968153">
    <w:abstractNumId w:val="5"/>
  </w:num>
  <w:num w:numId="4" w16cid:durableId="413553003">
    <w:abstractNumId w:val="4"/>
  </w:num>
  <w:num w:numId="5" w16cid:durableId="1253473595">
    <w:abstractNumId w:val="7"/>
  </w:num>
  <w:num w:numId="6" w16cid:durableId="1189176643">
    <w:abstractNumId w:val="3"/>
  </w:num>
  <w:num w:numId="7" w16cid:durableId="315378536">
    <w:abstractNumId w:val="2"/>
  </w:num>
  <w:num w:numId="8" w16cid:durableId="1571622469">
    <w:abstractNumId w:val="1"/>
  </w:num>
  <w:num w:numId="9" w16cid:durableId="425422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318"/>
    <w:rsid w:val="00034616"/>
    <w:rsid w:val="0006063C"/>
    <w:rsid w:val="00063B29"/>
    <w:rsid w:val="000B5FCE"/>
    <w:rsid w:val="000E3913"/>
    <w:rsid w:val="0015074B"/>
    <w:rsid w:val="00174277"/>
    <w:rsid w:val="001E34C7"/>
    <w:rsid w:val="0029639D"/>
    <w:rsid w:val="002C5A26"/>
    <w:rsid w:val="002F1512"/>
    <w:rsid w:val="00300E2E"/>
    <w:rsid w:val="00326F90"/>
    <w:rsid w:val="003348A9"/>
    <w:rsid w:val="00357869"/>
    <w:rsid w:val="00367102"/>
    <w:rsid w:val="003A7CD9"/>
    <w:rsid w:val="00446406"/>
    <w:rsid w:val="004864C5"/>
    <w:rsid w:val="00541297"/>
    <w:rsid w:val="005B2CC8"/>
    <w:rsid w:val="00677477"/>
    <w:rsid w:val="006810F1"/>
    <w:rsid w:val="006A19CD"/>
    <w:rsid w:val="007403D3"/>
    <w:rsid w:val="008343B3"/>
    <w:rsid w:val="00844C5E"/>
    <w:rsid w:val="0089415E"/>
    <w:rsid w:val="00971ACC"/>
    <w:rsid w:val="00995F39"/>
    <w:rsid w:val="009A60B0"/>
    <w:rsid w:val="00A62766"/>
    <w:rsid w:val="00AA1D8D"/>
    <w:rsid w:val="00B21FC8"/>
    <w:rsid w:val="00B47730"/>
    <w:rsid w:val="00B67A11"/>
    <w:rsid w:val="00C12DD0"/>
    <w:rsid w:val="00CB0664"/>
    <w:rsid w:val="00D12868"/>
    <w:rsid w:val="00D267BB"/>
    <w:rsid w:val="00D51C37"/>
    <w:rsid w:val="00D76EFE"/>
    <w:rsid w:val="00D90280"/>
    <w:rsid w:val="00E21D86"/>
    <w:rsid w:val="00E43706"/>
    <w:rsid w:val="00E6425A"/>
    <w:rsid w:val="00E90A7A"/>
    <w:rsid w:val="00E91AE7"/>
    <w:rsid w:val="00EE0AE1"/>
    <w:rsid w:val="00F00A67"/>
    <w:rsid w:val="00F23F47"/>
    <w:rsid w:val="00F2428A"/>
    <w:rsid w:val="00F908E8"/>
    <w:rsid w:val="00FC693F"/>
    <w:rsid w:val="00FF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D0FD4F7-AE4E-4F61-B8A4-18C6AD92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MLA - Ficha de lectura e investigación</dc:title>
  <dc:subject>Hojas de trabajo editables para estudiantes</dc:subject>
  <dc:creator>Material educativo</dc:creator>
  <cp:keywords/>
  <dc:description>generated by python-docx</dc:description>
  <cp:lastModifiedBy>Camilmarí Ortega Espinell</cp:lastModifiedBy>
  <cp:revision>45</cp:revision>
  <dcterms:created xsi:type="dcterms:W3CDTF">2013-12-23T23:15:00Z</dcterms:created>
  <dcterms:modified xsi:type="dcterms:W3CDTF">2026-09-10T16:41:00Z</dcterms:modified>
  <cp:category/>
</cp:coreProperties>
</file>