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B7B3D" w14:textId="77777777" w:rsidR="00527881" w:rsidRPr="00276E0E" w:rsidRDefault="0011046C" w:rsidP="00276E0E">
      <w:pPr>
        <w:pStyle w:val="NoSpacing"/>
        <w:jc w:val="center"/>
        <w:rPr>
          <w:b/>
          <w:bCs/>
          <w:color w:val="000000" w:themeColor="text1"/>
          <w:sz w:val="40"/>
          <w:szCs w:val="40"/>
        </w:rPr>
      </w:pPr>
      <w:r w:rsidRPr="00276E0E">
        <w:rPr>
          <w:b/>
          <w:bCs/>
          <w:color w:val="000000" w:themeColor="text1"/>
          <w:sz w:val="40"/>
          <w:szCs w:val="40"/>
        </w:rPr>
        <w:t>Dilworth Middle School</w:t>
      </w:r>
      <w:r w:rsidRPr="00276E0E">
        <w:rPr>
          <w:b/>
          <w:bCs/>
          <w:color w:val="000000" w:themeColor="text1"/>
          <w:sz w:val="40"/>
          <w:szCs w:val="40"/>
        </w:rPr>
        <w:br/>
        <w:t>Bell Schedules 2026–2027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0"/>
        <w:gridCol w:w="3585"/>
        <w:gridCol w:w="3610"/>
        <w:gridCol w:w="3585"/>
      </w:tblGrid>
      <w:tr w:rsidR="00527881" w:rsidRPr="00276E0E" w14:paraId="3C179F3C" w14:textId="77777777">
        <w:tc>
          <w:tcPr>
            <w:tcW w:w="15120" w:type="dxa"/>
            <w:gridSpan w:val="4"/>
            <w:shd w:val="clear" w:color="auto" w:fill="47C1C8"/>
          </w:tcPr>
          <w:p w14:paraId="7013A115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b/>
                <w:sz w:val="36"/>
                <w:szCs w:val="36"/>
              </w:rPr>
              <w:t>Regular School Day Schedule</w:t>
            </w:r>
          </w:p>
        </w:tc>
      </w:tr>
      <w:tr w:rsidR="00527881" w:rsidRPr="00276E0E" w14:paraId="6C9C1FC8" w14:textId="77777777">
        <w:tc>
          <w:tcPr>
            <w:tcW w:w="3780" w:type="dxa"/>
            <w:shd w:val="clear" w:color="auto" w:fill="A6A6A6"/>
          </w:tcPr>
          <w:p w14:paraId="71449D55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First Lunch</w:t>
            </w:r>
          </w:p>
        </w:tc>
        <w:tc>
          <w:tcPr>
            <w:tcW w:w="3780" w:type="dxa"/>
            <w:shd w:val="clear" w:color="auto" w:fill="A6A6A6"/>
          </w:tcPr>
          <w:p w14:paraId="7054AC3A" w14:textId="77777777" w:rsidR="00527881" w:rsidRPr="00276E0E" w:rsidRDefault="00527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80" w:type="dxa"/>
            <w:shd w:val="clear" w:color="auto" w:fill="A6A6A6"/>
          </w:tcPr>
          <w:p w14:paraId="7B603211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Second Lunch</w:t>
            </w:r>
          </w:p>
        </w:tc>
        <w:tc>
          <w:tcPr>
            <w:tcW w:w="3780" w:type="dxa"/>
            <w:shd w:val="clear" w:color="auto" w:fill="A6A6A6"/>
          </w:tcPr>
          <w:p w14:paraId="346D9FE7" w14:textId="77777777" w:rsidR="00527881" w:rsidRPr="00276E0E" w:rsidRDefault="00527881">
            <w:pPr>
              <w:jc w:val="center"/>
              <w:rPr>
                <w:sz w:val="36"/>
                <w:szCs w:val="36"/>
              </w:rPr>
            </w:pPr>
          </w:p>
        </w:tc>
      </w:tr>
      <w:tr w:rsidR="00527881" w:rsidRPr="00276E0E" w14:paraId="0DCB6829" w14:textId="77777777">
        <w:tc>
          <w:tcPr>
            <w:tcW w:w="3780" w:type="dxa"/>
          </w:tcPr>
          <w:p w14:paraId="3C7C24B5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Advisory</w:t>
            </w:r>
          </w:p>
        </w:tc>
        <w:tc>
          <w:tcPr>
            <w:tcW w:w="3780" w:type="dxa"/>
          </w:tcPr>
          <w:p w14:paraId="019900B6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7:30–7:55</w:t>
            </w:r>
          </w:p>
        </w:tc>
        <w:tc>
          <w:tcPr>
            <w:tcW w:w="3780" w:type="dxa"/>
          </w:tcPr>
          <w:p w14:paraId="65BCE822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Advisory</w:t>
            </w:r>
          </w:p>
        </w:tc>
        <w:tc>
          <w:tcPr>
            <w:tcW w:w="3780" w:type="dxa"/>
          </w:tcPr>
          <w:p w14:paraId="1B224C07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7:30–7:55</w:t>
            </w:r>
          </w:p>
        </w:tc>
      </w:tr>
      <w:tr w:rsidR="00527881" w:rsidRPr="00276E0E" w14:paraId="1B50287B" w14:textId="77777777">
        <w:tc>
          <w:tcPr>
            <w:tcW w:w="3780" w:type="dxa"/>
          </w:tcPr>
          <w:p w14:paraId="4F67A889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1</w:t>
            </w:r>
          </w:p>
        </w:tc>
        <w:tc>
          <w:tcPr>
            <w:tcW w:w="3780" w:type="dxa"/>
          </w:tcPr>
          <w:p w14:paraId="56B98016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7:58–8:51</w:t>
            </w:r>
          </w:p>
        </w:tc>
        <w:tc>
          <w:tcPr>
            <w:tcW w:w="3780" w:type="dxa"/>
          </w:tcPr>
          <w:p w14:paraId="2573B08C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1</w:t>
            </w:r>
          </w:p>
        </w:tc>
        <w:tc>
          <w:tcPr>
            <w:tcW w:w="3780" w:type="dxa"/>
          </w:tcPr>
          <w:p w14:paraId="6248BB8E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7:58–8:51</w:t>
            </w:r>
          </w:p>
        </w:tc>
      </w:tr>
      <w:tr w:rsidR="00527881" w:rsidRPr="00276E0E" w14:paraId="6E67EEA9" w14:textId="77777777">
        <w:tc>
          <w:tcPr>
            <w:tcW w:w="3780" w:type="dxa"/>
          </w:tcPr>
          <w:p w14:paraId="6D2DADC1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2</w:t>
            </w:r>
          </w:p>
        </w:tc>
        <w:tc>
          <w:tcPr>
            <w:tcW w:w="3780" w:type="dxa"/>
          </w:tcPr>
          <w:p w14:paraId="0C6FB25D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8:54–9:47</w:t>
            </w:r>
          </w:p>
        </w:tc>
        <w:tc>
          <w:tcPr>
            <w:tcW w:w="3780" w:type="dxa"/>
          </w:tcPr>
          <w:p w14:paraId="341A46F8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2</w:t>
            </w:r>
          </w:p>
        </w:tc>
        <w:tc>
          <w:tcPr>
            <w:tcW w:w="3780" w:type="dxa"/>
          </w:tcPr>
          <w:p w14:paraId="6F215FDF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8:54–9:47</w:t>
            </w:r>
          </w:p>
        </w:tc>
      </w:tr>
      <w:tr w:rsidR="00527881" w:rsidRPr="00276E0E" w14:paraId="03389AF0" w14:textId="77777777">
        <w:tc>
          <w:tcPr>
            <w:tcW w:w="3780" w:type="dxa"/>
          </w:tcPr>
          <w:p w14:paraId="243BC4F4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3</w:t>
            </w:r>
          </w:p>
        </w:tc>
        <w:tc>
          <w:tcPr>
            <w:tcW w:w="3780" w:type="dxa"/>
          </w:tcPr>
          <w:p w14:paraId="23FF8C59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9:50–10:43</w:t>
            </w:r>
          </w:p>
        </w:tc>
        <w:tc>
          <w:tcPr>
            <w:tcW w:w="3780" w:type="dxa"/>
          </w:tcPr>
          <w:p w14:paraId="1DB805A8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3</w:t>
            </w:r>
          </w:p>
        </w:tc>
        <w:tc>
          <w:tcPr>
            <w:tcW w:w="3780" w:type="dxa"/>
          </w:tcPr>
          <w:p w14:paraId="37BDB0E9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9:50–10:43</w:t>
            </w:r>
          </w:p>
        </w:tc>
      </w:tr>
      <w:tr w:rsidR="00527881" w:rsidRPr="00276E0E" w14:paraId="73EDB8E1" w14:textId="77777777">
        <w:tc>
          <w:tcPr>
            <w:tcW w:w="3780" w:type="dxa"/>
          </w:tcPr>
          <w:p w14:paraId="2D9C96D2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Lunch</w:t>
            </w:r>
          </w:p>
        </w:tc>
        <w:tc>
          <w:tcPr>
            <w:tcW w:w="3780" w:type="dxa"/>
          </w:tcPr>
          <w:p w14:paraId="6B52C184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10:43–11:13</w:t>
            </w:r>
          </w:p>
        </w:tc>
        <w:tc>
          <w:tcPr>
            <w:tcW w:w="3780" w:type="dxa"/>
          </w:tcPr>
          <w:p w14:paraId="60D6E3E1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4</w:t>
            </w:r>
          </w:p>
        </w:tc>
        <w:tc>
          <w:tcPr>
            <w:tcW w:w="3780" w:type="dxa"/>
          </w:tcPr>
          <w:p w14:paraId="2EF1238E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10:46–11:38</w:t>
            </w:r>
          </w:p>
        </w:tc>
      </w:tr>
      <w:tr w:rsidR="00527881" w:rsidRPr="00276E0E" w14:paraId="19261EF5" w14:textId="77777777">
        <w:tc>
          <w:tcPr>
            <w:tcW w:w="3780" w:type="dxa"/>
          </w:tcPr>
          <w:p w14:paraId="01DA75B8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4</w:t>
            </w:r>
          </w:p>
        </w:tc>
        <w:tc>
          <w:tcPr>
            <w:tcW w:w="3780" w:type="dxa"/>
          </w:tcPr>
          <w:p w14:paraId="34E2CF90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11:16–12:08</w:t>
            </w:r>
          </w:p>
        </w:tc>
        <w:tc>
          <w:tcPr>
            <w:tcW w:w="3780" w:type="dxa"/>
          </w:tcPr>
          <w:p w14:paraId="7C41983C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Lunch</w:t>
            </w:r>
          </w:p>
        </w:tc>
        <w:tc>
          <w:tcPr>
            <w:tcW w:w="3780" w:type="dxa"/>
          </w:tcPr>
          <w:p w14:paraId="7B7A2D3B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11:38–12:08</w:t>
            </w:r>
          </w:p>
        </w:tc>
      </w:tr>
      <w:tr w:rsidR="00527881" w:rsidRPr="00276E0E" w14:paraId="6B93D95B" w14:textId="77777777">
        <w:tc>
          <w:tcPr>
            <w:tcW w:w="3780" w:type="dxa"/>
          </w:tcPr>
          <w:p w14:paraId="667E4D7B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5</w:t>
            </w:r>
          </w:p>
        </w:tc>
        <w:tc>
          <w:tcPr>
            <w:tcW w:w="3780" w:type="dxa"/>
          </w:tcPr>
          <w:p w14:paraId="166F5588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12:11–1:03</w:t>
            </w:r>
          </w:p>
        </w:tc>
        <w:tc>
          <w:tcPr>
            <w:tcW w:w="3780" w:type="dxa"/>
          </w:tcPr>
          <w:p w14:paraId="483100D2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5</w:t>
            </w:r>
          </w:p>
        </w:tc>
        <w:tc>
          <w:tcPr>
            <w:tcW w:w="3780" w:type="dxa"/>
          </w:tcPr>
          <w:p w14:paraId="1AF95DE5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12:11–1:03</w:t>
            </w:r>
          </w:p>
        </w:tc>
      </w:tr>
      <w:tr w:rsidR="00527881" w:rsidRPr="00276E0E" w14:paraId="5A5E5632" w14:textId="77777777">
        <w:tc>
          <w:tcPr>
            <w:tcW w:w="3780" w:type="dxa"/>
          </w:tcPr>
          <w:p w14:paraId="2206569F" w14:textId="77777777" w:rsidR="00527881" w:rsidRPr="00276E0E" w:rsidRDefault="0011046C" w:rsidP="00276E0E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6</w:t>
            </w:r>
          </w:p>
        </w:tc>
        <w:tc>
          <w:tcPr>
            <w:tcW w:w="3780" w:type="dxa"/>
          </w:tcPr>
          <w:p w14:paraId="6835CE3A" w14:textId="77777777" w:rsidR="00527881" w:rsidRPr="00276E0E" w:rsidRDefault="0011046C" w:rsidP="00276E0E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1:06–2:00</w:t>
            </w:r>
          </w:p>
        </w:tc>
        <w:tc>
          <w:tcPr>
            <w:tcW w:w="3780" w:type="dxa"/>
          </w:tcPr>
          <w:p w14:paraId="7335774F" w14:textId="77777777" w:rsidR="00527881" w:rsidRPr="00276E0E" w:rsidRDefault="0011046C" w:rsidP="00276E0E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6</w:t>
            </w:r>
          </w:p>
        </w:tc>
        <w:tc>
          <w:tcPr>
            <w:tcW w:w="3780" w:type="dxa"/>
          </w:tcPr>
          <w:p w14:paraId="652F15A5" w14:textId="77777777" w:rsidR="00527881" w:rsidRPr="00276E0E" w:rsidRDefault="0011046C" w:rsidP="00276E0E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1:06–2:00</w:t>
            </w:r>
          </w:p>
        </w:tc>
      </w:tr>
    </w:tbl>
    <w:p w14:paraId="701DB4A5" w14:textId="77777777" w:rsidR="00527881" w:rsidRPr="00276E0E" w:rsidRDefault="00527881" w:rsidP="00276E0E">
      <w:pPr>
        <w:spacing w:line="240" w:lineRule="auto"/>
        <w:rPr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0"/>
        <w:gridCol w:w="3585"/>
        <w:gridCol w:w="3610"/>
        <w:gridCol w:w="3585"/>
      </w:tblGrid>
      <w:tr w:rsidR="00527881" w:rsidRPr="00276E0E" w14:paraId="530C3E04" w14:textId="77777777">
        <w:tc>
          <w:tcPr>
            <w:tcW w:w="15120" w:type="dxa"/>
            <w:gridSpan w:val="4"/>
            <w:shd w:val="clear" w:color="auto" w:fill="47C1C8"/>
          </w:tcPr>
          <w:p w14:paraId="3EA82124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b/>
                <w:sz w:val="36"/>
                <w:szCs w:val="36"/>
              </w:rPr>
              <w:t>Wednesday Early Release Schedule</w:t>
            </w:r>
          </w:p>
        </w:tc>
      </w:tr>
      <w:tr w:rsidR="00527881" w:rsidRPr="00276E0E" w14:paraId="0B9952F2" w14:textId="77777777">
        <w:tc>
          <w:tcPr>
            <w:tcW w:w="3780" w:type="dxa"/>
            <w:shd w:val="clear" w:color="auto" w:fill="A6A6A6"/>
          </w:tcPr>
          <w:p w14:paraId="17B3F46D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First Lunch</w:t>
            </w:r>
          </w:p>
        </w:tc>
        <w:tc>
          <w:tcPr>
            <w:tcW w:w="3780" w:type="dxa"/>
            <w:shd w:val="clear" w:color="auto" w:fill="A6A6A6"/>
          </w:tcPr>
          <w:p w14:paraId="6DB4AC52" w14:textId="77777777" w:rsidR="00527881" w:rsidRPr="00276E0E" w:rsidRDefault="00527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80" w:type="dxa"/>
            <w:shd w:val="clear" w:color="auto" w:fill="A6A6A6"/>
          </w:tcPr>
          <w:p w14:paraId="4743C4DE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Second Lunch</w:t>
            </w:r>
          </w:p>
        </w:tc>
        <w:tc>
          <w:tcPr>
            <w:tcW w:w="3780" w:type="dxa"/>
            <w:shd w:val="clear" w:color="auto" w:fill="A6A6A6"/>
          </w:tcPr>
          <w:p w14:paraId="0DE454E3" w14:textId="77777777" w:rsidR="00527881" w:rsidRPr="00276E0E" w:rsidRDefault="00527881">
            <w:pPr>
              <w:jc w:val="center"/>
              <w:rPr>
                <w:sz w:val="36"/>
                <w:szCs w:val="36"/>
              </w:rPr>
            </w:pPr>
          </w:p>
        </w:tc>
      </w:tr>
      <w:tr w:rsidR="00527881" w:rsidRPr="00276E0E" w14:paraId="63ADAB8B" w14:textId="77777777">
        <w:tc>
          <w:tcPr>
            <w:tcW w:w="3780" w:type="dxa"/>
          </w:tcPr>
          <w:p w14:paraId="140FD686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Advisory</w:t>
            </w:r>
          </w:p>
        </w:tc>
        <w:tc>
          <w:tcPr>
            <w:tcW w:w="3780" w:type="dxa"/>
          </w:tcPr>
          <w:p w14:paraId="3EA58688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7:30–7:50</w:t>
            </w:r>
          </w:p>
        </w:tc>
        <w:tc>
          <w:tcPr>
            <w:tcW w:w="3780" w:type="dxa"/>
          </w:tcPr>
          <w:p w14:paraId="6F26DD8E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Advisory</w:t>
            </w:r>
          </w:p>
        </w:tc>
        <w:tc>
          <w:tcPr>
            <w:tcW w:w="3780" w:type="dxa"/>
          </w:tcPr>
          <w:p w14:paraId="410E7BBC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7:30–7:50</w:t>
            </w:r>
          </w:p>
        </w:tc>
      </w:tr>
      <w:tr w:rsidR="00527881" w:rsidRPr="00276E0E" w14:paraId="03DAE663" w14:textId="77777777">
        <w:tc>
          <w:tcPr>
            <w:tcW w:w="3780" w:type="dxa"/>
          </w:tcPr>
          <w:p w14:paraId="189AE1F1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1</w:t>
            </w:r>
          </w:p>
        </w:tc>
        <w:tc>
          <w:tcPr>
            <w:tcW w:w="3780" w:type="dxa"/>
          </w:tcPr>
          <w:p w14:paraId="08DAAA5A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7:53–8:39</w:t>
            </w:r>
          </w:p>
        </w:tc>
        <w:tc>
          <w:tcPr>
            <w:tcW w:w="3780" w:type="dxa"/>
          </w:tcPr>
          <w:p w14:paraId="47C60354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1</w:t>
            </w:r>
          </w:p>
        </w:tc>
        <w:tc>
          <w:tcPr>
            <w:tcW w:w="3780" w:type="dxa"/>
          </w:tcPr>
          <w:p w14:paraId="127A960B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7:53–8:39</w:t>
            </w:r>
          </w:p>
        </w:tc>
      </w:tr>
      <w:tr w:rsidR="00527881" w:rsidRPr="00276E0E" w14:paraId="19EE4E69" w14:textId="77777777">
        <w:tc>
          <w:tcPr>
            <w:tcW w:w="3780" w:type="dxa"/>
          </w:tcPr>
          <w:p w14:paraId="7FC514E4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2</w:t>
            </w:r>
          </w:p>
        </w:tc>
        <w:tc>
          <w:tcPr>
            <w:tcW w:w="3780" w:type="dxa"/>
          </w:tcPr>
          <w:p w14:paraId="46BF601F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8:42–9:28</w:t>
            </w:r>
          </w:p>
        </w:tc>
        <w:tc>
          <w:tcPr>
            <w:tcW w:w="3780" w:type="dxa"/>
          </w:tcPr>
          <w:p w14:paraId="36D75151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2</w:t>
            </w:r>
          </w:p>
        </w:tc>
        <w:tc>
          <w:tcPr>
            <w:tcW w:w="3780" w:type="dxa"/>
          </w:tcPr>
          <w:p w14:paraId="7D5751E9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8:42–9:28</w:t>
            </w:r>
          </w:p>
        </w:tc>
      </w:tr>
      <w:tr w:rsidR="00527881" w:rsidRPr="00276E0E" w14:paraId="1A508E36" w14:textId="77777777">
        <w:tc>
          <w:tcPr>
            <w:tcW w:w="3780" w:type="dxa"/>
          </w:tcPr>
          <w:p w14:paraId="6642C1DF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3</w:t>
            </w:r>
          </w:p>
        </w:tc>
        <w:tc>
          <w:tcPr>
            <w:tcW w:w="3780" w:type="dxa"/>
          </w:tcPr>
          <w:p w14:paraId="2A147CE7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9:31–10:17</w:t>
            </w:r>
          </w:p>
        </w:tc>
        <w:tc>
          <w:tcPr>
            <w:tcW w:w="3780" w:type="dxa"/>
          </w:tcPr>
          <w:p w14:paraId="6F086B2E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3</w:t>
            </w:r>
          </w:p>
        </w:tc>
        <w:tc>
          <w:tcPr>
            <w:tcW w:w="3780" w:type="dxa"/>
          </w:tcPr>
          <w:p w14:paraId="3104A592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9:31–10:17</w:t>
            </w:r>
          </w:p>
        </w:tc>
      </w:tr>
      <w:tr w:rsidR="00527881" w:rsidRPr="00276E0E" w14:paraId="6E02D16D" w14:textId="77777777">
        <w:tc>
          <w:tcPr>
            <w:tcW w:w="3780" w:type="dxa"/>
          </w:tcPr>
          <w:p w14:paraId="1F6C5BA0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4</w:t>
            </w:r>
          </w:p>
        </w:tc>
        <w:tc>
          <w:tcPr>
            <w:tcW w:w="3780" w:type="dxa"/>
          </w:tcPr>
          <w:p w14:paraId="1B03D0D5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10:20–11:06</w:t>
            </w:r>
          </w:p>
        </w:tc>
        <w:tc>
          <w:tcPr>
            <w:tcW w:w="3780" w:type="dxa"/>
          </w:tcPr>
          <w:p w14:paraId="7C6F4EB2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4</w:t>
            </w:r>
          </w:p>
        </w:tc>
        <w:tc>
          <w:tcPr>
            <w:tcW w:w="3780" w:type="dxa"/>
          </w:tcPr>
          <w:p w14:paraId="552B0244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10:20–11:06</w:t>
            </w:r>
          </w:p>
        </w:tc>
      </w:tr>
      <w:tr w:rsidR="00527881" w:rsidRPr="00276E0E" w14:paraId="394FFBE5" w14:textId="77777777">
        <w:tc>
          <w:tcPr>
            <w:tcW w:w="3780" w:type="dxa"/>
          </w:tcPr>
          <w:p w14:paraId="7D2943EC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Lunch</w:t>
            </w:r>
          </w:p>
        </w:tc>
        <w:tc>
          <w:tcPr>
            <w:tcW w:w="3780" w:type="dxa"/>
          </w:tcPr>
          <w:p w14:paraId="331FA25B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11:06–11:36</w:t>
            </w:r>
          </w:p>
        </w:tc>
        <w:tc>
          <w:tcPr>
            <w:tcW w:w="3780" w:type="dxa"/>
          </w:tcPr>
          <w:p w14:paraId="5FA44D01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5</w:t>
            </w:r>
          </w:p>
        </w:tc>
        <w:tc>
          <w:tcPr>
            <w:tcW w:w="3780" w:type="dxa"/>
          </w:tcPr>
          <w:p w14:paraId="3D2B184C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11:09–11:55</w:t>
            </w:r>
          </w:p>
        </w:tc>
      </w:tr>
      <w:tr w:rsidR="00527881" w:rsidRPr="00276E0E" w14:paraId="7E271E6B" w14:textId="77777777">
        <w:tc>
          <w:tcPr>
            <w:tcW w:w="3780" w:type="dxa"/>
          </w:tcPr>
          <w:p w14:paraId="4C7F4354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5</w:t>
            </w:r>
          </w:p>
        </w:tc>
        <w:tc>
          <w:tcPr>
            <w:tcW w:w="3780" w:type="dxa"/>
          </w:tcPr>
          <w:p w14:paraId="4946BDC3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11:41–12:27</w:t>
            </w:r>
          </w:p>
        </w:tc>
        <w:tc>
          <w:tcPr>
            <w:tcW w:w="3780" w:type="dxa"/>
          </w:tcPr>
          <w:p w14:paraId="39EAD049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Lunch</w:t>
            </w:r>
          </w:p>
        </w:tc>
        <w:tc>
          <w:tcPr>
            <w:tcW w:w="3780" w:type="dxa"/>
          </w:tcPr>
          <w:p w14:paraId="00455053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11:55–12:25</w:t>
            </w:r>
          </w:p>
        </w:tc>
      </w:tr>
      <w:tr w:rsidR="00527881" w:rsidRPr="00276E0E" w14:paraId="5D7B7DAA" w14:textId="77777777">
        <w:tc>
          <w:tcPr>
            <w:tcW w:w="3780" w:type="dxa"/>
          </w:tcPr>
          <w:p w14:paraId="3DC6FDC3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6</w:t>
            </w:r>
          </w:p>
        </w:tc>
        <w:tc>
          <w:tcPr>
            <w:tcW w:w="3780" w:type="dxa"/>
          </w:tcPr>
          <w:p w14:paraId="1601F2B1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12:30–1:15</w:t>
            </w:r>
          </w:p>
        </w:tc>
        <w:tc>
          <w:tcPr>
            <w:tcW w:w="3780" w:type="dxa"/>
          </w:tcPr>
          <w:p w14:paraId="63C82366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6</w:t>
            </w:r>
          </w:p>
        </w:tc>
        <w:tc>
          <w:tcPr>
            <w:tcW w:w="3780" w:type="dxa"/>
          </w:tcPr>
          <w:p w14:paraId="1002FB9D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12:30–1:15</w:t>
            </w:r>
          </w:p>
        </w:tc>
      </w:tr>
    </w:tbl>
    <w:p w14:paraId="5DC4D7C6" w14:textId="77777777" w:rsidR="00276E0E" w:rsidRPr="00276E0E" w:rsidRDefault="00276E0E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4"/>
        <w:gridCol w:w="3581"/>
        <w:gridCol w:w="3614"/>
        <w:gridCol w:w="3581"/>
      </w:tblGrid>
      <w:tr w:rsidR="00527881" w:rsidRPr="00276E0E" w14:paraId="262DE9B4" w14:textId="77777777">
        <w:tc>
          <w:tcPr>
            <w:tcW w:w="15120" w:type="dxa"/>
            <w:gridSpan w:val="4"/>
            <w:shd w:val="clear" w:color="auto" w:fill="47C1C8"/>
          </w:tcPr>
          <w:p w14:paraId="005A6052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b/>
                <w:sz w:val="36"/>
                <w:szCs w:val="36"/>
              </w:rPr>
              <w:lastRenderedPageBreak/>
              <w:t>Assembly Schedule</w:t>
            </w:r>
          </w:p>
        </w:tc>
      </w:tr>
      <w:tr w:rsidR="00527881" w:rsidRPr="00276E0E" w14:paraId="7813465B" w14:textId="77777777">
        <w:tc>
          <w:tcPr>
            <w:tcW w:w="3780" w:type="dxa"/>
            <w:shd w:val="clear" w:color="auto" w:fill="A6A6A6"/>
          </w:tcPr>
          <w:p w14:paraId="4A6B75E8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First Lunch</w:t>
            </w:r>
          </w:p>
        </w:tc>
        <w:tc>
          <w:tcPr>
            <w:tcW w:w="3780" w:type="dxa"/>
            <w:shd w:val="clear" w:color="auto" w:fill="A6A6A6"/>
          </w:tcPr>
          <w:p w14:paraId="17973381" w14:textId="77777777" w:rsidR="00527881" w:rsidRPr="00276E0E" w:rsidRDefault="00527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780" w:type="dxa"/>
            <w:shd w:val="clear" w:color="auto" w:fill="A6A6A6"/>
          </w:tcPr>
          <w:p w14:paraId="1E9F96C2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Second Lunch</w:t>
            </w:r>
          </w:p>
        </w:tc>
        <w:tc>
          <w:tcPr>
            <w:tcW w:w="3780" w:type="dxa"/>
            <w:shd w:val="clear" w:color="auto" w:fill="A6A6A6"/>
          </w:tcPr>
          <w:p w14:paraId="6B676179" w14:textId="77777777" w:rsidR="00527881" w:rsidRPr="00276E0E" w:rsidRDefault="00527881">
            <w:pPr>
              <w:jc w:val="center"/>
              <w:rPr>
                <w:sz w:val="36"/>
                <w:szCs w:val="36"/>
              </w:rPr>
            </w:pPr>
          </w:p>
        </w:tc>
      </w:tr>
      <w:tr w:rsidR="00527881" w:rsidRPr="00276E0E" w14:paraId="3F1EF822" w14:textId="77777777">
        <w:tc>
          <w:tcPr>
            <w:tcW w:w="3780" w:type="dxa"/>
          </w:tcPr>
          <w:p w14:paraId="167F0460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Advisory</w:t>
            </w:r>
          </w:p>
        </w:tc>
        <w:tc>
          <w:tcPr>
            <w:tcW w:w="3780" w:type="dxa"/>
          </w:tcPr>
          <w:p w14:paraId="21D79F55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7:30–7:45</w:t>
            </w:r>
          </w:p>
        </w:tc>
        <w:tc>
          <w:tcPr>
            <w:tcW w:w="3780" w:type="dxa"/>
          </w:tcPr>
          <w:p w14:paraId="68084C27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Advisory</w:t>
            </w:r>
          </w:p>
        </w:tc>
        <w:tc>
          <w:tcPr>
            <w:tcW w:w="3780" w:type="dxa"/>
          </w:tcPr>
          <w:p w14:paraId="215E70ED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7:30–7:45</w:t>
            </w:r>
          </w:p>
        </w:tc>
      </w:tr>
      <w:tr w:rsidR="00527881" w:rsidRPr="00276E0E" w14:paraId="383A0E6B" w14:textId="77777777">
        <w:tc>
          <w:tcPr>
            <w:tcW w:w="3780" w:type="dxa"/>
          </w:tcPr>
          <w:p w14:paraId="2222077F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1</w:t>
            </w:r>
          </w:p>
        </w:tc>
        <w:tc>
          <w:tcPr>
            <w:tcW w:w="3780" w:type="dxa"/>
          </w:tcPr>
          <w:p w14:paraId="0E865022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7:48–8:31</w:t>
            </w:r>
          </w:p>
        </w:tc>
        <w:tc>
          <w:tcPr>
            <w:tcW w:w="3780" w:type="dxa"/>
          </w:tcPr>
          <w:p w14:paraId="51BCD648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1</w:t>
            </w:r>
          </w:p>
        </w:tc>
        <w:tc>
          <w:tcPr>
            <w:tcW w:w="3780" w:type="dxa"/>
          </w:tcPr>
          <w:p w14:paraId="54756F42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7:48–8:31</w:t>
            </w:r>
          </w:p>
        </w:tc>
      </w:tr>
      <w:tr w:rsidR="00527881" w:rsidRPr="00276E0E" w14:paraId="01BCA57E" w14:textId="77777777">
        <w:tc>
          <w:tcPr>
            <w:tcW w:w="3780" w:type="dxa"/>
          </w:tcPr>
          <w:p w14:paraId="2647F7BD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2</w:t>
            </w:r>
          </w:p>
        </w:tc>
        <w:tc>
          <w:tcPr>
            <w:tcW w:w="3780" w:type="dxa"/>
          </w:tcPr>
          <w:p w14:paraId="31F7D179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8:34–9:17</w:t>
            </w:r>
          </w:p>
        </w:tc>
        <w:tc>
          <w:tcPr>
            <w:tcW w:w="3780" w:type="dxa"/>
          </w:tcPr>
          <w:p w14:paraId="0B2BD132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2</w:t>
            </w:r>
          </w:p>
        </w:tc>
        <w:tc>
          <w:tcPr>
            <w:tcW w:w="3780" w:type="dxa"/>
          </w:tcPr>
          <w:p w14:paraId="2B053485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8:34–9:17</w:t>
            </w:r>
          </w:p>
        </w:tc>
      </w:tr>
      <w:tr w:rsidR="00527881" w:rsidRPr="00276E0E" w14:paraId="45886FCC" w14:textId="77777777">
        <w:tc>
          <w:tcPr>
            <w:tcW w:w="3780" w:type="dxa"/>
          </w:tcPr>
          <w:p w14:paraId="3D2577B7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3</w:t>
            </w:r>
          </w:p>
        </w:tc>
        <w:tc>
          <w:tcPr>
            <w:tcW w:w="3780" w:type="dxa"/>
          </w:tcPr>
          <w:p w14:paraId="616E7003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9:20–10:03</w:t>
            </w:r>
          </w:p>
        </w:tc>
        <w:tc>
          <w:tcPr>
            <w:tcW w:w="3780" w:type="dxa"/>
          </w:tcPr>
          <w:p w14:paraId="64CC0D56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3</w:t>
            </w:r>
          </w:p>
        </w:tc>
        <w:tc>
          <w:tcPr>
            <w:tcW w:w="3780" w:type="dxa"/>
          </w:tcPr>
          <w:p w14:paraId="03288BD0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9:20–10:03</w:t>
            </w:r>
          </w:p>
        </w:tc>
      </w:tr>
      <w:tr w:rsidR="00527881" w:rsidRPr="00276E0E" w14:paraId="51A67B56" w14:textId="77777777">
        <w:tc>
          <w:tcPr>
            <w:tcW w:w="3780" w:type="dxa"/>
          </w:tcPr>
          <w:p w14:paraId="1E35B8A9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4</w:t>
            </w:r>
          </w:p>
        </w:tc>
        <w:tc>
          <w:tcPr>
            <w:tcW w:w="3780" w:type="dxa"/>
          </w:tcPr>
          <w:p w14:paraId="0DF9E3D2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10:06–10:49</w:t>
            </w:r>
          </w:p>
        </w:tc>
        <w:tc>
          <w:tcPr>
            <w:tcW w:w="3780" w:type="dxa"/>
          </w:tcPr>
          <w:p w14:paraId="46A59A26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4</w:t>
            </w:r>
          </w:p>
        </w:tc>
        <w:tc>
          <w:tcPr>
            <w:tcW w:w="3780" w:type="dxa"/>
          </w:tcPr>
          <w:p w14:paraId="5A1779BF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10:06–10:49</w:t>
            </w:r>
          </w:p>
        </w:tc>
      </w:tr>
      <w:tr w:rsidR="00527881" w:rsidRPr="00276E0E" w14:paraId="50B65554" w14:textId="77777777">
        <w:tc>
          <w:tcPr>
            <w:tcW w:w="3780" w:type="dxa"/>
          </w:tcPr>
          <w:p w14:paraId="7AD6821B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Lunch</w:t>
            </w:r>
          </w:p>
        </w:tc>
        <w:tc>
          <w:tcPr>
            <w:tcW w:w="3780" w:type="dxa"/>
          </w:tcPr>
          <w:p w14:paraId="124A4D48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10:49–11:19</w:t>
            </w:r>
          </w:p>
        </w:tc>
        <w:tc>
          <w:tcPr>
            <w:tcW w:w="3780" w:type="dxa"/>
          </w:tcPr>
          <w:p w14:paraId="47838638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5</w:t>
            </w:r>
          </w:p>
        </w:tc>
        <w:tc>
          <w:tcPr>
            <w:tcW w:w="3780" w:type="dxa"/>
          </w:tcPr>
          <w:p w14:paraId="1BC0DBA0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10:52–11:35</w:t>
            </w:r>
          </w:p>
        </w:tc>
      </w:tr>
      <w:tr w:rsidR="00527881" w:rsidRPr="00276E0E" w14:paraId="7757D097" w14:textId="77777777">
        <w:tc>
          <w:tcPr>
            <w:tcW w:w="3780" w:type="dxa"/>
          </w:tcPr>
          <w:p w14:paraId="7DF446F0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5</w:t>
            </w:r>
          </w:p>
        </w:tc>
        <w:tc>
          <w:tcPr>
            <w:tcW w:w="3780" w:type="dxa"/>
          </w:tcPr>
          <w:p w14:paraId="1F5253B6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11:24–12:07</w:t>
            </w:r>
          </w:p>
        </w:tc>
        <w:tc>
          <w:tcPr>
            <w:tcW w:w="3780" w:type="dxa"/>
          </w:tcPr>
          <w:p w14:paraId="34621D99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Lunch</w:t>
            </w:r>
          </w:p>
        </w:tc>
        <w:tc>
          <w:tcPr>
            <w:tcW w:w="3780" w:type="dxa"/>
          </w:tcPr>
          <w:p w14:paraId="33163E11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11:35–12:05</w:t>
            </w:r>
          </w:p>
        </w:tc>
      </w:tr>
      <w:tr w:rsidR="00527881" w:rsidRPr="00276E0E" w14:paraId="45E206B6" w14:textId="77777777">
        <w:tc>
          <w:tcPr>
            <w:tcW w:w="3780" w:type="dxa"/>
          </w:tcPr>
          <w:p w14:paraId="7EEA1674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6</w:t>
            </w:r>
          </w:p>
        </w:tc>
        <w:tc>
          <w:tcPr>
            <w:tcW w:w="3780" w:type="dxa"/>
          </w:tcPr>
          <w:p w14:paraId="756C6C07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12:10–12:52</w:t>
            </w:r>
          </w:p>
        </w:tc>
        <w:tc>
          <w:tcPr>
            <w:tcW w:w="3780" w:type="dxa"/>
          </w:tcPr>
          <w:p w14:paraId="5B794D8A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6</w:t>
            </w:r>
          </w:p>
        </w:tc>
        <w:tc>
          <w:tcPr>
            <w:tcW w:w="3780" w:type="dxa"/>
          </w:tcPr>
          <w:p w14:paraId="57A090DB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12:10–12:52</w:t>
            </w:r>
          </w:p>
        </w:tc>
      </w:tr>
      <w:tr w:rsidR="00527881" w:rsidRPr="00276E0E" w14:paraId="7DD6114E" w14:textId="77777777">
        <w:tc>
          <w:tcPr>
            <w:tcW w:w="3780" w:type="dxa"/>
          </w:tcPr>
          <w:p w14:paraId="0B285634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Advisory</w:t>
            </w:r>
          </w:p>
        </w:tc>
        <w:tc>
          <w:tcPr>
            <w:tcW w:w="3780" w:type="dxa"/>
          </w:tcPr>
          <w:p w14:paraId="257FB374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12:55–1:00</w:t>
            </w:r>
          </w:p>
        </w:tc>
        <w:tc>
          <w:tcPr>
            <w:tcW w:w="3780" w:type="dxa"/>
          </w:tcPr>
          <w:p w14:paraId="2F142336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Advisory</w:t>
            </w:r>
          </w:p>
        </w:tc>
        <w:tc>
          <w:tcPr>
            <w:tcW w:w="3780" w:type="dxa"/>
          </w:tcPr>
          <w:p w14:paraId="32979FB1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12:55–1:00</w:t>
            </w:r>
          </w:p>
        </w:tc>
      </w:tr>
      <w:tr w:rsidR="00527881" w:rsidRPr="00276E0E" w14:paraId="55CEB999" w14:textId="77777777">
        <w:tc>
          <w:tcPr>
            <w:tcW w:w="3780" w:type="dxa"/>
          </w:tcPr>
          <w:p w14:paraId="1862CC88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Assembly</w:t>
            </w:r>
          </w:p>
        </w:tc>
        <w:tc>
          <w:tcPr>
            <w:tcW w:w="3780" w:type="dxa"/>
          </w:tcPr>
          <w:p w14:paraId="214D462A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1:00–2:00</w:t>
            </w:r>
          </w:p>
        </w:tc>
        <w:tc>
          <w:tcPr>
            <w:tcW w:w="3780" w:type="dxa"/>
          </w:tcPr>
          <w:p w14:paraId="2C897B0C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Assembly</w:t>
            </w:r>
          </w:p>
        </w:tc>
        <w:tc>
          <w:tcPr>
            <w:tcW w:w="3780" w:type="dxa"/>
          </w:tcPr>
          <w:p w14:paraId="31424145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1:00–2:00</w:t>
            </w:r>
          </w:p>
        </w:tc>
      </w:tr>
    </w:tbl>
    <w:p w14:paraId="76B311FF" w14:textId="77777777" w:rsidR="00527881" w:rsidRPr="00276E0E" w:rsidRDefault="00527881">
      <w:pPr>
        <w:rPr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9"/>
        <w:gridCol w:w="3586"/>
        <w:gridCol w:w="3609"/>
        <w:gridCol w:w="3586"/>
      </w:tblGrid>
      <w:tr w:rsidR="00527881" w:rsidRPr="00276E0E" w14:paraId="2C839A55" w14:textId="77777777" w:rsidTr="00276E0E">
        <w:tc>
          <w:tcPr>
            <w:tcW w:w="14616" w:type="dxa"/>
            <w:gridSpan w:val="4"/>
            <w:shd w:val="clear" w:color="auto" w:fill="47C1C8"/>
          </w:tcPr>
          <w:p w14:paraId="4EC667A9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b/>
                <w:sz w:val="36"/>
                <w:szCs w:val="36"/>
              </w:rPr>
              <w:t>Two-Hour Delay Schedule</w:t>
            </w:r>
          </w:p>
        </w:tc>
      </w:tr>
      <w:tr w:rsidR="00527881" w:rsidRPr="00276E0E" w14:paraId="56F345EE" w14:textId="77777777" w:rsidTr="00276E0E">
        <w:tc>
          <w:tcPr>
            <w:tcW w:w="3662" w:type="dxa"/>
            <w:shd w:val="clear" w:color="auto" w:fill="A6A6A6"/>
          </w:tcPr>
          <w:p w14:paraId="4FC483D9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First Lunch</w:t>
            </w:r>
          </w:p>
        </w:tc>
        <w:tc>
          <w:tcPr>
            <w:tcW w:w="3646" w:type="dxa"/>
            <w:shd w:val="clear" w:color="auto" w:fill="A6A6A6"/>
          </w:tcPr>
          <w:p w14:paraId="4102F4EC" w14:textId="77777777" w:rsidR="00527881" w:rsidRPr="00276E0E" w:rsidRDefault="0052788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662" w:type="dxa"/>
            <w:shd w:val="clear" w:color="auto" w:fill="A6A6A6"/>
          </w:tcPr>
          <w:p w14:paraId="297ADA74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Second Lunch</w:t>
            </w:r>
          </w:p>
        </w:tc>
        <w:tc>
          <w:tcPr>
            <w:tcW w:w="3646" w:type="dxa"/>
            <w:shd w:val="clear" w:color="auto" w:fill="A6A6A6"/>
          </w:tcPr>
          <w:p w14:paraId="691B4A03" w14:textId="77777777" w:rsidR="00527881" w:rsidRPr="00276E0E" w:rsidRDefault="00527881">
            <w:pPr>
              <w:jc w:val="center"/>
              <w:rPr>
                <w:sz w:val="36"/>
                <w:szCs w:val="36"/>
              </w:rPr>
            </w:pPr>
          </w:p>
        </w:tc>
      </w:tr>
      <w:tr w:rsidR="00527881" w:rsidRPr="00276E0E" w14:paraId="195B6B9F" w14:textId="77777777" w:rsidTr="00276E0E">
        <w:tc>
          <w:tcPr>
            <w:tcW w:w="3662" w:type="dxa"/>
          </w:tcPr>
          <w:p w14:paraId="4DCEAA6E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Advisory</w:t>
            </w:r>
          </w:p>
        </w:tc>
        <w:tc>
          <w:tcPr>
            <w:tcW w:w="3646" w:type="dxa"/>
          </w:tcPr>
          <w:p w14:paraId="0C6D182E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9:30–9:45</w:t>
            </w:r>
          </w:p>
        </w:tc>
        <w:tc>
          <w:tcPr>
            <w:tcW w:w="3662" w:type="dxa"/>
          </w:tcPr>
          <w:p w14:paraId="5045447F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Advisory</w:t>
            </w:r>
          </w:p>
        </w:tc>
        <w:tc>
          <w:tcPr>
            <w:tcW w:w="3646" w:type="dxa"/>
          </w:tcPr>
          <w:p w14:paraId="0C61A74A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9:30–9:45</w:t>
            </w:r>
          </w:p>
        </w:tc>
      </w:tr>
      <w:tr w:rsidR="00527881" w:rsidRPr="00276E0E" w14:paraId="5DD13156" w14:textId="77777777" w:rsidTr="00276E0E">
        <w:tc>
          <w:tcPr>
            <w:tcW w:w="3662" w:type="dxa"/>
          </w:tcPr>
          <w:p w14:paraId="633C6CE7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1</w:t>
            </w:r>
          </w:p>
        </w:tc>
        <w:tc>
          <w:tcPr>
            <w:tcW w:w="3646" w:type="dxa"/>
          </w:tcPr>
          <w:p w14:paraId="202AD853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9:48–10:22</w:t>
            </w:r>
          </w:p>
        </w:tc>
        <w:tc>
          <w:tcPr>
            <w:tcW w:w="3662" w:type="dxa"/>
          </w:tcPr>
          <w:p w14:paraId="26B9AC0A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1</w:t>
            </w:r>
          </w:p>
        </w:tc>
        <w:tc>
          <w:tcPr>
            <w:tcW w:w="3646" w:type="dxa"/>
          </w:tcPr>
          <w:p w14:paraId="3C09C4D7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9:48–10:22</w:t>
            </w:r>
          </w:p>
        </w:tc>
      </w:tr>
      <w:tr w:rsidR="00527881" w:rsidRPr="00276E0E" w14:paraId="1E1C6EA5" w14:textId="77777777" w:rsidTr="00276E0E">
        <w:tc>
          <w:tcPr>
            <w:tcW w:w="3662" w:type="dxa"/>
          </w:tcPr>
          <w:p w14:paraId="3D5EAA27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2</w:t>
            </w:r>
          </w:p>
        </w:tc>
        <w:tc>
          <w:tcPr>
            <w:tcW w:w="3646" w:type="dxa"/>
          </w:tcPr>
          <w:p w14:paraId="73B261F2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10:25–10:59</w:t>
            </w:r>
          </w:p>
        </w:tc>
        <w:tc>
          <w:tcPr>
            <w:tcW w:w="3662" w:type="dxa"/>
          </w:tcPr>
          <w:p w14:paraId="1D648192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2</w:t>
            </w:r>
          </w:p>
        </w:tc>
        <w:tc>
          <w:tcPr>
            <w:tcW w:w="3646" w:type="dxa"/>
          </w:tcPr>
          <w:p w14:paraId="33CB6CDF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10:25–10:59</w:t>
            </w:r>
          </w:p>
        </w:tc>
      </w:tr>
      <w:tr w:rsidR="00527881" w:rsidRPr="00276E0E" w14:paraId="6179D48F" w14:textId="77777777" w:rsidTr="00276E0E">
        <w:tc>
          <w:tcPr>
            <w:tcW w:w="3662" w:type="dxa"/>
          </w:tcPr>
          <w:p w14:paraId="43CD7C4B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3</w:t>
            </w:r>
          </w:p>
        </w:tc>
        <w:tc>
          <w:tcPr>
            <w:tcW w:w="3646" w:type="dxa"/>
          </w:tcPr>
          <w:p w14:paraId="3D26269B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11:02–11:36</w:t>
            </w:r>
          </w:p>
        </w:tc>
        <w:tc>
          <w:tcPr>
            <w:tcW w:w="3662" w:type="dxa"/>
          </w:tcPr>
          <w:p w14:paraId="7BA3EE95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3</w:t>
            </w:r>
          </w:p>
        </w:tc>
        <w:tc>
          <w:tcPr>
            <w:tcW w:w="3646" w:type="dxa"/>
          </w:tcPr>
          <w:p w14:paraId="5B04C802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11:02–11:36</w:t>
            </w:r>
          </w:p>
        </w:tc>
      </w:tr>
      <w:tr w:rsidR="00527881" w:rsidRPr="00276E0E" w14:paraId="665595D5" w14:textId="77777777" w:rsidTr="00276E0E">
        <w:tc>
          <w:tcPr>
            <w:tcW w:w="3662" w:type="dxa"/>
          </w:tcPr>
          <w:p w14:paraId="19DC5801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4</w:t>
            </w:r>
          </w:p>
        </w:tc>
        <w:tc>
          <w:tcPr>
            <w:tcW w:w="3646" w:type="dxa"/>
          </w:tcPr>
          <w:p w14:paraId="3528E0FA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11:39–12:13</w:t>
            </w:r>
          </w:p>
        </w:tc>
        <w:tc>
          <w:tcPr>
            <w:tcW w:w="3662" w:type="dxa"/>
          </w:tcPr>
          <w:p w14:paraId="7C4B9CA6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4</w:t>
            </w:r>
          </w:p>
        </w:tc>
        <w:tc>
          <w:tcPr>
            <w:tcW w:w="3646" w:type="dxa"/>
          </w:tcPr>
          <w:p w14:paraId="7BC59798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11:39–12:13</w:t>
            </w:r>
          </w:p>
        </w:tc>
      </w:tr>
      <w:tr w:rsidR="00527881" w:rsidRPr="00276E0E" w14:paraId="2F646602" w14:textId="77777777" w:rsidTr="00276E0E">
        <w:tc>
          <w:tcPr>
            <w:tcW w:w="3662" w:type="dxa"/>
          </w:tcPr>
          <w:p w14:paraId="7C61F0B4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Lunch</w:t>
            </w:r>
          </w:p>
        </w:tc>
        <w:tc>
          <w:tcPr>
            <w:tcW w:w="3646" w:type="dxa"/>
          </w:tcPr>
          <w:p w14:paraId="545C31E9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12:13–12:43</w:t>
            </w:r>
          </w:p>
        </w:tc>
        <w:tc>
          <w:tcPr>
            <w:tcW w:w="3662" w:type="dxa"/>
          </w:tcPr>
          <w:p w14:paraId="6FF38FAF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5</w:t>
            </w:r>
          </w:p>
        </w:tc>
        <w:tc>
          <w:tcPr>
            <w:tcW w:w="3646" w:type="dxa"/>
          </w:tcPr>
          <w:p w14:paraId="6DDC16D2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12:16–12:50</w:t>
            </w:r>
          </w:p>
        </w:tc>
      </w:tr>
      <w:tr w:rsidR="00527881" w:rsidRPr="00276E0E" w14:paraId="5AC5879B" w14:textId="77777777" w:rsidTr="00276E0E">
        <w:tc>
          <w:tcPr>
            <w:tcW w:w="3662" w:type="dxa"/>
          </w:tcPr>
          <w:p w14:paraId="39AA2DF9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5</w:t>
            </w:r>
          </w:p>
        </w:tc>
        <w:tc>
          <w:tcPr>
            <w:tcW w:w="3646" w:type="dxa"/>
          </w:tcPr>
          <w:p w14:paraId="50B27BBA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12:48–1:22</w:t>
            </w:r>
          </w:p>
        </w:tc>
        <w:tc>
          <w:tcPr>
            <w:tcW w:w="3662" w:type="dxa"/>
          </w:tcPr>
          <w:p w14:paraId="6A417957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Lunch</w:t>
            </w:r>
          </w:p>
        </w:tc>
        <w:tc>
          <w:tcPr>
            <w:tcW w:w="3646" w:type="dxa"/>
          </w:tcPr>
          <w:p w14:paraId="6CD8F896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12:50–1:20</w:t>
            </w:r>
          </w:p>
        </w:tc>
      </w:tr>
      <w:tr w:rsidR="00527881" w:rsidRPr="00276E0E" w14:paraId="107DA503" w14:textId="77777777" w:rsidTr="00276E0E">
        <w:tc>
          <w:tcPr>
            <w:tcW w:w="3662" w:type="dxa"/>
          </w:tcPr>
          <w:p w14:paraId="66F01B8D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6</w:t>
            </w:r>
          </w:p>
        </w:tc>
        <w:tc>
          <w:tcPr>
            <w:tcW w:w="3646" w:type="dxa"/>
          </w:tcPr>
          <w:p w14:paraId="245DCCB0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1:25–2:00</w:t>
            </w:r>
          </w:p>
        </w:tc>
        <w:tc>
          <w:tcPr>
            <w:tcW w:w="3662" w:type="dxa"/>
          </w:tcPr>
          <w:p w14:paraId="3D8234F5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Period 6</w:t>
            </w:r>
          </w:p>
        </w:tc>
        <w:tc>
          <w:tcPr>
            <w:tcW w:w="3646" w:type="dxa"/>
          </w:tcPr>
          <w:p w14:paraId="47367D9C" w14:textId="77777777" w:rsidR="00527881" w:rsidRPr="00276E0E" w:rsidRDefault="0011046C">
            <w:pPr>
              <w:jc w:val="center"/>
              <w:rPr>
                <w:sz w:val="36"/>
                <w:szCs w:val="36"/>
              </w:rPr>
            </w:pPr>
            <w:r w:rsidRPr="00276E0E">
              <w:rPr>
                <w:sz w:val="36"/>
                <w:szCs w:val="36"/>
              </w:rPr>
              <w:t>1:25–2:00</w:t>
            </w:r>
          </w:p>
        </w:tc>
      </w:tr>
    </w:tbl>
    <w:p w14:paraId="78F96766" w14:textId="77777777" w:rsidR="00276E0E" w:rsidRDefault="00276E0E" w:rsidP="00276E0E">
      <w:pPr>
        <w:jc w:val="center"/>
        <w:rPr>
          <w:b/>
          <w:sz w:val="36"/>
        </w:rPr>
      </w:pPr>
    </w:p>
    <w:p w14:paraId="6A19D5D4" w14:textId="19234421" w:rsidR="00276E0E" w:rsidRDefault="00276E0E" w:rsidP="00276E0E">
      <w:pPr>
        <w:jc w:val="center"/>
      </w:pPr>
      <w:r>
        <w:rPr>
          <w:b/>
          <w:sz w:val="36"/>
        </w:rPr>
        <w:lastRenderedPageBreak/>
        <w:t>Instructional Minutes by Schedule</w:t>
      </w:r>
    </w:p>
    <w:tbl>
      <w:tblPr>
        <w:tblStyle w:val="TableGrid"/>
        <w:tblW w:w="12478" w:type="dxa"/>
        <w:jc w:val="center"/>
        <w:tblLook w:val="04A0" w:firstRow="1" w:lastRow="0" w:firstColumn="1" w:lastColumn="0" w:noHBand="0" w:noVBand="1"/>
      </w:tblPr>
      <w:tblGrid>
        <w:gridCol w:w="1545"/>
        <w:gridCol w:w="1320"/>
        <w:gridCol w:w="1335"/>
        <w:gridCol w:w="1293"/>
        <w:gridCol w:w="1360"/>
        <w:gridCol w:w="1360"/>
        <w:gridCol w:w="1360"/>
        <w:gridCol w:w="1360"/>
        <w:gridCol w:w="1545"/>
      </w:tblGrid>
      <w:tr w:rsidR="00276E0E" w:rsidRPr="00276E0E" w14:paraId="1C7E773C" w14:textId="77777777" w:rsidTr="52EDF922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D0D30" w14:textId="77777777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Schedule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EF35" w14:textId="77777777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Advisory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BF5C" w14:textId="77777777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P1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16F8" w14:textId="77777777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P2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80D2C" w14:textId="77777777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P3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2C19" w14:textId="77777777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P4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9020" w14:textId="77777777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P5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BFBAF" w14:textId="77777777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P6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3D2B" w14:textId="77777777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Other</w:t>
            </w:r>
          </w:p>
        </w:tc>
      </w:tr>
      <w:tr w:rsidR="00276E0E" w:rsidRPr="00276E0E" w14:paraId="3F88EE76" w14:textId="77777777" w:rsidTr="52EDF922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FFC1" w14:textId="77777777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Regular School Day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0697A" w14:textId="6E42E4A1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25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B4969" w14:textId="3BE21FDE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53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BFDB1" w14:textId="089B55D9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53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19C9" w14:textId="4A391A22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53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0D7D" w14:textId="0BAC5BF4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52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233E" w14:textId="19755294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52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8C927" w14:textId="78A0239E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54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CFE1" w14:textId="77777777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Lunch 30</w:t>
            </w:r>
          </w:p>
        </w:tc>
      </w:tr>
      <w:tr w:rsidR="00276E0E" w:rsidRPr="00276E0E" w14:paraId="4163BC9F" w14:textId="77777777" w:rsidTr="52EDF922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0B4C" w14:textId="77777777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Wednesday Early Release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21B4" w14:textId="1749F2F8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20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A79E" w14:textId="6CED52B9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46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5632" w14:textId="25F379FB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46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85D1" w14:textId="346A0254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46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91F9" w14:textId="6E504BB2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46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B86E" w14:textId="6C451729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46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C058F" w14:textId="0F8471D0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45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4898" w14:textId="77777777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Lunch 30</w:t>
            </w:r>
          </w:p>
        </w:tc>
      </w:tr>
      <w:tr w:rsidR="00276E0E" w:rsidRPr="00276E0E" w14:paraId="150647F9" w14:textId="77777777" w:rsidTr="52EDF922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EB97" w14:textId="77777777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Assembly Schedule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D2CE" w14:textId="0AFADEF3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15+5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DF3C" w14:textId="678B838F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43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D5B0" w14:textId="7CA37604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43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6B96C" w14:textId="1AE7603F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43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4112" w14:textId="1974E460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43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2B67" w14:textId="6FE579AB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43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DC6C" w14:textId="64A96DE5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42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6D215" w14:textId="77777777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Assembly 60</w:t>
            </w:r>
          </w:p>
        </w:tc>
      </w:tr>
      <w:tr w:rsidR="00276E0E" w:rsidRPr="00276E0E" w14:paraId="5BE5880A" w14:textId="77777777" w:rsidTr="52EDF922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3D4DB" w14:textId="77777777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Two-Hour Delay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8E48" w14:textId="5547D55C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15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26E4" w14:textId="3FD11665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34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BE49" w14:textId="5354F0B7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34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DEF9" w14:textId="2B463C76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34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B207" w14:textId="5B18CAC0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34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C7988" w14:textId="40DB783A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34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18B7" w14:textId="6457C7C4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35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322B" w14:textId="77777777" w:rsidR="00276E0E" w:rsidRPr="00276E0E" w:rsidRDefault="00276E0E">
            <w:pPr>
              <w:rPr>
                <w:sz w:val="24"/>
                <w:szCs w:val="24"/>
              </w:rPr>
            </w:pPr>
            <w:r w:rsidRPr="00276E0E">
              <w:rPr>
                <w:sz w:val="24"/>
                <w:szCs w:val="24"/>
              </w:rPr>
              <w:t>Lunch 30</w:t>
            </w:r>
          </w:p>
        </w:tc>
      </w:tr>
    </w:tbl>
    <w:p w14:paraId="0FA0E178" w14:textId="77777777" w:rsidR="00276E0E" w:rsidRDefault="00276E0E" w:rsidP="00276E0E"/>
    <w:p w14:paraId="3F3027AD" w14:textId="77777777" w:rsidR="00527881" w:rsidRDefault="00527881"/>
    <w:sectPr w:rsidR="00527881" w:rsidSect="00276E0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4254823">
    <w:abstractNumId w:val="8"/>
  </w:num>
  <w:num w:numId="2" w16cid:durableId="1159152278">
    <w:abstractNumId w:val="6"/>
  </w:num>
  <w:num w:numId="3" w16cid:durableId="594292006">
    <w:abstractNumId w:val="5"/>
  </w:num>
  <w:num w:numId="4" w16cid:durableId="1680808593">
    <w:abstractNumId w:val="4"/>
  </w:num>
  <w:num w:numId="5" w16cid:durableId="1516572978">
    <w:abstractNumId w:val="7"/>
  </w:num>
  <w:num w:numId="6" w16cid:durableId="262808204">
    <w:abstractNumId w:val="3"/>
  </w:num>
  <w:num w:numId="7" w16cid:durableId="17391161">
    <w:abstractNumId w:val="2"/>
  </w:num>
  <w:num w:numId="8" w16cid:durableId="1880775869">
    <w:abstractNumId w:val="1"/>
  </w:num>
  <w:num w:numId="9" w16cid:durableId="611666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41C8"/>
    <w:rsid w:val="0011046C"/>
    <w:rsid w:val="0015074B"/>
    <w:rsid w:val="002558BE"/>
    <w:rsid w:val="00276E0E"/>
    <w:rsid w:val="0029639D"/>
    <w:rsid w:val="00326F90"/>
    <w:rsid w:val="00527881"/>
    <w:rsid w:val="00620577"/>
    <w:rsid w:val="00654CC8"/>
    <w:rsid w:val="00AA1D8D"/>
    <w:rsid w:val="00AE3037"/>
    <w:rsid w:val="00B47730"/>
    <w:rsid w:val="00BB6DD8"/>
    <w:rsid w:val="00CB0664"/>
    <w:rsid w:val="00FC693F"/>
    <w:rsid w:val="52EDF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C7C37C"/>
  <w14:defaultImageDpi w14:val="300"/>
  <w15:docId w15:val="{685EA99A-198F-420E-AC09-A1FDFC1D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1638</Characters>
  <Application>Microsoft Office Word</Application>
  <DocSecurity>4</DocSecurity>
  <Lines>13</Lines>
  <Paragraphs>3</Paragraphs>
  <ScaleCrop>false</ScaleCrop>
  <Manager/>
  <Company/>
  <LinksUpToDate>false</LinksUpToDate>
  <CharactersWithSpaces>1922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Waddell, Amy</cp:lastModifiedBy>
  <cp:revision>2</cp:revision>
  <dcterms:created xsi:type="dcterms:W3CDTF">2026-08-05T19:50:00Z</dcterms:created>
  <dcterms:modified xsi:type="dcterms:W3CDTF">2026-08-05T19:50:00Z</dcterms:modified>
  <cp:category/>
</cp:coreProperties>
</file>