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E3794B" w:rsidRDefault="00E567E4" w14:paraId="5265DA70" w14:textId="65631970">
      <w:pPr>
        <w:spacing w:after="20"/>
        <w:jc w:val="center"/>
        <w:rPr>
          <w:b/>
          <w:color w:val="003B5C"/>
          <w:sz w:val="42"/>
        </w:rPr>
      </w:pPr>
      <w:r w:rsidR="63CA0437">
        <w:drawing>
          <wp:inline wp14:editId="2536DEF7" wp14:anchorId="1921C150">
            <wp:extent cx="5941206" cy="2158296"/>
            <wp:effectExtent l="0" t="0" r="0" b="0"/>
            <wp:docPr id="853277375" name="Picture 1" descr="HOSA-Future Health Professionals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53277375" name="Picture 1" descr="HOSA-Future Health Professionals logo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41206" cy="215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4CA" w:rsidRDefault="000A0712" w14:paraId="2F4C310C" w14:textId="0008D37A">
      <w:pPr>
        <w:spacing w:after="20"/>
        <w:jc w:val="center"/>
      </w:pPr>
      <w:r>
        <w:rPr>
          <w:b/>
          <w:color w:val="003B5C"/>
          <w:sz w:val="42"/>
        </w:rPr>
        <w:t xml:space="preserve">LAKESIDE </w:t>
      </w:r>
      <w:r>
        <w:rPr>
          <w:b/>
          <w:color w:val="003B5C"/>
          <w:sz w:val="42"/>
        </w:rPr>
        <w:t>HOSA MEMBERSHIP 2026-2027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88"/>
      </w:tblGrid>
      <w:tr w:rsidR="00C314CA" w:rsidTr="5A0F849D" w14:paraId="09C8CE38" w14:textId="77777777">
        <w:tc>
          <w:tcPr>
            <w:tcW w:w="11088" w:type="dxa"/>
            <w:shd w:val="clear" w:color="auto" w:fill="8A1538"/>
            <w:tcMar>
              <w:top w:w="65" w:type="dxa"/>
              <w:left w:w="100" w:type="dxa"/>
              <w:bottom w:w="65" w:type="dxa"/>
              <w:right w:w="100" w:type="dxa"/>
            </w:tcMar>
          </w:tcPr>
          <w:p w:rsidR="00C314CA" w:rsidRDefault="00000000" w14:paraId="190256CE" w14:textId="77777777">
            <w:pPr>
              <w:jc w:val="center"/>
            </w:pPr>
            <w:r>
              <w:rPr>
                <w:b/>
                <w:color w:val="FFFFFF"/>
                <w:sz w:val="24"/>
              </w:rPr>
              <w:t>MEMBERSHIP DEADLINE: FRIDAY, SEPTEMBER 11</w:t>
            </w:r>
          </w:p>
        </w:tc>
      </w:tr>
      <w:tr w:rsidR="00C314CA" w:rsidTr="5A0F849D" w14:paraId="324796C0" w14:textId="77777777">
        <w:tc>
          <w:tcPr>
            <w:tcW w:w="11088" w:type="dxa"/>
            <w:shd w:val="clear" w:color="auto" w:fill="003B5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C314CA" w:rsidP="5A0F849D" w:rsidRDefault="00000000" w14:paraId="779BE25A" w14:textId="20164AD8">
            <w:pPr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5A0F849D" w:rsidR="5A0F84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22"/>
                <w:szCs w:val="22"/>
                <w:lang w:val="en-US"/>
              </w:rPr>
              <w:t>HOSA membership is a MULTI-STEP PROCESS.</w:t>
            </w:r>
            <w:r>
              <w:br/>
            </w:r>
            <w:r w:rsidRPr="5A0F849D" w:rsidR="5A0F84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5F5F5"/>
                <w:sz w:val="18"/>
                <w:szCs w:val="18"/>
                <w:lang w:val="en-US"/>
              </w:rPr>
              <w:t xml:space="preserve">Completing the application, </w:t>
            </w:r>
            <w:r w:rsidRPr="5A0F849D" w:rsidR="5A0F84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5F5F5"/>
                <w:sz w:val="18"/>
                <w:szCs w:val="18"/>
                <w:lang w:val="en-US"/>
              </w:rPr>
              <w:t>submitting</w:t>
            </w:r>
            <w:r w:rsidRPr="5A0F849D" w:rsidR="5A0F84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5F5F5"/>
                <w:sz w:val="18"/>
                <w:szCs w:val="18"/>
                <w:lang w:val="en-US"/>
              </w:rPr>
              <w:t xml:space="preserve"> the required form(s), or submitting payment alone </w:t>
            </w:r>
            <w:r w:rsidRPr="5A0F849D" w:rsidR="5A0F84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does </w:t>
            </w:r>
            <w:r w:rsidRPr="5A0F849D" w:rsidR="5A0F84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en-US"/>
              </w:rPr>
              <w:t>NOT</w:t>
            </w:r>
            <w:r w:rsidRPr="5A0F849D" w:rsidR="5A0F84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 complete or guarantee membership. All</w:t>
            </w:r>
            <w:r w:rsidRPr="5A0F849D" w:rsidR="5A0F84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 required steps must be completed by the stated deadline.</w:t>
            </w:r>
          </w:p>
        </w:tc>
      </w:tr>
    </w:tbl>
    <w:p w:rsidR="00C314CA" w:rsidRDefault="00000000" w14:paraId="7F6F078E" w14:textId="77777777">
      <w:pPr>
        <w:spacing w:before="60" w:after="40"/>
      </w:pPr>
      <w:r>
        <w:rPr>
          <w:b/>
          <w:color w:val="1F2937"/>
          <w:sz w:val="20"/>
        </w:rPr>
        <w:t>To complete the Lakeside HOSA membership process, students must: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44"/>
        <w:gridCol w:w="5544"/>
      </w:tblGrid>
      <w:tr w:rsidR="00C314CA" w:rsidTr="78605E62" w14:paraId="5047ABEF" w14:textId="77777777">
        <w:tc>
          <w:tcPr>
            <w:tcW w:w="5544" w:type="dxa"/>
            <w:shd w:val="clear" w:color="auto" w:fill="8A153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:rsidR="00C314CA" w:rsidRDefault="00000000" w14:paraId="6181E18C" w14:textId="77777777">
            <w:pPr>
              <w:jc w:val="center"/>
            </w:pPr>
            <w:r>
              <w:rPr>
                <w:b/>
                <w:color w:val="FFFFFF"/>
                <w:sz w:val="32"/>
              </w:rPr>
              <w:t>1</w:t>
            </w:r>
          </w:p>
        </w:tc>
        <w:tc>
          <w:tcPr>
            <w:tcW w:w="5544" w:type="dxa"/>
            <w:shd w:val="clear" w:color="auto" w:fill="F3F4F6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FD1259" w:rsidP="00B478E8" w:rsidRDefault="00000000" w14:paraId="417DD38F" w14:textId="77777777">
            <w:pPr>
              <w:spacing w:after="0"/>
              <w:rPr>
                <w:b/>
                <w:color w:val="8A1538"/>
              </w:rPr>
            </w:pPr>
            <w:r>
              <w:rPr>
                <w:b/>
                <w:color w:val="8A1538"/>
              </w:rPr>
              <w:t>ATTEND A REQUIRED HOSA INFORMATIONAL MEETING</w:t>
            </w:r>
          </w:p>
          <w:p w:rsidRPr="00B478E8" w:rsidR="00B478E8" w:rsidP="00B478E8" w:rsidRDefault="00B478E8" w14:paraId="32A46BB0" w14:textId="77345A92">
            <w:pPr>
              <w:spacing w:after="0"/>
              <w:rPr>
                <w:color w:val="1F2937"/>
                <w:sz w:val="16"/>
              </w:rPr>
            </w:pPr>
            <w:r w:rsidRPr="00B478E8">
              <w:rPr>
                <w:color w:val="1F2937"/>
                <w:sz w:val="16"/>
              </w:rPr>
              <w:t xml:space="preserve">Attend during </w:t>
            </w:r>
            <w:r w:rsidRPr="00B478E8">
              <w:rPr>
                <w:b/>
                <w:bCs/>
                <w:color w:val="1F2937"/>
                <w:sz w:val="16"/>
              </w:rPr>
              <w:t>Flex</w:t>
            </w:r>
            <w:r w:rsidRPr="00B478E8">
              <w:rPr>
                <w:color w:val="1F2937"/>
                <w:sz w:val="16"/>
              </w:rPr>
              <w:t xml:space="preserve"> on either </w:t>
            </w:r>
            <w:r w:rsidRPr="00B478E8">
              <w:rPr>
                <w:b/>
                <w:bCs/>
                <w:color w:val="1F2937"/>
                <w:sz w:val="16"/>
              </w:rPr>
              <w:t>Friday, August 21</w:t>
            </w:r>
            <w:r w:rsidRPr="00B478E8">
              <w:rPr>
                <w:color w:val="1F2937"/>
                <w:sz w:val="16"/>
              </w:rPr>
              <w:t xml:space="preserve"> or </w:t>
            </w:r>
            <w:r w:rsidRPr="00B478E8">
              <w:rPr>
                <w:b/>
                <w:bCs/>
                <w:color w:val="1F2937"/>
                <w:sz w:val="16"/>
              </w:rPr>
              <w:t>Friday, August 28</w:t>
            </w:r>
            <w:r w:rsidRPr="00B478E8">
              <w:rPr>
                <w:color w:val="1F2937"/>
                <w:sz w:val="16"/>
              </w:rPr>
              <w:t xml:space="preserve"> to receive membership information and required forms.</w:t>
            </w:r>
          </w:p>
          <w:p w:rsidRPr="00B478E8" w:rsidR="00B478E8" w:rsidP="00B478E8" w:rsidRDefault="00B478E8" w14:paraId="68C407B1" w14:textId="77777777">
            <w:pPr>
              <w:spacing w:after="0"/>
              <w:rPr>
                <w:color w:val="1F2937"/>
                <w:sz w:val="16"/>
              </w:rPr>
            </w:pPr>
            <w:r w:rsidRPr="00B478E8">
              <w:rPr>
                <w:b/>
                <w:bCs/>
                <w:color w:val="1F2937"/>
                <w:sz w:val="16"/>
              </w:rPr>
              <w:t>Only ONE session is required.</w:t>
            </w:r>
          </w:p>
          <w:p w:rsidR="00C314CA" w:rsidRDefault="00C314CA" w14:paraId="4EB6A794" w14:textId="4367F974">
            <w:pPr>
              <w:spacing w:after="0"/>
            </w:pPr>
          </w:p>
        </w:tc>
      </w:tr>
      <w:tr w:rsidR="00C314CA" w:rsidTr="78605E62" w14:paraId="3F55EE95" w14:textId="77777777">
        <w:tc>
          <w:tcPr>
            <w:tcW w:w="5544" w:type="dxa"/>
            <w:shd w:val="clear" w:color="auto" w:fill="003B5C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:rsidR="00C314CA" w:rsidRDefault="00000000" w14:paraId="689BE17D" w14:textId="77777777">
            <w:pPr>
              <w:jc w:val="center"/>
            </w:pPr>
            <w:r>
              <w:rPr>
                <w:b/>
                <w:color w:val="FFFFFF"/>
                <w:sz w:val="32"/>
              </w:rPr>
              <w:t>2</w:t>
            </w:r>
          </w:p>
        </w:tc>
        <w:tc>
          <w:tcPr>
            <w:tcW w:w="5544" w:type="dxa"/>
            <w:shd w:val="clear" w:color="auto" w:fill="F3F4F6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C314CA" w:rsidRDefault="00000000" w14:paraId="3F26674E" w14:textId="77777777">
            <w:pPr>
              <w:spacing w:after="0"/>
            </w:pPr>
            <w:r>
              <w:rPr>
                <w:b/>
                <w:color w:val="8A1538"/>
              </w:rPr>
              <w:t>COMPLETE AND SUBMIT</w:t>
            </w:r>
            <w:r>
              <w:rPr>
                <w:b/>
                <w:color w:val="8A1538"/>
              </w:rPr>
              <w:br/>
            </w:r>
            <w:r>
              <w:rPr>
                <w:color w:val="1F2937"/>
                <w:sz w:val="16"/>
              </w:rPr>
              <w:t>the HOSA Membership Application.</w:t>
            </w:r>
          </w:p>
        </w:tc>
      </w:tr>
      <w:tr w:rsidR="00C314CA" w:rsidTr="78605E62" w14:paraId="48419BA3" w14:textId="77777777">
        <w:tc>
          <w:tcPr>
            <w:tcW w:w="5544" w:type="dxa"/>
            <w:shd w:val="clear" w:color="auto" w:fill="8A153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:rsidR="00C314CA" w:rsidRDefault="00000000" w14:paraId="5EAE9C66" w14:textId="77777777">
            <w:pPr>
              <w:jc w:val="center"/>
            </w:pPr>
            <w:r>
              <w:rPr>
                <w:b/>
                <w:color w:val="FFFFFF"/>
                <w:sz w:val="32"/>
              </w:rPr>
              <w:t>3</w:t>
            </w:r>
          </w:p>
        </w:tc>
        <w:tc>
          <w:tcPr>
            <w:tcW w:w="5544" w:type="dxa"/>
            <w:shd w:val="clear" w:color="auto" w:fill="F3F4F6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C314CA" w:rsidRDefault="00000000" w14:paraId="6342203D" w14:textId="4EF1B241">
            <w:pPr>
              <w:spacing w:after="0"/>
            </w:pPr>
            <w:r w:rsidRPr="78605E62" w:rsidR="49F2DB61">
              <w:rPr>
                <w:b w:val="1"/>
                <w:bCs w:val="1"/>
                <w:color w:val="8A1538"/>
              </w:rPr>
              <w:t>COMPLETE ALL REQUIRED</w:t>
            </w:r>
            <w:r w:rsidRPr="78605E62" w:rsidR="021E3295">
              <w:rPr>
                <w:b w:val="1"/>
                <w:bCs w:val="1"/>
                <w:color w:val="8A1538"/>
              </w:rPr>
              <w:t xml:space="preserve"> </w:t>
            </w:r>
            <w:r w:rsidRPr="78605E62" w:rsidR="49F2DB61">
              <w:rPr>
                <w:b w:val="1"/>
                <w:bCs w:val="1"/>
                <w:color w:val="8A1538"/>
              </w:rPr>
              <w:t>FORMS</w:t>
            </w:r>
          </w:p>
          <w:p w:rsidR="00C314CA" w:rsidP="78605E62" w:rsidRDefault="00000000" w14:paraId="6BB2DFD3" w14:textId="0DE0F666">
            <w:pPr>
              <w:pStyle w:val="Normal"/>
              <w:spacing w:after="0"/>
            </w:pPr>
            <w:r w:rsidRPr="78605E62" w:rsidR="2BE5BD3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All required forms must be </w:t>
            </w:r>
            <w:r w:rsidRPr="78605E62" w:rsidR="2BE5BD35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completed entirely in INK, including all information and parent/guardian signatures</w:t>
            </w:r>
            <w:r w:rsidRPr="78605E62" w:rsidR="2BE5BD3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. Forms completed in </w:t>
            </w:r>
            <w:r w:rsidRPr="78605E62" w:rsidR="2BE5BD35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pencil</w:t>
            </w:r>
            <w:r w:rsidRPr="78605E62" w:rsidR="2BE5BD3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, typed, digitally completed or signed, or submitted electronically will </w:t>
            </w:r>
            <w:r w:rsidRPr="78605E62" w:rsidR="2BE5BD35">
              <w:rPr>
                <w:rFonts w:ascii="Arial" w:hAnsi="Arial" w:eastAsia="Arial" w:cs="Arial"/>
                <w:b w:val="1"/>
                <w:bCs w:val="1"/>
                <w:noProof w:val="0"/>
                <w:sz w:val="18"/>
                <w:szCs w:val="18"/>
                <w:lang w:val="en-US"/>
              </w:rPr>
              <w:t>NOT</w:t>
            </w:r>
            <w:r w:rsidRPr="78605E62" w:rsidR="2BE5BD3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be accepted.</w:t>
            </w:r>
          </w:p>
        </w:tc>
      </w:tr>
      <w:tr w:rsidR="00C314CA" w:rsidTr="78605E62" w14:paraId="1FAB7C0D" w14:textId="77777777">
        <w:tc>
          <w:tcPr>
            <w:tcW w:w="5544" w:type="dxa"/>
            <w:shd w:val="clear" w:color="auto" w:fill="003B5C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:rsidR="00C314CA" w:rsidRDefault="00000000" w14:paraId="17FC8AF8" w14:textId="77777777">
            <w:pPr>
              <w:jc w:val="center"/>
            </w:pPr>
            <w:r>
              <w:rPr>
                <w:b/>
                <w:color w:val="FFFFFF"/>
                <w:sz w:val="32"/>
              </w:rPr>
              <w:t>4</w:t>
            </w:r>
          </w:p>
        </w:tc>
        <w:tc>
          <w:tcPr>
            <w:tcW w:w="5544" w:type="dxa"/>
            <w:shd w:val="clear" w:color="auto" w:fill="F3F4F6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C314CA" w:rsidRDefault="00000000" w14:paraId="4E6BFBE6" w14:textId="41B1E301">
            <w:pPr>
              <w:spacing w:after="0"/>
            </w:pPr>
            <w:r>
              <w:rPr>
                <w:b/>
                <w:color w:val="8A1538"/>
              </w:rPr>
              <w:t>RETURN ALL COMPLETED AND SIGNED FORMS TO MRS. ELZEY</w:t>
            </w:r>
            <w:r>
              <w:rPr>
                <w:b/>
                <w:color w:val="8A1538"/>
              </w:rPr>
              <w:br/>
            </w:r>
            <w:r>
              <w:rPr>
                <w:color w:val="1F2937"/>
                <w:sz w:val="16"/>
              </w:rPr>
              <w:t xml:space="preserve">in </w:t>
            </w:r>
            <w:r w:rsidR="00BE6BA4">
              <w:rPr>
                <w:color w:val="1F2937"/>
                <w:sz w:val="16"/>
              </w:rPr>
              <w:t xml:space="preserve">the </w:t>
            </w:r>
            <w:r w:rsidR="0057398E">
              <w:rPr>
                <w:color w:val="1F2937"/>
                <w:sz w:val="16"/>
              </w:rPr>
              <w:t xml:space="preserve">HOSA Mailbox outside </w:t>
            </w:r>
            <w:r>
              <w:rPr>
                <w:color w:val="1F2937"/>
                <w:sz w:val="16"/>
              </w:rPr>
              <w:t>Room 131</w:t>
            </w:r>
            <w:r w:rsidR="0057398E">
              <w:rPr>
                <w:color w:val="1F2937"/>
                <w:sz w:val="16"/>
              </w:rPr>
              <w:t>0.</w:t>
            </w:r>
          </w:p>
        </w:tc>
      </w:tr>
      <w:tr w:rsidR="00C314CA" w:rsidTr="78605E62" w14:paraId="40CA79D0" w14:textId="77777777">
        <w:tc>
          <w:tcPr>
            <w:tcW w:w="5544" w:type="dxa"/>
            <w:shd w:val="clear" w:color="auto" w:fill="8A153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:rsidR="00C314CA" w:rsidRDefault="00000000" w14:paraId="10C2BBDE" w14:textId="77777777">
            <w:pPr>
              <w:jc w:val="center"/>
            </w:pPr>
            <w:r>
              <w:rPr>
                <w:b/>
                <w:color w:val="FFFFFF"/>
                <w:sz w:val="32"/>
              </w:rPr>
              <w:t>5</w:t>
            </w:r>
          </w:p>
        </w:tc>
        <w:tc>
          <w:tcPr>
            <w:tcW w:w="5544" w:type="dxa"/>
            <w:shd w:val="clear" w:color="auto" w:fill="F3F4F6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C314CA" w:rsidRDefault="00000000" w14:paraId="19ADEF85" w14:textId="5A35D706">
            <w:pPr>
              <w:spacing w:after="0"/>
            </w:pPr>
            <w:r>
              <w:rPr>
                <w:b/>
                <w:color w:val="8A1538"/>
              </w:rPr>
              <w:t>COMPLETE MEMBERSHIP PAYMENT</w:t>
            </w:r>
            <w:r w:rsidRPr="00063CDA" w:rsidR="00063CDA">
              <w:rPr>
                <w:b/>
                <w:color w:val="8A1538"/>
              </w:rPr>
              <w:t>— $70</w:t>
            </w:r>
            <w:r>
              <w:rPr>
                <w:b/>
                <w:color w:val="8A1538"/>
              </w:rPr>
              <w:br/>
            </w:r>
            <w:r>
              <w:rPr>
                <w:color w:val="1F2937"/>
                <w:sz w:val="16"/>
              </w:rPr>
              <w:t>Once all required documents have been received by Mrs. Elzey, payment information will be provided. Payment must be completed by Friday, September 11.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1088"/>
        <w:gridCol w:w="10"/>
      </w:tblGrid>
      <w:tr w:rsidR="00C314CA" w:rsidTr="78605E62" w14:paraId="23E6D5F0" w14:textId="77777777">
        <w:tc>
          <w:tcPr>
            <w:tcW w:w="11088" w:type="dxa"/>
            <w:gridSpan w:val="2"/>
            <w:shd w:val="clear" w:color="auto" w:fill="FFF4D6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:rsidR="00C314CA" w:rsidRDefault="00000000" w14:paraId="32AFF8C1" w14:textId="6C9FBEC0">
            <w:pPr>
              <w:jc w:val="center"/>
            </w:pPr>
            <w:r>
              <w:rPr>
                <w:b/>
                <w:color w:val="8A1538"/>
                <w:sz w:val="19"/>
              </w:rPr>
              <w:t>ALL REQUIRED STEPS MUST BE COMPLETED BY FRIDAY, SEPTEMBER 11.</w:t>
            </w:r>
            <w:r>
              <w:rPr>
                <w:b/>
                <w:color w:val="8A1538"/>
                <w:sz w:val="19"/>
              </w:rPr>
              <w:br/>
            </w:r>
            <w:r w:rsidRPr="0039713E" w:rsidR="0039713E">
              <w:rPr>
                <w:color w:val="1F2937"/>
                <w:sz w:val="17"/>
              </w:rPr>
              <w:t xml:space="preserve">Incomplete or late membership submissions will </w:t>
            </w:r>
            <w:r w:rsidRPr="0039713E" w:rsidR="0039713E">
              <w:rPr>
                <w:b/>
                <w:bCs/>
                <w:color w:val="1F2937"/>
                <w:sz w:val="17"/>
              </w:rPr>
              <w:t>NOT</w:t>
            </w:r>
            <w:r w:rsidRPr="0039713E" w:rsidR="0039713E">
              <w:rPr>
                <w:color w:val="1F2937"/>
                <w:sz w:val="17"/>
              </w:rPr>
              <w:t xml:space="preserve"> be accepted or finalized. </w:t>
            </w:r>
            <w:r w:rsidRPr="00832FE9" w:rsidR="00832FE9">
              <w:rPr>
                <w:b/>
                <w:bCs/>
                <w:color w:val="1F2937"/>
                <w:sz w:val="17"/>
              </w:rPr>
              <w:t>No exceptions will be made after the deadline.</w:t>
            </w:r>
          </w:p>
        </w:tc>
      </w:tr>
      <w:tr w:rsidR="00C314CA" w:rsidTr="78605E62" w14:paraId="3D93B327" w14:textId="77777777">
        <w:trPr>
          <w:gridAfter w:val="1"/>
          <w:wAfter w:w="10" w:type="dxa"/>
        </w:trPr>
        <w:tc>
          <w:tcPr>
            <w:tcW w:w="11088" w:type="dxa"/>
            <w:shd w:val="clear" w:color="auto" w:fill="003B5C"/>
            <w:tcMar>
              <w:top w:w="65" w:type="dxa"/>
              <w:left w:w="105" w:type="dxa"/>
              <w:bottom w:w="65" w:type="dxa"/>
              <w:right w:w="105" w:type="dxa"/>
            </w:tcMar>
          </w:tcPr>
          <w:p w:rsidR="00C314CA" w:rsidRDefault="00000000" w14:paraId="69AA1926" w14:textId="7FE8A85F">
            <w:pPr>
              <w:jc w:val="center"/>
            </w:pPr>
            <w:r>
              <w:rPr>
                <w:b/>
                <w:color w:val="FFFFFF"/>
                <w:sz w:val="22"/>
              </w:rPr>
              <w:t>FALL RALLY OPPORTUNITY - SIX FLAGS - OCTOBER 7</w:t>
            </w:r>
            <w:r>
              <w:rPr>
                <w:b/>
                <w:color w:val="FFFFFF"/>
                <w:sz w:val="22"/>
              </w:rPr>
              <w:br/>
            </w:r>
            <w:r>
              <w:rPr>
                <w:b/>
                <w:color w:val="FFFFFF"/>
              </w:rPr>
              <w:t>Students who are officially registered HOSA members by Friday, September 4, will be eligible for the Fall Rally Random Selection.</w:t>
            </w:r>
            <w:r>
              <w:rPr>
                <w:b/>
                <w:color w:val="FFFFFF"/>
              </w:rPr>
              <w:br/>
            </w:r>
            <w:r>
              <w:rPr>
                <w:color w:val="FFFFFF"/>
                <w:sz w:val="16"/>
              </w:rPr>
              <w:t xml:space="preserve">Due to limited availability, students who complete all required membership steps by September 4 will be entered into a random selection process for the opportunity to attend. Eligibility for </w:t>
            </w:r>
            <w:r w:rsidR="00E257A0">
              <w:rPr>
                <w:color w:val="FFFFFF"/>
                <w:sz w:val="16"/>
              </w:rPr>
              <w:t>random</w:t>
            </w:r>
            <w:r>
              <w:rPr>
                <w:color w:val="FFFFFF"/>
                <w:sz w:val="16"/>
              </w:rPr>
              <w:t xml:space="preserve"> selection does not guarantee attendance.</w:t>
            </w:r>
          </w:p>
        </w:tc>
      </w:tr>
      <w:tr w:rsidR="00C314CA" w:rsidTr="78605E62" w14:paraId="2662AA6C" w14:textId="77777777">
        <w:tc>
          <w:tcPr>
            <w:tcW w:w="11088" w:type="dxa"/>
            <w:gridSpan w:val="2"/>
            <w:shd w:val="clear" w:color="auto" w:fill="F3F4F6"/>
            <w:tcMar>
              <w:top w:w="50" w:type="dxa"/>
              <w:left w:w="90" w:type="dxa"/>
              <w:bottom w:w="50" w:type="dxa"/>
              <w:right w:w="90" w:type="dxa"/>
            </w:tcMar>
          </w:tcPr>
          <w:p w:rsidR="00C314CA" w:rsidRDefault="00000000" w14:paraId="664CABAB" w14:textId="0FB9E682">
            <w:r w:rsidRPr="78605E62" w:rsidR="49F2DB61">
              <w:rPr>
                <w:b w:val="1"/>
                <w:bCs w:val="1"/>
                <w:color w:val="8A1538"/>
              </w:rPr>
              <w:t xml:space="preserve">HOSA IS AN ACTIVE STUDENT ORGANIZATION. </w:t>
            </w:r>
            <w:r w:rsidRPr="78605E62" w:rsidR="49F2DB61">
              <w:rPr>
                <w:color w:val="1F2937"/>
                <w:sz w:val="16"/>
                <w:szCs w:val="16"/>
              </w:rPr>
              <w:t xml:space="preserve">Members are expected to </w:t>
            </w:r>
            <w:r w:rsidRPr="78605E62" w:rsidR="49F2DB61">
              <w:rPr>
                <w:color w:val="1F2937"/>
                <w:sz w:val="16"/>
                <w:szCs w:val="16"/>
              </w:rPr>
              <w:t>participate</w:t>
            </w:r>
            <w:r w:rsidRPr="78605E62" w:rsidR="49F2DB61">
              <w:rPr>
                <w:color w:val="1F2937"/>
                <w:sz w:val="16"/>
                <w:szCs w:val="16"/>
              </w:rPr>
              <w:t xml:space="preserve"> in</w:t>
            </w:r>
            <w:r w:rsidRPr="78605E62" w:rsidR="3632F418">
              <w:rPr>
                <w:color w:val="1F2937"/>
                <w:sz w:val="16"/>
                <w:szCs w:val="16"/>
              </w:rPr>
              <w:t xml:space="preserve"> </w:t>
            </w:r>
            <w:r w:rsidRPr="78605E62" w:rsidR="49F2DB61">
              <w:rPr>
                <w:color w:val="1F2937"/>
                <w:sz w:val="16"/>
                <w:szCs w:val="16"/>
              </w:rPr>
              <w:t xml:space="preserve">HOSA </w:t>
            </w:r>
            <w:r w:rsidRPr="78605E62" w:rsidR="31D43306">
              <w:rPr>
                <w:color w:val="1F2937"/>
                <w:sz w:val="16"/>
                <w:szCs w:val="16"/>
              </w:rPr>
              <w:t xml:space="preserve">monthly </w:t>
            </w:r>
            <w:r w:rsidRPr="78605E62" w:rsidR="49F2DB61">
              <w:rPr>
                <w:color w:val="1F2937"/>
                <w:sz w:val="16"/>
                <w:szCs w:val="16"/>
              </w:rPr>
              <w:t>meetings, activities, local competition, and other HOSA opportunities throughout the school year.</w:t>
            </w:r>
          </w:p>
        </w:tc>
      </w:tr>
    </w:tbl>
    <w:p w:rsidR="00C314CA" w:rsidP="00C8078C" w:rsidRDefault="009A4EAD" w14:paraId="0FCCA48D" w14:textId="33EA0E24">
      <w:pPr>
        <w:spacing w:before="40" w:after="0"/>
        <w:jc w:val="center"/>
      </w:pPr>
      <w:r>
        <w:rPr>
          <w:b/>
          <w:color w:val="003B5C"/>
        </w:rPr>
        <w:t>Contact Mrs. Elzey with any questions-</w:t>
      </w:r>
      <w:r w:rsidR="00685366">
        <w:rPr>
          <w:b/>
          <w:color w:val="003B5C"/>
        </w:rPr>
        <w:t>aelzey@forsyth.k12.ga.us</w:t>
      </w:r>
    </w:p>
    <w:sectPr w:rsidR="00C314CA" w:rsidSect="00034616">
      <w:pgSz w:w="12240" w:h="15840" w:orient="portrait"/>
      <w:pgMar w:top="360" w:right="576" w:bottom="36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914440514">
    <w:abstractNumId w:val="8"/>
  </w:num>
  <w:num w:numId="2" w16cid:durableId="1281382170">
    <w:abstractNumId w:val="6"/>
  </w:num>
  <w:num w:numId="3" w16cid:durableId="60098841">
    <w:abstractNumId w:val="5"/>
  </w:num>
  <w:num w:numId="4" w16cid:durableId="2080127941">
    <w:abstractNumId w:val="4"/>
  </w:num>
  <w:num w:numId="5" w16cid:durableId="146366234">
    <w:abstractNumId w:val="7"/>
  </w:num>
  <w:num w:numId="6" w16cid:durableId="724256354">
    <w:abstractNumId w:val="3"/>
  </w:num>
  <w:num w:numId="7" w16cid:durableId="843596911">
    <w:abstractNumId w:val="2"/>
  </w:num>
  <w:num w:numId="8" w16cid:durableId="1528446738">
    <w:abstractNumId w:val="1"/>
  </w:num>
  <w:num w:numId="9" w16cid:durableId="26026541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20B"/>
    <w:rsid w:val="0006063C"/>
    <w:rsid w:val="00063CDA"/>
    <w:rsid w:val="0007340D"/>
    <w:rsid w:val="0009673F"/>
    <w:rsid w:val="000A0712"/>
    <w:rsid w:val="0015074B"/>
    <w:rsid w:val="001760AB"/>
    <w:rsid w:val="0029639D"/>
    <w:rsid w:val="00326F90"/>
    <w:rsid w:val="0038332A"/>
    <w:rsid w:val="0039713E"/>
    <w:rsid w:val="0044675F"/>
    <w:rsid w:val="0048538D"/>
    <w:rsid w:val="0057398E"/>
    <w:rsid w:val="00685366"/>
    <w:rsid w:val="006E2A1A"/>
    <w:rsid w:val="00832FE9"/>
    <w:rsid w:val="008523CE"/>
    <w:rsid w:val="00997B16"/>
    <w:rsid w:val="009A4EAD"/>
    <w:rsid w:val="00A01583"/>
    <w:rsid w:val="00AA1D8D"/>
    <w:rsid w:val="00B47730"/>
    <w:rsid w:val="00B478E8"/>
    <w:rsid w:val="00B739B6"/>
    <w:rsid w:val="00BE6BA4"/>
    <w:rsid w:val="00C314CA"/>
    <w:rsid w:val="00C8078C"/>
    <w:rsid w:val="00CB0664"/>
    <w:rsid w:val="00E257A0"/>
    <w:rsid w:val="00E3794B"/>
    <w:rsid w:val="00E567E4"/>
    <w:rsid w:val="00E72DD5"/>
    <w:rsid w:val="00EA190D"/>
    <w:rsid w:val="00FC693F"/>
    <w:rsid w:val="00FD1259"/>
    <w:rsid w:val="00FE2977"/>
    <w:rsid w:val="021E3295"/>
    <w:rsid w:val="0C483B2A"/>
    <w:rsid w:val="2BE5BD35"/>
    <w:rsid w:val="31D43306"/>
    <w:rsid w:val="3632F418"/>
    <w:rsid w:val="3E71F8B6"/>
    <w:rsid w:val="49F2DB61"/>
    <w:rsid w:val="5A0F849D"/>
    <w:rsid w:val="603EC50D"/>
    <w:rsid w:val="63CA0437"/>
    <w:rsid w:val="78605E62"/>
    <w:rsid w:val="79DAF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6CBC43"/>
  <w14:defaultImageDpi w14:val="300"/>
  <w15:docId w15:val="{30D4A69A-C88A-4D30-9EA9-A6DE9D6650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Lakeside HOSA Membership 2026-2027</dc:title>
  <dc:subject>Accessible editable HOSA membership flyer</dc:subject>
  <dc:creator>python-docx</dc:creator>
  <keywords/>
  <dc:description>generated by python-docx</dc:description>
  <lastModifiedBy>Elzey, Amanda</lastModifiedBy>
  <revision>30</revision>
  <dcterms:created xsi:type="dcterms:W3CDTF">2026-08-09T04:29:00.0000000Z</dcterms:created>
  <dcterms:modified xsi:type="dcterms:W3CDTF">2026-08-09T17:21:07.1664536Z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8ef07935-926a-4fd1-8978-39f32728efd8</vt:lpwstr>
  </property>
</Properties>
</file>