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1C8" w:rsidRDefault="001E159B">
      <w:pPr>
        <w:jc w:val="center"/>
      </w:pPr>
      <w:r>
        <w:rPr>
          <w:b/>
          <w:sz w:val="32"/>
        </w:rPr>
        <w:t>CHRISTMAS PAGEANT</w:t>
      </w:r>
    </w:p>
    <w:p w:rsidR="002541C8" w:rsidRDefault="001E159B">
      <w:pPr>
        <w:jc w:val="center"/>
      </w:pPr>
      <w:r>
        <w:rPr>
          <w:b/>
          <w:sz w:val="22"/>
        </w:rPr>
        <w:t>STAGE INTRODUCTION FORM</w:t>
      </w:r>
    </w:p>
    <w:p w:rsidR="002541C8" w:rsidRDefault="001E159B">
      <w:pPr>
        <w:spacing w:before="100" w:after="80"/>
      </w:pPr>
      <w:r>
        <w:rPr>
          <w:b/>
          <w:sz w:val="22"/>
        </w:rPr>
        <w:t>SECTION 1: CONTESTANT INFORMATION</w:t>
      </w:r>
    </w:p>
    <w:p w:rsidR="002541C8" w:rsidRDefault="001E159B" w:rsidP="00AE49B7">
      <w:pPr>
        <w:keepNext/>
        <w:spacing w:after="20"/>
      </w:pPr>
      <w:r>
        <w:rPr>
          <w:b/>
        </w:rPr>
        <w:t>Contestant's Name:</w:t>
      </w:r>
      <w:r w:rsidR="00AE49B7">
        <w:rPr>
          <w:b/>
        </w:rPr>
        <w:t xml:space="preserve"> </w:t>
      </w:r>
      <w:r>
        <w:t>_____________________________________________________________</w:t>
      </w:r>
      <w:r w:rsidR="00AE49B7">
        <w:t>_______</w:t>
      </w:r>
    </w:p>
    <w:p w:rsidR="002541C8" w:rsidRDefault="001E159B" w:rsidP="00AE49B7">
      <w:pPr>
        <w:keepNext/>
        <w:spacing w:after="20"/>
      </w:pPr>
      <w:r>
        <w:rPr>
          <w:b/>
        </w:rPr>
        <w:t>Parent/Guardian's Name:</w:t>
      </w:r>
      <w:r w:rsidR="00BB7E75">
        <w:rPr>
          <w:b/>
        </w:rPr>
        <w:t xml:space="preserve"> </w:t>
      </w:r>
      <w:r>
        <w:t>_________________________________________________</w:t>
      </w:r>
      <w:r w:rsidR="00AE49B7">
        <w:t>_______________</w:t>
      </w:r>
    </w:p>
    <w:p w:rsidR="002541C8" w:rsidRDefault="001E159B">
      <w:pPr>
        <w:spacing w:after="80"/>
      </w:pPr>
      <w:r>
        <w:rPr>
          <w:b/>
        </w:rPr>
        <w:t xml:space="preserve">Grade: </w:t>
      </w:r>
      <w:r>
        <w:t xml:space="preserve">__________________________    </w:t>
      </w:r>
      <w:r>
        <w:rPr>
          <w:b/>
        </w:rPr>
        <w:t xml:space="preserve">School: </w:t>
      </w:r>
      <w:r>
        <w:t>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Name of Person Assisting Contestant in the Dressing Area: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022681" w:rsidRDefault="001E159B" w:rsidP="00022681">
      <w:pPr>
        <w:spacing w:after="100"/>
        <w:rPr>
          <w:i/>
        </w:rPr>
      </w:pPr>
      <w:bookmarkStart w:id="0" w:name="_Hlk244127642"/>
      <w:r>
        <w:rPr>
          <w:b/>
          <w:sz w:val="22"/>
        </w:rPr>
        <w:t xml:space="preserve">SECTION </w:t>
      </w:r>
      <w:r w:rsidR="00022681">
        <w:rPr>
          <w:b/>
        </w:rPr>
        <w:t xml:space="preserve">Dressing Area Policy: </w:t>
      </w:r>
      <w:r w:rsidR="00022681">
        <w:rPr>
          <w:i/>
        </w:rPr>
        <w:t xml:space="preserve">Each contestant may have ONE designated person to assist them in the dressing area. </w:t>
      </w:r>
    </w:p>
    <w:p w:rsidR="00022681" w:rsidRPr="00AE49B7" w:rsidRDefault="00022681" w:rsidP="00022681">
      <w:pPr>
        <w:spacing w:after="100"/>
        <w:rPr>
          <w:b/>
          <w:sz w:val="22"/>
        </w:rPr>
      </w:pPr>
      <w:r w:rsidRPr="00AE49B7">
        <w:rPr>
          <w:b/>
          <w:i/>
          <w:sz w:val="22"/>
        </w:rPr>
        <w:t>No males are permitted in the dressing</w:t>
      </w:r>
      <w:bookmarkStart w:id="1" w:name="_GoBack"/>
      <w:bookmarkEnd w:id="1"/>
      <w:r w:rsidRPr="00AE49B7">
        <w:rPr>
          <w:b/>
          <w:i/>
          <w:sz w:val="22"/>
        </w:rPr>
        <w:t xml:space="preserve"> area.</w:t>
      </w:r>
      <w:r>
        <w:rPr>
          <w:b/>
          <w:i/>
          <w:sz w:val="22"/>
        </w:rPr>
        <w:t xml:space="preserve"> No Exce</w:t>
      </w:r>
      <w:bookmarkEnd w:id="0"/>
      <w:r>
        <w:rPr>
          <w:b/>
          <w:i/>
          <w:sz w:val="22"/>
        </w:rPr>
        <w:t>ptions!</w:t>
      </w:r>
    </w:p>
    <w:p w:rsidR="002541C8" w:rsidRDefault="001E159B">
      <w:pPr>
        <w:keepNext/>
        <w:pBdr>
          <w:top w:val="double" w:sz="14" w:space="12" w:color="404040"/>
        </w:pBdr>
        <w:spacing w:before="680"/>
      </w:pPr>
      <w:r>
        <w:rPr>
          <w:b/>
          <w:sz w:val="22"/>
        </w:rPr>
        <w:t xml:space="preserve">2: CONTESTANT SPOTLIGHT </w:t>
      </w:r>
      <w:r>
        <w:rPr>
          <w:i/>
          <w:sz w:val="16"/>
        </w:rPr>
        <w:t>— Answering every question is not required; however, provide detailed responses to at least three questions so the emcee can highlight the contestant’s personality, interests, and accomplishments as she walks across the stage.</w:t>
      </w:r>
    </w:p>
    <w:p w:rsidR="002541C8" w:rsidRDefault="001E159B">
      <w:pPr>
        <w:keepNext/>
        <w:spacing w:after="20"/>
      </w:pPr>
      <w:r>
        <w:rPr>
          <w:b/>
        </w:rPr>
        <w:t>1. Hobbies, Favorite Activities, and/or Sports: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20"/>
      </w:pPr>
      <w:r>
        <w:rPr>
          <w:b/>
        </w:rPr>
        <w:t>Achievements and Honors (if applicable):</w:t>
      </w:r>
    </w:p>
    <w:p w:rsidR="002541C8" w:rsidRDefault="001E159B">
      <w:pPr>
        <w:spacing w:after="40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2. Favorite Subject in School: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3. What Do You Want to Be When You Grow Up?</w:t>
      </w:r>
      <w:r>
        <w:rPr>
          <w:i/>
          <w:sz w:val="18"/>
        </w:rPr>
        <w:t xml:space="preserve">  (Grades K–8)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4. What Are Your Plans After Graduating High School?</w:t>
      </w:r>
      <w:r>
        <w:rPr>
          <w:i/>
          <w:sz w:val="18"/>
        </w:rPr>
        <w:t xml:space="preserve">  (Grades 9–12)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5. What Is Your Favorite Christmas Tradition?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6. What Is Your Favorite Thing About Christmas?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keepNext/>
        <w:spacing w:after="20"/>
      </w:pPr>
      <w:r>
        <w:rPr>
          <w:b/>
        </w:rPr>
        <w:t>7. What Is Your Favorite Christmas Song?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p w:rsidR="002541C8" w:rsidRDefault="001E159B">
      <w:pPr>
        <w:spacing w:after="40" w:line="240" w:lineRule="auto"/>
      </w:pPr>
      <w:r>
        <w:t>________________________________________________________________________________</w:t>
      </w:r>
    </w:p>
    <w:sectPr w:rsidR="002541C8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25C" w:rsidRDefault="0025325C">
      <w:pPr>
        <w:spacing w:after="0" w:line="240" w:lineRule="auto"/>
      </w:pPr>
      <w:r>
        <w:separator/>
      </w:r>
    </w:p>
  </w:endnote>
  <w:endnote w:type="continuationSeparator" w:id="0">
    <w:p w:rsidR="0025325C" w:rsidRDefault="00253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41C8" w:rsidRDefault="001E159B">
    <w:pPr>
      <w:pStyle w:val="Footer"/>
      <w:jc w:val="center"/>
    </w:pPr>
    <w:r>
      <w:rPr>
        <w:i/>
        <w:sz w:val="16"/>
      </w:rPr>
      <w:t>Thank you for participating in our Christmas Pageant!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25C" w:rsidRDefault="0025325C">
      <w:pPr>
        <w:spacing w:after="0" w:line="240" w:lineRule="auto"/>
      </w:pPr>
      <w:r>
        <w:separator/>
      </w:r>
    </w:p>
  </w:footnote>
  <w:footnote w:type="continuationSeparator" w:id="0">
    <w:p w:rsidR="0025325C" w:rsidRDefault="00253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681"/>
    <w:rsid w:val="00034616"/>
    <w:rsid w:val="0006063C"/>
    <w:rsid w:val="0015074B"/>
    <w:rsid w:val="00162AC5"/>
    <w:rsid w:val="001E159B"/>
    <w:rsid w:val="0025325C"/>
    <w:rsid w:val="002541C8"/>
    <w:rsid w:val="0029639D"/>
    <w:rsid w:val="002D0361"/>
    <w:rsid w:val="00326F90"/>
    <w:rsid w:val="007E3685"/>
    <w:rsid w:val="00A044D2"/>
    <w:rsid w:val="00AA1C7E"/>
    <w:rsid w:val="00AA1D8D"/>
    <w:rsid w:val="00AE49B7"/>
    <w:rsid w:val="00B47730"/>
    <w:rsid w:val="00BB7E7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0B6B70"/>
  <w14:defaultImageDpi w14:val="300"/>
  <w15:docId w15:val="{88A1D01D-942B-4C43-B7D1-9732D032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297F30-E2BA-4AFC-81A7-8CB19F67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Callie Singleton</cp:lastModifiedBy>
  <cp:revision>4</cp:revision>
  <dcterms:created xsi:type="dcterms:W3CDTF">2026-10-29T13:22:00Z</dcterms:created>
  <dcterms:modified xsi:type="dcterms:W3CDTF">2026-10-30T15:18:00Z</dcterms:modified>
  <cp:category/>
</cp:coreProperties>
</file>