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4C05" w:rsidRDefault="00C30276">
      <w:pPr>
        <w:spacing w:after="40"/>
        <w:jc w:val="center"/>
        <w:rPr>
          <w:rFonts w:hint="eastAsia"/>
          <w:b/>
          <w:color w:val="4B286D"/>
          <w:sz w:val="24"/>
          <w:szCs w:val="24"/>
        </w:rPr>
      </w:pPr>
      <w:r w:rsidRPr="00C14C05">
        <w:rPr>
          <w:b/>
          <w:color w:val="4B286D"/>
          <w:sz w:val="24"/>
          <w:szCs w:val="24"/>
        </w:rPr>
        <w:t>ELGIN INDEPENDENT SCHOOL DISTRICT</w:t>
      </w:r>
      <w:r w:rsidR="00C14C05">
        <w:rPr>
          <w:b/>
          <w:color w:val="4B286D"/>
          <w:sz w:val="24"/>
          <w:szCs w:val="24"/>
        </w:rPr>
        <w:t xml:space="preserve"> </w:t>
      </w:r>
    </w:p>
    <w:p w:rsidR="00E529CE" w:rsidRPr="00C14C05" w:rsidRDefault="00C30276">
      <w:pPr>
        <w:spacing w:after="40"/>
        <w:jc w:val="center"/>
        <w:rPr>
          <w:rFonts w:hint="eastAsia"/>
          <w:sz w:val="24"/>
          <w:szCs w:val="24"/>
        </w:rPr>
      </w:pPr>
      <w:r w:rsidRPr="00C14C05">
        <w:rPr>
          <w:b/>
          <w:color w:val="4B286D"/>
          <w:sz w:val="24"/>
          <w:szCs w:val="24"/>
        </w:rPr>
        <w:t>ANNUAL GASB SURVEY</w:t>
      </w:r>
    </w:p>
    <w:p w:rsidR="00E529CE" w:rsidRDefault="00C30276">
      <w:pPr>
        <w:spacing w:after="80"/>
        <w:jc w:val="center"/>
        <w:rPr>
          <w:rFonts w:hint="eastAsia"/>
        </w:rPr>
      </w:pPr>
      <w:r>
        <w:rPr>
          <w:i/>
        </w:rPr>
        <w:t>Financial support from booster clubs, PTAs, parent organizations, foundations, and other supporting organizations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E529CE">
        <w:trPr>
          <w:jc w:val="center"/>
        </w:trPr>
        <w:tc>
          <w:tcPr>
            <w:tcW w:w="10368" w:type="dxa"/>
            <w:shd w:val="clear" w:color="auto" w:fill="FFF4CC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E529CE" w:rsidRDefault="00C30276" w:rsidP="00C14C05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</w:rPr>
              <w:t>Submit to the Elgin ISD Business Office Annually by June 15 with the annual financial package.</w:t>
            </w:r>
          </w:p>
        </w:tc>
      </w:tr>
    </w:tbl>
    <w:p w:rsidR="00E529CE" w:rsidRDefault="00C30276" w:rsidP="00C14C05">
      <w:pPr>
        <w:spacing w:after="0"/>
        <w:rPr>
          <w:rFonts w:hint="eastAsia"/>
        </w:rPr>
      </w:pPr>
      <w:r>
        <w:t>Purpose: Elgin ISD uses this information with its auditors to evaluate whether a legally separate supporting organization must be considered in the District’s financial reporting under applicable governmental accounting standards. Completion of this survey does not by itself determine component-unit status.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E529CE">
        <w:trPr>
          <w:jc w:val="center"/>
        </w:trPr>
        <w:tc>
          <w:tcPr>
            <w:tcW w:w="10368" w:type="dxa"/>
            <w:shd w:val="clear" w:color="auto" w:fill="4B286D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E529CE" w:rsidRDefault="00C30276" w:rsidP="00C14C0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</w:rPr>
              <w:t>ORGANIZATION INFORMATION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84"/>
        <w:gridCol w:w="5184"/>
      </w:tblGrid>
      <w:tr w:rsidR="00E529CE">
        <w:trPr>
          <w:jc w:val="center"/>
        </w:trPr>
        <w:tc>
          <w:tcPr>
            <w:tcW w:w="5184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:rsidR="00E529CE" w:rsidRDefault="00C30276">
            <w:pPr>
              <w:rPr>
                <w:rFonts w:hint="eastAsia"/>
              </w:rPr>
            </w:pPr>
            <w:r>
              <w:rPr>
                <w:b/>
              </w:rPr>
              <w:t xml:space="preserve">Organization Name: </w:t>
            </w:r>
            <w:r>
              <w:t>______________________________</w:t>
            </w:r>
            <w:r w:rsidR="00142A13">
              <w:t>_____________</w:t>
            </w:r>
          </w:p>
        </w:tc>
        <w:tc>
          <w:tcPr>
            <w:tcW w:w="5184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:rsidR="00E529CE" w:rsidRDefault="00C30276">
            <w:pPr>
              <w:rPr>
                <w:rFonts w:hint="eastAsia"/>
              </w:rPr>
            </w:pPr>
            <w:r>
              <w:rPr>
                <w:b/>
              </w:rPr>
              <w:t xml:space="preserve">Campus / Program Supported: </w:t>
            </w:r>
            <w:r>
              <w:t>______________________________</w:t>
            </w:r>
          </w:p>
        </w:tc>
      </w:tr>
      <w:tr w:rsidR="00E529CE">
        <w:trPr>
          <w:jc w:val="center"/>
        </w:trPr>
        <w:tc>
          <w:tcPr>
            <w:tcW w:w="5184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:rsidR="00E529CE" w:rsidRDefault="00C30276">
            <w:pPr>
              <w:rPr>
                <w:rFonts w:hint="eastAsia"/>
              </w:rPr>
            </w:pPr>
            <w:r>
              <w:rPr>
                <w:b/>
              </w:rPr>
              <w:t xml:space="preserve">EIN: </w:t>
            </w:r>
            <w:r>
              <w:t>______________________________</w:t>
            </w:r>
          </w:p>
        </w:tc>
        <w:tc>
          <w:tcPr>
            <w:tcW w:w="5184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:rsidR="00E529CE" w:rsidRDefault="00C14C05">
            <w:pPr>
              <w:rPr>
                <w:rFonts w:hint="eastAsia"/>
              </w:rPr>
            </w:pPr>
            <w:r>
              <w:rPr>
                <w:b/>
              </w:rPr>
              <w:t>Primary Contact</w:t>
            </w:r>
            <w:r w:rsidR="00C30276">
              <w:rPr>
                <w:b/>
              </w:rPr>
              <w:t xml:space="preserve">: </w:t>
            </w:r>
            <w:r w:rsidR="00C30276">
              <w:t>______________________________</w:t>
            </w:r>
            <w:r w:rsidR="00142A13">
              <w:t>_____________</w:t>
            </w:r>
          </w:p>
        </w:tc>
      </w:tr>
      <w:tr w:rsidR="00E529CE">
        <w:trPr>
          <w:jc w:val="center"/>
        </w:trPr>
        <w:tc>
          <w:tcPr>
            <w:tcW w:w="5184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:rsidR="00E529CE" w:rsidRDefault="00C30276">
            <w:pPr>
              <w:rPr>
                <w:rFonts w:hint="eastAsia"/>
              </w:rPr>
            </w:pPr>
            <w:r>
              <w:rPr>
                <w:b/>
              </w:rPr>
              <w:t xml:space="preserve">Fiscal Year: </w:t>
            </w:r>
            <w:r>
              <w:t>______________________________</w:t>
            </w:r>
          </w:p>
        </w:tc>
        <w:tc>
          <w:tcPr>
            <w:tcW w:w="5184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:rsidR="00E529CE" w:rsidRDefault="00C14C05">
            <w:pPr>
              <w:rPr>
                <w:rFonts w:hint="eastAsia"/>
              </w:rPr>
            </w:pPr>
            <w:r>
              <w:rPr>
                <w:b/>
              </w:rPr>
              <w:t>Phone: _________________</w:t>
            </w:r>
            <w:r w:rsidR="00142A13">
              <w:rPr>
                <w:b/>
              </w:rPr>
              <w:t>_______</w:t>
            </w:r>
            <w:proofErr w:type="gramStart"/>
            <w:r w:rsidR="00142A13">
              <w:rPr>
                <w:b/>
              </w:rPr>
              <w:t>_</w:t>
            </w:r>
            <w:r>
              <w:rPr>
                <w:b/>
              </w:rPr>
              <w:t xml:space="preserve">  </w:t>
            </w:r>
            <w:r w:rsidR="006421D4">
              <w:rPr>
                <w:b/>
              </w:rPr>
              <w:t>Email</w:t>
            </w:r>
            <w:proofErr w:type="gramEnd"/>
            <w:r w:rsidR="006421D4">
              <w:rPr>
                <w:b/>
              </w:rPr>
              <w:t xml:space="preserve">: </w:t>
            </w:r>
            <w:r w:rsidR="006421D4">
              <w:rPr>
                <w:rFonts w:hint="eastAsia"/>
                <w:b/>
              </w:rPr>
              <w:t>_</w:t>
            </w:r>
            <w:r>
              <w:rPr>
                <w:b/>
              </w:rPr>
              <w:t>________________________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E529CE">
        <w:trPr>
          <w:jc w:val="center"/>
        </w:trPr>
        <w:tc>
          <w:tcPr>
            <w:tcW w:w="10368" w:type="dxa"/>
            <w:shd w:val="clear" w:color="auto" w:fill="4B286D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E529CE" w:rsidRDefault="00C30276" w:rsidP="00C14C0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</w:rPr>
              <w:t>ORGANIZATION &amp; GOVERNANCE</w:t>
            </w:r>
          </w:p>
        </w:tc>
      </w:tr>
    </w:tbl>
    <w:p w:rsidR="00E529CE" w:rsidRDefault="00C30276" w:rsidP="00C14C05">
      <w:pPr>
        <w:spacing w:line="240" w:lineRule="auto"/>
        <w:rPr>
          <w:rFonts w:hint="eastAsia"/>
        </w:rPr>
      </w:pPr>
      <w:r>
        <w:t xml:space="preserve">Describe the organization’s purpose and </w:t>
      </w:r>
      <w:r w:rsidR="00C14C05">
        <w:t xml:space="preserve">activities: </w:t>
      </w:r>
      <w:r w:rsidR="00C14C05">
        <w:rPr>
          <w:rFonts w:hint="eastAsia"/>
        </w:rPr>
        <w:t>_</w:t>
      </w:r>
      <w:r>
        <w:t>_____________________________________________________________________________</w:t>
      </w:r>
    </w:p>
    <w:p w:rsidR="00E529CE" w:rsidRDefault="00C30276" w:rsidP="00C14C05">
      <w:pPr>
        <w:spacing w:line="240" w:lineRule="auto"/>
        <w:rPr>
          <w:rFonts w:hint="eastAsia"/>
        </w:rPr>
      </w:pPr>
      <w:r>
        <w:t>Is the organization legally separate from Elgin ISD?  ☐ Yes ☐ No</w:t>
      </w:r>
    </w:p>
    <w:p w:rsidR="00E529CE" w:rsidRDefault="00C30276" w:rsidP="00C14C05">
      <w:pPr>
        <w:spacing w:line="240" w:lineRule="auto"/>
        <w:rPr>
          <w:rFonts w:hint="eastAsia"/>
        </w:rPr>
      </w:pPr>
      <w:r>
        <w:t>Does Elgin ISD appoint a voting majority of the organization’s governing body?  ☐ Yes ☐ No</w:t>
      </w:r>
    </w:p>
    <w:p w:rsidR="00E529CE" w:rsidRDefault="00C30276" w:rsidP="00C14C05">
      <w:pPr>
        <w:spacing w:line="240" w:lineRule="auto"/>
        <w:rPr>
          <w:rFonts w:hint="eastAsia"/>
        </w:rPr>
      </w:pPr>
      <w:r>
        <w:t>Can Elgin ISD impose its will on the organization or otherwise significantly influence its operations?  ☐ Yes ☐ No</w:t>
      </w:r>
    </w:p>
    <w:p w:rsidR="00E529CE" w:rsidRDefault="00C30276" w:rsidP="00C14C05">
      <w:pPr>
        <w:spacing w:line="240" w:lineRule="auto"/>
        <w:rPr>
          <w:rFonts w:hint="eastAsia"/>
        </w:rPr>
      </w:pPr>
      <w:r>
        <w:t>Is the organization financially accountable to or dependent on Elgin ISD beyond ordinary campus affiliation?  ☐ Yes ☐ No</w:t>
      </w:r>
    </w:p>
    <w:p w:rsidR="00C14C05" w:rsidRDefault="00C30276" w:rsidP="00C14C05">
      <w:pPr>
        <w:spacing w:after="0" w:line="240" w:lineRule="auto"/>
        <w:rPr>
          <w:rFonts w:hint="eastAsia"/>
        </w:rPr>
      </w:pPr>
      <w:r>
        <w:t xml:space="preserve">Are there other relationships that could make exclusion from Elgin ISD financial statements misleading?  ☐ Yes ☐ No  </w:t>
      </w:r>
    </w:p>
    <w:p w:rsidR="00E529CE" w:rsidRDefault="00C30276" w:rsidP="00C14C05">
      <w:pPr>
        <w:spacing w:line="240" w:lineRule="auto"/>
        <w:rPr>
          <w:rFonts w:hint="eastAsia"/>
        </w:rPr>
      </w:pPr>
      <w:r w:rsidRPr="00C14C05">
        <w:rPr>
          <w:i/>
        </w:rPr>
        <w:t xml:space="preserve">If yes, </w:t>
      </w:r>
      <w:r w:rsidR="006421D4" w:rsidRPr="00C14C05">
        <w:rPr>
          <w:i/>
        </w:rPr>
        <w:t>explain:</w:t>
      </w:r>
      <w:r w:rsidR="006421D4">
        <w:t xml:space="preserve"> </w:t>
      </w:r>
      <w:r w:rsidR="006421D4">
        <w:rPr>
          <w:rFonts w:hint="eastAsia"/>
        </w:rPr>
        <w:t>_</w:t>
      </w:r>
      <w:r>
        <w:t>______________________________________________________________________________________________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E529CE">
        <w:trPr>
          <w:jc w:val="center"/>
        </w:trPr>
        <w:tc>
          <w:tcPr>
            <w:tcW w:w="10368" w:type="dxa"/>
            <w:shd w:val="clear" w:color="auto" w:fill="4B286D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E529CE" w:rsidRDefault="00C30276" w:rsidP="00C14C0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</w:rPr>
              <w:t>FINANCIAL INFORMATION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90"/>
        <w:gridCol w:w="5778"/>
      </w:tblGrid>
      <w:tr w:rsidR="00E529CE" w:rsidTr="00C14C05">
        <w:trPr>
          <w:jc w:val="center"/>
        </w:trPr>
        <w:tc>
          <w:tcPr>
            <w:tcW w:w="4590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:rsidR="00E529CE" w:rsidRDefault="00C30276">
            <w:pPr>
              <w:rPr>
                <w:rFonts w:hint="eastAsia"/>
              </w:rPr>
            </w:pPr>
            <w:r>
              <w:rPr>
                <w:b/>
              </w:rPr>
              <w:t xml:space="preserve">Cash / Bank Balance at Fiscal Year-End: </w:t>
            </w:r>
            <w:r>
              <w:t>______________________________</w:t>
            </w:r>
          </w:p>
        </w:tc>
        <w:tc>
          <w:tcPr>
            <w:tcW w:w="5778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:rsidR="00E529CE" w:rsidRDefault="00C30276">
            <w:pPr>
              <w:rPr>
                <w:rFonts w:hint="eastAsia"/>
              </w:rPr>
            </w:pPr>
            <w:r>
              <w:rPr>
                <w:b/>
              </w:rPr>
              <w:t xml:space="preserve">Total Assets: </w:t>
            </w:r>
            <w:r>
              <w:t>______________________________</w:t>
            </w:r>
          </w:p>
        </w:tc>
      </w:tr>
      <w:tr w:rsidR="00E529CE" w:rsidTr="00C14C05">
        <w:trPr>
          <w:jc w:val="center"/>
        </w:trPr>
        <w:tc>
          <w:tcPr>
            <w:tcW w:w="4590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:rsidR="00E529CE" w:rsidRDefault="00C30276">
            <w:pPr>
              <w:rPr>
                <w:rFonts w:hint="eastAsia"/>
              </w:rPr>
            </w:pPr>
            <w:r>
              <w:rPr>
                <w:b/>
              </w:rPr>
              <w:t xml:space="preserve">Total Liabilities: </w:t>
            </w:r>
            <w:r>
              <w:t>______________________________</w:t>
            </w:r>
          </w:p>
        </w:tc>
        <w:tc>
          <w:tcPr>
            <w:tcW w:w="5778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:rsidR="00E529CE" w:rsidRDefault="00C30276">
            <w:pPr>
              <w:rPr>
                <w:rFonts w:hint="eastAsia"/>
              </w:rPr>
            </w:pPr>
            <w:r>
              <w:rPr>
                <w:b/>
              </w:rPr>
              <w:t>Total Annual Revenue / Gross Receipts:</w:t>
            </w:r>
            <w:r w:rsidR="00C14C05">
              <w:rPr>
                <w:b/>
              </w:rPr>
              <w:t xml:space="preserve">   </w:t>
            </w:r>
            <w:r>
              <w:t>____________________________</w:t>
            </w:r>
          </w:p>
        </w:tc>
      </w:tr>
      <w:tr w:rsidR="00E529CE" w:rsidTr="00C14C05">
        <w:trPr>
          <w:jc w:val="center"/>
        </w:trPr>
        <w:tc>
          <w:tcPr>
            <w:tcW w:w="4590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:rsidR="00E529CE" w:rsidRDefault="00C30276">
            <w:pPr>
              <w:rPr>
                <w:rFonts w:hint="eastAsia"/>
              </w:rPr>
            </w:pPr>
            <w:r>
              <w:rPr>
                <w:b/>
              </w:rPr>
              <w:t xml:space="preserve">Total Annual Expenses: </w:t>
            </w:r>
            <w:r>
              <w:t>______________________________</w:t>
            </w:r>
          </w:p>
        </w:tc>
        <w:tc>
          <w:tcPr>
            <w:tcW w:w="5778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:rsidR="00E529CE" w:rsidRDefault="00C30276">
            <w:pPr>
              <w:rPr>
                <w:rFonts w:hint="eastAsia"/>
              </w:rPr>
            </w:pPr>
            <w:r>
              <w:rPr>
                <w:b/>
              </w:rPr>
              <w:t xml:space="preserve">Total Contributions / Donations / Assets Provided to Elgin ISD: </w:t>
            </w:r>
            <w:r>
              <w:t>______________________________</w:t>
            </w:r>
            <w:r w:rsidR="00142A13">
              <w:t>_____________________________________________</w:t>
            </w:r>
          </w:p>
        </w:tc>
      </w:tr>
    </w:tbl>
    <w:p w:rsidR="00C14C05" w:rsidRDefault="00C30276" w:rsidP="00C14C05">
      <w:pPr>
        <w:spacing w:before="240"/>
        <w:rPr>
          <w:rFonts w:hint="eastAsia"/>
        </w:rPr>
      </w:pPr>
      <w:r>
        <w:t>Accounts held (bank, payment platform, investment, etc.): _________________________________________________________________</w:t>
      </w:r>
    </w:p>
    <w:p w:rsidR="00E529CE" w:rsidRDefault="00C30276" w:rsidP="00C14C05">
      <w:pPr>
        <w:rPr>
          <w:rFonts w:hint="eastAsia"/>
        </w:rPr>
      </w:pPr>
      <w:r>
        <w:t xml:space="preserve">IRS annual return filed for the reporting year:  </w:t>
      </w:r>
      <w:r w:rsidRPr="00B41147">
        <w:rPr>
          <w:rFonts w:ascii="Segoe UI Symbol" w:hAnsi="Segoe UI Symbol" w:cs="Segoe UI Symbol"/>
        </w:rPr>
        <w:t>☐</w:t>
      </w:r>
      <w:r>
        <w:t xml:space="preserve"> Form 990-N   </w:t>
      </w:r>
      <w:r w:rsidRPr="00B41147">
        <w:rPr>
          <w:rFonts w:ascii="Segoe UI Symbol" w:hAnsi="Segoe UI Symbol" w:cs="Segoe UI Symbol"/>
        </w:rPr>
        <w:t>☐</w:t>
      </w:r>
      <w:r>
        <w:t xml:space="preserve"> Form 990-EZ   </w:t>
      </w:r>
      <w:r w:rsidRPr="00B41147">
        <w:rPr>
          <w:rFonts w:ascii="Segoe UI Symbol" w:hAnsi="Segoe UI Symbol" w:cs="Segoe UI Symbol"/>
        </w:rPr>
        <w:t>☐</w:t>
      </w:r>
      <w:r>
        <w:t xml:space="preserve"> Form 990   </w:t>
      </w:r>
      <w:r w:rsidRPr="00B41147">
        <w:rPr>
          <w:rFonts w:ascii="Segoe UI Symbol" w:hAnsi="Segoe UI Symbol" w:cs="Segoe UI Symbol"/>
        </w:rPr>
        <w:t>☐</w:t>
      </w:r>
      <w:r>
        <w:t xml:space="preserve"> Other/Not Required</w:t>
      </w:r>
      <w:r>
        <w:br/>
      </w:r>
      <w:r w:rsidRPr="00B41147">
        <w:rPr>
          <w:i/>
        </w:rPr>
        <w:t>Do not rely on the former $25,000 threshold; current IRS filing requirements depend on the organization’s gross receipts and circumstances.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E529CE">
        <w:trPr>
          <w:jc w:val="center"/>
        </w:trPr>
        <w:tc>
          <w:tcPr>
            <w:tcW w:w="10368" w:type="dxa"/>
            <w:shd w:val="clear" w:color="auto" w:fill="4B286D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E529CE" w:rsidRDefault="00C30276" w:rsidP="00C14C0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</w:rPr>
              <w:t>REQUIRED ATTACHMENTS</w:t>
            </w:r>
          </w:p>
        </w:tc>
      </w:tr>
    </w:tbl>
    <w:p w:rsidR="00E529CE" w:rsidRDefault="00C30276" w:rsidP="00C14C05">
      <w:pPr>
        <w:spacing w:after="0"/>
        <w:rPr>
          <w:rFonts w:hint="eastAsia"/>
        </w:rPr>
      </w:pPr>
      <w:r>
        <w:t>☐ Fiscal year bank statement and reconciliation and Audit report</w:t>
      </w:r>
      <w:r>
        <w:br/>
        <w:t>☐ Current officer list</w:t>
      </w:r>
      <w:r w:rsidR="00B41147">
        <w:t xml:space="preserve"> and contact information</w:t>
      </w:r>
      <w:r>
        <w:br/>
        <w:t xml:space="preserve">Other information </w:t>
      </w:r>
      <w:r w:rsidR="00B41147">
        <w:t xml:space="preserve">may be </w:t>
      </w:r>
      <w:r>
        <w:t>requested by Elgin ISD or its external auditors</w:t>
      </w:r>
      <w:r w:rsidR="00B41147">
        <w:t xml:space="preserve"> including but not limited to IRS annual filing review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E529CE">
        <w:trPr>
          <w:jc w:val="center"/>
        </w:trPr>
        <w:tc>
          <w:tcPr>
            <w:tcW w:w="10368" w:type="dxa"/>
            <w:shd w:val="clear" w:color="auto" w:fill="4B286D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E529CE" w:rsidRDefault="00C30276" w:rsidP="00C14C05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</w:rPr>
              <w:t>CERTIFICATION</w:t>
            </w:r>
          </w:p>
        </w:tc>
      </w:tr>
    </w:tbl>
    <w:p w:rsidR="00E529CE" w:rsidRDefault="00C30276">
      <w:pPr>
        <w:spacing w:after="100"/>
        <w:rPr>
          <w:rFonts w:hint="eastAsia"/>
        </w:rPr>
      </w:pPr>
      <w:r>
        <w:t>We certify that the information provided is complete and accurate to the best of our knowledge and that supporting records are available for District or auditor review.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90"/>
        <w:gridCol w:w="3780"/>
        <w:gridCol w:w="1898"/>
      </w:tblGrid>
      <w:tr w:rsidR="00E529CE" w:rsidTr="00142A13">
        <w:trPr>
          <w:jc w:val="center"/>
        </w:trPr>
        <w:tc>
          <w:tcPr>
            <w:tcW w:w="459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E529CE" w:rsidRDefault="00C30276">
            <w:pPr>
              <w:rPr>
                <w:rFonts w:hint="eastAsia"/>
              </w:rPr>
            </w:pPr>
            <w:r>
              <w:t>President</w:t>
            </w:r>
            <w:r w:rsidR="00142A13">
              <w:t xml:space="preserve"> </w:t>
            </w:r>
            <w:r w:rsidR="00142A13">
              <w:t>Name</w:t>
            </w:r>
            <w:r>
              <w:t>–Print: ______________________</w:t>
            </w:r>
            <w:r w:rsidR="00142A13">
              <w:t>__________</w:t>
            </w:r>
          </w:p>
        </w:tc>
        <w:tc>
          <w:tcPr>
            <w:tcW w:w="37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E529CE" w:rsidRDefault="00C30276">
            <w:pPr>
              <w:rPr>
                <w:rFonts w:hint="eastAsia"/>
              </w:rPr>
            </w:pPr>
            <w:r>
              <w:t>Signature: _____________________</w:t>
            </w:r>
            <w:r w:rsidR="00C14C05">
              <w:t>______________</w:t>
            </w:r>
            <w:r>
              <w:t>_</w:t>
            </w:r>
          </w:p>
        </w:tc>
        <w:tc>
          <w:tcPr>
            <w:tcW w:w="189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E529CE" w:rsidRDefault="00C30276">
            <w:pPr>
              <w:rPr>
                <w:rFonts w:hint="eastAsia"/>
              </w:rPr>
            </w:pPr>
            <w:r>
              <w:t>Date: ______________</w:t>
            </w:r>
            <w:r w:rsidR="00142A13">
              <w:t>___</w:t>
            </w:r>
          </w:p>
        </w:tc>
      </w:tr>
      <w:tr w:rsidR="00E529CE" w:rsidTr="00142A13">
        <w:trPr>
          <w:jc w:val="center"/>
        </w:trPr>
        <w:tc>
          <w:tcPr>
            <w:tcW w:w="459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E529CE" w:rsidRDefault="00C30276">
            <w:pPr>
              <w:rPr>
                <w:rFonts w:hint="eastAsia"/>
              </w:rPr>
            </w:pPr>
            <w:r>
              <w:t>Treasurer</w:t>
            </w:r>
            <w:r w:rsidR="00142A13">
              <w:t xml:space="preserve"> </w:t>
            </w:r>
            <w:r w:rsidR="00142A13">
              <w:t>Name</w:t>
            </w:r>
            <w:r>
              <w:t>–Print: ______________________</w:t>
            </w:r>
            <w:r w:rsidR="00142A13">
              <w:t>__________</w:t>
            </w:r>
          </w:p>
        </w:tc>
        <w:tc>
          <w:tcPr>
            <w:tcW w:w="37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E529CE" w:rsidRDefault="00C30276">
            <w:pPr>
              <w:rPr>
                <w:rFonts w:hint="eastAsia"/>
              </w:rPr>
            </w:pPr>
            <w:r>
              <w:t>Signature: _________________</w:t>
            </w:r>
            <w:r w:rsidR="00C14C05">
              <w:t>______________</w:t>
            </w:r>
            <w:r>
              <w:t>_____</w:t>
            </w:r>
          </w:p>
        </w:tc>
        <w:tc>
          <w:tcPr>
            <w:tcW w:w="189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E529CE" w:rsidRDefault="00C30276">
            <w:pPr>
              <w:rPr>
                <w:rFonts w:hint="eastAsia"/>
              </w:rPr>
            </w:pPr>
            <w:r>
              <w:t>Date: ______________</w:t>
            </w:r>
            <w:r w:rsidR="00142A13">
              <w:t>___</w:t>
            </w:r>
            <w:bookmarkStart w:id="0" w:name="_GoBack"/>
            <w:bookmarkEnd w:id="0"/>
          </w:p>
        </w:tc>
      </w:tr>
    </w:tbl>
    <w:p w:rsidR="003525DF" w:rsidRDefault="003525DF">
      <w:pPr>
        <w:rPr>
          <w:rFonts w:hint="eastAsia"/>
        </w:rPr>
      </w:pPr>
    </w:p>
    <w:sectPr w:rsidR="003525DF" w:rsidSect="00034616">
      <w:footerReference w:type="default" r:id="rId8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25DF" w:rsidRDefault="00C30276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3525DF" w:rsidRDefault="00C30276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29CE" w:rsidRPr="00142A13" w:rsidRDefault="00C14C05" w:rsidP="00C14C05">
    <w:pPr>
      <w:pStyle w:val="Footer"/>
      <w:rPr>
        <w:rFonts w:ascii="Arial" w:hAnsi="Arial" w:cs="Arial"/>
      </w:rPr>
    </w:pPr>
    <w:r w:rsidRPr="00142A13">
      <w:rPr>
        <w:rFonts w:ascii="Arial" w:hAnsi="Arial" w:cs="Arial"/>
        <w:sz w:val="18"/>
      </w:rPr>
      <w:t xml:space="preserve">Revised </w:t>
    </w:r>
    <w:r w:rsidR="00142A13" w:rsidRPr="00142A13">
      <w:rPr>
        <w:rFonts w:ascii="Arial" w:hAnsi="Arial" w:cs="Arial"/>
        <w:sz w:val="18"/>
      </w:rPr>
      <w:t xml:space="preserve">September </w:t>
    </w:r>
    <w:r w:rsidRPr="00142A13">
      <w:rPr>
        <w:rFonts w:ascii="Arial" w:hAnsi="Arial" w:cs="Arial"/>
        <w:sz w:val="18"/>
      </w:rPr>
      <w:t>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25DF" w:rsidRDefault="00C30276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3525DF" w:rsidRDefault="00C30276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0B03CF5"/>
    <w:multiLevelType w:val="hybridMultilevel"/>
    <w:tmpl w:val="6F28D6AE"/>
    <w:lvl w:ilvl="0" w:tplc="7E7CD12E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2A13"/>
    <w:rsid w:val="0015074B"/>
    <w:rsid w:val="0029639D"/>
    <w:rsid w:val="00326F90"/>
    <w:rsid w:val="003525DF"/>
    <w:rsid w:val="006421D4"/>
    <w:rsid w:val="00AA1D8D"/>
    <w:rsid w:val="00B41147"/>
    <w:rsid w:val="00B47730"/>
    <w:rsid w:val="00C14C05"/>
    <w:rsid w:val="00C30276"/>
    <w:rsid w:val="00CB0664"/>
    <w:rsid w:val="00E529C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5AC1B3"/>
  <w14:defaultImageDpi w14:val="300"/>
  <w15:docId w15:val="{545E9F4E-EC0E-41D4-A10A-3A703E526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BC0B7BE-2482-4FFE-90C1-9CD767F16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484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Patricia Parks</cp:lastModifiedBy>
  <cp:revision>2</cp:revision>
  <dcterms:created xsi:type="dcterms:W3CDTF">2026-09-29T21:49:00Z</dcterms:created>
  <dcterms:modified xsi:type="dcterms:W3CDTF">2026-09-29T21:49:00Z</dcterms:modified>
  <cp:category/>
</cp:coreProperties>
</file>