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AD1" w:rsidRPr="00D45C60" w:rsidRDefault="00D45C60">
      <w:pPr>
        <w:spacing w:after="40"/>
        <w:jc w:val="center"/>
        <w:rPr>
          <w:rFonts w:hint="eastAsia"/>
          <w:sz w:val="24"/>
          <w:szCs w:val="24"/>
        </w:rPr>
      </w:pPr>
      <w:r w:rsidRPr="00D45C60">
        <w:rPr>
          <w:b/>
          <w:color w:val="4B286D"/>
          <w:sz w:val="24"/>
          <w:szCs w:val="24"/>
        </w:rPr>
        <w:t>ELGIN INDEPENDENT SCHOOL DISTRICT</w:t>
      </w:r>
    </w:p>
    <w:p w:rsidR="007A7AD1" w:rsidRPr="00D45C60" w:rsidRDefault="00320FE0">
      <w:pPr>
        <w:spacing w:after="40"/>
        <w:jc w:val="center"/>
        <w:rPr>
          <w:rFonts w:hint="eastAsia"/>
          <w:sz w:val="24"/>
          <w:szCs w:val="24"/>
        </w:rPr>
      </w:pPr>
      <w:r w:rsidRPr="00D45C60">
        <w:rPr>
          <w:b/>
          <w:color w:val="4B286D"/>
          <w:sz w:val="24"/>
          <w:szCs w:val="24"/>
        </w:rPr>
        <w:t xml:space="preserve">ANNUAL </w:t>
      </w:r>
      <w:r w:rsidR="00D45C60" w:rsidRPr="00D45C60">
        <w:rPr>
          <w:b/>
          <w:color w:val="4B286D"/>
          <w:sz w:val="24"/>
          <w:szCs w:val="24"/>
        </w:rPr>
        <w:t xml:space="preserve">BYLAW </w:t>
      </w:r>
      <w:r w:rsidRPr="00D45C60">
        <w:rPr>
          <w:b/>
          <w:color w:val="4B286D"/>
          <w:sz w:val="24"/>
          <w:szCs w:val="24"/>
        </w:rPr>
        <w:t>UPDATE AND CERTIFICATION</w:t>
      </w:r>
    </w:p>
    <w:tbl>
      <w:tblPr>
        <w:tblW w:w="10494" w:type="dxa"/>
        <w:jc w:val="center"/>
        <w:tblLayout w:type="fixed"/>
        <w:tblLook w:val="04A0" w:firstRow="1" w:lastRow="0" w:firstColumn="1" w:lastColumn="0" w:noHBand="0" w:noVBand="1"/>
      </w:tblPr>
      <w:tblGrid>
        <w:gridCol w:w="10368"/>
        <w:gridCol w:w="126"/>
      </w:tblGrid>
      <w:tr w:rsidR="007A7AD1" w:rsidTr="003215D1">
        <w:trPr>
          <w:gridAfter w:val="1"/>
          <w:wAfter w:w="126" w:type="dxa"/>
          <w:trHeight w:val="307"/>
          <w:jc w:val="center"/>
        </w:trPr>
        <w:tc>
          <w:tcPr>
            <w:tcW w:w="10368" w:type="dxa"/>
            <w:shd w:val="clear" w:color="auto" w:fill="FFF4CC"/>
            <w:tcMar>
              <w:top w:w="80" w:type="dxa"/>
              <w:left w:w="100" w:type="dxa"/>
              <w:bottom w:w="80" w:type="dxa"/>
              <w:right w:w="100" w:type="dxa"/>
            </w:tcMar>
          </w:tcPr>
          <w:p w:rsidR="00D45C60" w:rsidRPr="00D45C60" w:rsidRDefault="00320FE0" w:rsidP="00D45C60">
            <w:pPr>
              <w:spacing w:after="0"/>
              <w:jc w:val="center"/>
              <w:rPr>
                <w:rFonts w:hint="eastAsia"/>
                <w:b/>
              </w:rPr>
            </w:pPr>
            <w:r>
              <w:rPr>
                <w:b/>
              </w:rPr>
              <w:t>Annual</w:t>
            </w:r>
            <w:r w:rsidR="00D45C60">
              <w:rPr>
                <w:b/>
              </w:rPr>
              <w:t xml:space="preserve"> submission due to the Elgin ISD Business Office by October 1</w:t>
            </w:r>
            <w:r>
              <w:rPr>
                <w:b/>
              </w:rPr>
              <w:t>.</w:t>
            </w:r>
          </w:p>
        </w:tc>
      </w:tr>
      <w:tr w:rsidR="007A7AD1" w:rsidTr="003215D1">
        <w:trPr>
          <w:jc w:val="center"/>
        </w:trPr>
        <w:tc>
          <w:tcPr>
            <w:tcW w:w="10494" w:type="dxa"/>
            <w:gridSpan w:val="2"/>
            <w:shd w:val="clear" w:color="auto" w:fill="4B286D"/>
            <w:tcMar>
              <w:top w:w="70" w:type="dxa"/>
              <w:left w:w="100" w:type="dxa"/>
              <w:bottom w:w="70" w:type="dxa"/>
              <w:right w:w="100" w:type="dxa"/>
            </w:tcMar>
          </w:tcPr>
          <w:p w:rsidR="007A7AD1" w:rsidRDefault="00D45C60" w:rsidP="00D45C60">
            <w:pPr>
              <w:spacing w:after="0"/>
              <w:rPr>
                <w:rFonts w:hint="eastAsia"/>
              </w:rPr>
            </w:pPr>
            <w:r>
              <w:rPr>
                <w:b/>
                <w:color w:val="FFFFFF"/>
              </w:rPr>
              <w:t>ORGANIZATION INFORMATION</w:t>
            </w:r>
          </w:p>
        </w:tc>
      </w:tr>
    </w:tbl>
    <w:tbl>
      <w:tblPr>
        <w:tblStyle w:val="TableGrid"/>
        <w:tblW w:w="0" w:type="auto"/>
        <w:jc w:val="center"/>
        <w:tblLook w:val="04A0" w:firstRow="1" w:lastRow="0" w:firstColumn="1" w:lastColumn="0" w:noHBand="0" w:noVBand="1"/>
      </w:tblPr>
      <w:tblGrid>
        <w:gridCol w:w="5184"/>
        <w:gridCol w:w="5184"/>
      </w:tblGrid>
      <w:tr w:rsidR="007A7AD1">
        <w:trPr>
          <w:jc w:val="center"/>
        </w:trPr>
        <w:tc>
          <w:tcPr>
            <w:tcW w:w="5184" w:type="dxa"/>
            <w:tcMar>
              <w:top w:w="75" w:type="dxa"/>
              <w:left w:w="100" w:type="dxa"/>
              <w:bottom w:w="75" w:type="dxa"/>
              <w:right w:w="100" w:type="dxa"/>
            </w:tcMar>
          </w:tcPr>
          <w:p w:rsidR="007A7AD1" w:rsidRDefault="00D45C60">
            <w:pPr>
              <w:rPr>
                <w:rFonts w:hint="eastAsia"/>
              </w:rPr>
            </w:pPr>
            <w:r>
              <w:rPr>
                <w:b/>
              </w:rPr>
              <w:t xml:space="preserve">Organization Name: </w:t>
            </w:r>
            <w:r>
              <w:t>______________________________</w:t>
            </w:r>
            <w:r w:rsidR="003215D1">
              <w:t>_____________</w:t>
            </w:r>
          </w:p>
        </w:tc>
        <w:tc>
          <w:tcPr>
            <w:tcW w:w="5184" w:type="dxa"/>
            <w:tcMar>
              <w:top w:w="75" w:type="dxa"/>
              <w:left w:w="100" w:type="dxa"/>
              <w:bottom w:w="75" w:type="dxa"/>
              <w:right w:w="100" w:type="dxa"/>
            </w:tcMar>
          </w:tcPr>
          <w:p w:rsidR="007A7AD1" w:rsidRDefault="00D45C60">
            <w:pPr>
              <w:rPr>
                <w:rFonts w:hint="eastAsia"/>
              </w:rPr>
            </w:pPr>
            <w:r>
              <w:rPr>
                <w:b/>
              </w:rPr>
              <w:t xml:space="preserve">Campus Affiliation: </w:t>
            </w:r>
            <w:r>
              <w:t>______________________________</w:t>
            </w:r>
          </w:p>
        </w:tc>
      </w:tr>
      <w:tr w:rsidR="007A7AD1">
        <w:trPr>
          <w:jc w:val="center"/>
        </w:trPr>
        <w:tc>
          <w:tcPr>
            <w:tcW w:w="5184" w:type="dxa"/>
            <w:tcMar>
              <w:top w:w="75" w:type="dxa"/>
              <w:left w:w="100" w:type="dxa"/>
              <w:bottom w:w="75" w:type="dxa"/>
              <w:right w:w="100" w:type="dxa"/>
            </w:tcMar>
          </w:tcPr>
          <w:p w:rsidR="007A7AD1" w:rsidRDefault="00D45C60">
            <w:pPr>
              <w:rPr>
                <w:rFonts w:hint="eastAsia"/>
              </w:rPr>
            </w:pPr>
            <w:r>
              <w:rPr>
                <w:b/>
              </w:rPr>
              <w:t xml:space="preserve">Date Bylaws Originally Adopted: </w:t>
            </w:r>
            <w:r>
              <w:t>___________________________</w:t>
            </w:r>
          </w:p>
        </w:tc>
        <w:tc>
          <w:tcPr>
            <w:tcW w:w="5184" w:type="dxa"/>
            <w:tcMar>
              <w:top w:w="75" w:type="dxa"/>
              <w:left w:w="100" w:type="dxa"/>
              <w:bottom w:w="75" w:type="dxa"/>
              <w:right w:w="100" w:type="dxa"/>
            </w:tcMar>
          </w:tcPr>
          <w:p w:rsidR="007A7AD1" w:rsidRDefault="00D45C60">
            <w:pPr>
              <w:rPr>
                <w:rFonts w:hint="eastAsia"/>
              </w:rPr>
            </w:pPr>
            <w:r>
              <w:rPr>
                <w:b/>
              </w:rPr>
              <w:t xml:space="preserve">Date Last Amended: </w:t>
            </w:r>
            <w:r>
              <w:t>______________________________</w:t>
            </w:r>
          </w:p>
        </w:tc>
      </w:tr>
      <w:tr w:rsidR="007A7AD1">
        <w:trPr>
          <w:jc w:val="center"/>
        </w:trPr>
        <w:tc>
          <w:tcPr>
            <w:tcW w:w="5184" w:type="dxa"/>
            <w:tcMar>
              <w:top w:w="75" w:type="dxa"/>
              <w:left w:w="100" w:type="dxa"/>
              <w:bottom w:w="75" w:type="dxa"/>
              <w:right w:w="100" w:type="dxa"/>
            </w:tcMar>
          </w:tcPr>
          <w:p w:rsidR="00B16ECD" w:rsidRDefault="00D45C60">
            <w:pPr>
              <w:rPr>
                <w:rFonts w:hint="eastAsia"/>
              </w:rPr>
            </w:pPr>
            <w:r>
              <w:rPr>
                <w:b/>
              </w:rPr>
              <w:t xml:space="preserve">President: </w:t>
            </w:r>
            <w:r>
              <w:t>_______________________</w:t>
            </w:r>
            <w:r w:rsidR="003215D1">
              <w:t>________________________________</w:t>
            </w:r>
            <w:r w:rsidR="00B16ECD">
              <w:t xml:space="preserve">        </w:t>
            </w:r>
          </w:p>
          <w:p w:rsidR="007A7AD1" w:rsidRDefault="00B16ECD">
            <w:pPr>
              <w:rPr>
                <w:rFonts w:hint="eastAsia"/>
              </w:rPr>
            </w:pPr>
            <w:r>
              <w:t xml:space="preserve">Phone: </w:t>
            </w:r>
            <w:r>
              <w:rPr>
                <w:rFonts w:hint="eastAsia"/>
              </w:rPr>
              <w:t>_</w:t>
            </w:r>
            <w:r>
              <w:t>___________________</w:t>
            </w:r>
            <w:r w:rsidR="00D45C60">
              <w:t>_</w:t>
            </w:r>
            <w:r w:rsidR="003215D1">
              <w:t>_____</w:t>
            </w:r>
            <w:r w:rsidR="00D45C60">
              <w:t xml:space="preserve"> Email: </w:t>
            </w:r>
            <w:r w:rsidR="00D45C60">
              <w:rPr>
                <w:rFonts w:hint="eastAsia"/>
              </w:rPr>
              <w:t>_</w:t>
            </w:r>
            <w:r>
              <w:t>___________________</w:t>
            </w:r>
            <w:r w:rsidR="003215D1">
              <w:t>_____</w:t>
            </w:r>
          </w:p>
        </w:tc>
        <w:tc>
          <w:tcPr>
            <w:tcW w:w="5184" w:type="dxa"/>
            <w:tcMar>
              <w:top w:w="75" w:type="dxa"/>
              <w:left w:w="100" w:type="dxa"/>
              <w:bottom w:w="75" w:type="dxa"/>
              <w:right w:w="100" w:type="dxa"/>
            </w:tcMar>
          </w:tcPr>
          <w:p w:rsidR="00B16ECD" w:rsidRDefault="00B16ECD">
            <w:pPr>
              <w:rPr>
                <w:rFonts w:hint="eastAsia"/>
              </w:rPr>
            </w:pPr>
            <w:r>
              <w:rPr>
                <w:b/>
              </w:rPr>
              <w:t>Vice President</w:t>
            </w:r>
            <w:r w:rsidR="00D45C60">
              <w:rPr>
                <w:b/>
              </w:rPr>
              <w:t xml:space="preserve">: </w:t>
            </w:r>
            <w:r w:rsidR="00D45C60">
              <w:t>________________________</w:t>
            </w:r>
            <w:r w:rsidR="003215D1">
              <w:t>________________________</w:t>
            </w:r>
          </w:p>
          <w:p w:rsidR="007A7AD1" w:rsidRDefault="00B16ECD">
            <w:pPr>
              <w:rPr>
                <w:rFonts w:hint="eastAsia"/>
              </w:rPr>
            </w:pPr>
            <w:r>
              <w:t xml:space="preserve">Phone: </w:t>
            </w:r>
            <w:r>
              <w:rPr>
                <w:rFonts w:hint="eastAsia"/>
              </w:rPr>
              <w:t>_</w:t>
            </w:r>
            <w:r>
              <w:t>___________________</w:t>
            </w:r>
            <w:r w:rsidR="00D45C60">
              <w:t>_</w:t>
            </w:r>
            <w:r w:rsidR="003215D1">
              <w:t>____</w:t>
            </w:r>
            <w:r w:rsidR="00D45C60">
              <w:t xml:space="preserve"> Email: </w:t>
            </w:r>
            <w:r w:rsidR="00D45C60">
              <w:rPr>
                <w:rFonts w:hint="eastAsia"/>
              </w:rPr>
              <w:t>_</w:t>
            </w:r>
            <w:r>
              <w:t>___________________</w:t>
            </w:r>
            <w:r w:rsidR="003215D1">
              <w:t>_____</w:t>
            </w:r>
          </w:p>
        </w:tc>
      </w:tr>
      <w:tr w:rsidR="00B16ECD">
        <w:trPr>
          <w:jc w:val="center"/>
        </w:trPr>
        <w:tc>
          <w:tcPr>
            <w:tcW w:w="5184" w:type="dxa"/>
            <w:tcMar>
              <w:top w:w="75" w:type="dxa"/>
              <w:left w:w="100" w:type="dxa"/>
              <w:bottom w:w="75" w:type="dxa"/>
              <w:right w:w="100" w:type="dxa"/>
            </w:tcMar>
          </w:tcPr>
          <w:p w:rsidR="00B16ECD" w:rsidRDefault="00B16ECD">
            <w:pPr>
              <w:rPr>
                <w:rFonts w:hint="eastAsia"/>
              </w:rPr>
            </w:pPr>
            <w:r>
              <w:rPr>
                <w:b/>
              </w:rPr>
              <w:t xml:space="preserve">Secretary: </w:t>
            </w:r>
            <w:r>
              <w:t>_______________________</w:t>
            </w:r>
            <w:r w:rsidR="003215D1">
              <w:t>________________________________</w:t>
            </w:r>
            <w:r>
              <w:t xml:space="preserve">  </w:t>
            </w:r>
          </w:p>
          <w:p w:rsidR="00B16ECD" w:rsidRDefault="00B16ECD">
            <w:pPr>
              <w:rPr>
                <w:rFonts w:hint="eastAsia"/>
                <w:b/>
              </w:rPr>
            </w:pPr>
            <w:r>
              <w:t xml:space="preserve">Phone: </w:t>
            </w:r>
            <w:r>
              <w:rPr>
                <w:rFonts w:hint="eastAsia"/>
              </w:rPr>
              <w:t>_</w:t>
            </w:r>
            <w:r>
              <w:t>____________________</w:t>
            </w:r>
            <w:r w:rsidR="003215D1">
              <w:t>______</w:t>
            </w:r>
            <w:r>
              <w:t xml:space="preserve">Email: </w:t>
            </w:r>
            <w:r>
              <w:rPr>
                <w:rFonts w:hint="eastAsia"/>
              </w:rPr>
              <w:t>_</w:t>
            </w:r>
            <w:r>
              <w:t>___________________</w:t>
            </w:r>
            <w:r w:rsidR="003215D1">
              <w:t>_____</w:t>
            </w:r>
          </w:p>
        </w:tc>
        <w:tc>
          <w:tcPr>
            <w:tcW w:w="5184" w:type="dxa"/>
            <w:tcMar>
              <w:top w:w="75" w:type="dxa"/>
              <w:left w:w="100" w:type="dxa"/>
              <w:bottom w:w="75" w:type="dxa"/>
              <w:right w:w="100" w:type="dxa"/>
            </w:tcMar>
          </w:tcPr>
          <w:p w:rsidR="00B16ECD" w:rsidRDefault="00B16ECD">
            <w:pPr>
              <w:rPr>
                <w:rFonts w:hint="eastAsia"/>
              </w:rPr>
            </w:pPr>
            <w:r>
              <w:rPr>
                <w:b/>
              </w:rPr>
              <w:t xml:space="preserve">Treasurer:  </w:t>
            </w:r>
            <w:r>
              <w:t>_______________________</w:t>
            </w:r>
            <w:r w:rsidR="003215D1">
              <w:t>______________________________</w:t>
            </w:r>
          </w:p>
          <w:p w:rsidR="00B16ECD" w:rsidRDefault="00B16ECD">
            <w:pPr>
              <w:rPr>
                <w:rFonts w:hint="eastAsia"/>
                <w:b/>
              </w:rPr>
            </w:pPr>
            <w:r>
              <w:t xml:space="preserve">Phone: </w:t>
            </w:r>
            <w:r>
              <w:rPr>
                <w:rFonts w:hint="eastAsia"/>
              </w:rPr>
              <w:t>_</w:t>
            </w:r>
            <w:r>
              <w:t>____________________</w:t>
            </w:r>
            <w:r w:rsidR="003215D1">
              <w:t>____</w:t>
            </w:r>
            <w:r>
              <w:t xml:space="preserve"> Email: </w:t>
            </w:r>
            <w:r>
              <w:rPr>
                <w:rFonts w:hint="eastAsia"/>
              </w:rPr>
              <w:t>_</w:t>
            </w:r>
            <w:r>
              <w:t>___________________</w:t>
            </w:r>
            <w:r w:rsidR="003215D1">
              <w:t>_____</w:t>
            </w:r>
          </w:p>
        </w:tc>
      </w:tr>
      <w:tr w:rsidR="00320FE0">
        <w:trPr>
          <w:jc w:val="center"/>
        </w:trPr>
        <w:tc>
          <w:tcPr>
            <w:tcW w:w="5184" w:type="dxa"/>
            <w:tcMar>
              <w:top w:w="75" w:type="dxa"/>
              <w:left w:w="100" w:type="dxa"/>
              <w:bottom w:w="75" w:type="dxa"/>
              <w:right w:w="100" w:type="dxa"/>
            </w:tcMar>
          </w:tcPr>
          <w:p w:rsidR="00320FE0" w:rsidRDefault="00B16ECD">
            <w:pPr>
              <w:rPr>
                <w:rFonts w:hint="eastAsia"/>
              </w:rPr>
            </w:pPr>
            <w:r>
              <w:rPr>
                <w:b/>
              </w:rPr>
              <w:t xml:space="preserve">Independent Reviewer (Auditor): </w:t>
            </w:r>
            <w:r>
              <w:t>_______________________</w:t>
            </w:r>
            <w:r w:rsidR="003215D1">
              <w:t>___</w:t>
            </w:r>
            <w:r>
              <w:t xml:space="preserve">  </w:t>
            </w:r>
          </w:p>
          <w:p w:rsidR="00B16ECD" w:rsidRDefault="00D45C60">
            <w:pPr>
              <w:rPr>
                <w:rFonts w:hint="eastAsia"/>
                <w:b/>
              </w:rPr>
            </w:pPr>
            <w:r>
              <w:t xml:space="preserve">Phone: </w:t>
            </w:r>
            <w:r>
              <w:rPr>
                <w:rFonts w:hint="eastAsia"/>
              </w:rPr>
              <w:t>_</w:t>
            </w:r>
            <w:r w:rsidR="00B16ECD">
              <w:t>___________________</w:t>
            </w:r>
            <w:r w:rsidR="003215D1">
              <w:t>______</w:t>
            </w:r>
            <w:r>
              <w:t xml:space="preserve">_ Email: </w:t>
            </w:r>
            <w:r>
              <w:rPr>
                <w:rFonts w:hint="eastAsia"/>
              </w:rPr>
              <w:t>_</w:t>
            </w:r>
            <w:r w:rsidR="00B16ECD">
              <w:t>___________________</w:t>
            </w:r>
            <w:r w:rsidR="003215D1">
              <w:t>____</w:t>
            </w:r>
          </w:p>
        </w:tc>
        <w:tc>
          <w:tcPr>
            <w:tcW w:w="5184" w:type="dxa"/>
            <w:tcMar>
              <w:top w:w="75" w:type="dxa"/>
              <w:left w:w="100" w:type="dxa"/>
              <w:bottom w:w="75" w:type="dxa"/>
              <w:right w:w="100" w:type="dxa"/>
            </w:tcMar>
          </w:tcPr>
          <w:p w:rsidR="00320FE0" w:rsidRDefault="00B16ECD">
            <w:pPr>
              <w:rPr>
                <w:rFonts w:hint="eastAsia"/>
                <w:b/>
              </w:rPr>
            </w:pPr>
            <w:r w:rsidRPr="00B16ECD">
              <w:rPr>
                <w:b/>
              </w:rPr>
              <w:t>Fiscal Year</w:t>
            </w:r>
            <w:r>
              <w:t xml:space="preserve">: </w:t>
            </w:r>
            <w:r>
              <w:rPr>
                <w:rFonts w:hint="eastAsia"/>
              </w:rPr>
              <w:t>_</w:t>
            </w:r>
            <w:r>
              <w:t>_________________________</w:t>
            </w:r>
          </w:p>
        </w:tc>
      </w:tr>
      <w:tr w:rsidR="00320FE0">
        <w:trPr>
          <w:jc w:val="center"/>
        </w:trPr>
        <w:tc>
          <w:tcPr>
            <w:tcW w:w="5184" w:type="dxa"/>
            <w:tcMar>
              <w:top w:w="75" w:type="dxa"/>
              <w:left w:w="100" w:type="dxa"/>
              <w:bottom w:w="75" w:type="dxa"/>
              <w:right w:w="100" w:type="dxa"/>
            </w:tcMar>
          </w:tcPr>
          <w:p w:rsidR="00320FE0" w:rsidRDefault="00B16ECD">
            <w:pPr>
              <w:rPr>
                <w:rFonts w:hint="eastAsia"/>
                <w:b/>
              </w:rPr>
            </w:pPr>
            <w:r>
              <w:rPr>
                <w:b/>
              </w:rPr>
              <w:t xml:space="preserve">Beginning Bank Balance: </w:t>
            </w:r>
            <w:r>
              <w:rPr>
                <w:rFonts w:hint="eastAsia"/>
                <w:b/>
              </w:rPr>
              <w:t>_</w:t>
            </w:r>
            <w:r w:rsidR="00320FE0">
              <w:rPr>
                <w:b/>
              </w:rPr>
              <w:t>_______________________________</w:t>
            </w:r>
          </w:p>
        </w:tc>
        <w:tc>
          <w:tcPr>
            <w:tcW w:w="5184" w:type="dxa"/>
            <w:tcMar>
              <w:top w:w="75" w:type="dxa"/>
              <w:left w:w="100" w:type="dxa"/>
              <w:bottom w:w="75" w:type="dxa"/>
              <w:right w:w="100" w:type="dxa"/>
            </w:tcMar>
          </w:tcPr>
          <w:p w:rsidR="00320FE0" w:rsidRDefault="00B16ECD">
            <w:pPr>
              <w:rPr>
                <w:rFonts w:hint="eastAsia"/>
                <w:b/>
              </w:rPr>
            </w:pPr>
            <w:r>
              <w:rPr>
                <w:b/>
              </w:rPr>
              <w:t xml:space="preserve">Insurance: </w:t>
            </w:r>
            <w:r>
              <w:t xml:space="preserve">☐ </w:t>
            </w:r>
            <w:r w:rsidR="00D45C60">
              <w:t xml:space="preserve">Yes </w:t>
            </w:r>
            <w:r w:rsidR="00D45C60">
              <w:rPr>
                <w:rFonts w:ascii="Segoe UI Symbol" w:hAnsi="Segoe UI Symbol" w:cs="Segoe UI Symbol"/>
              </w:rPr>
              <w:t>☐</w:t>
            </w:r>
            <w:r>
              <w:t xml:space="preserve"> </w:t>
            </w:r>
            <w:r w:rsidR="00D45C60">
              <w:t xml:space="preserve">No   </w:t>
            </w:r>
            <w:r w:rsidR="00D45C60" w:rsidRPr="00D45C60">
              <w:rPr>
                <w:b/>
              </w:rPr>
              <w:t>Provider:</w:t>
            </w:r>
            <w:r w:rsidR="00D45C60">
              <w:t xml:space="preserve"> </w:t>
            </w:r>
            <w:r w:rsidR="00D45C60">
              <w:rPr>
                <w:rFonts w:hint="eastAsia"/>
              </w:rPr>
              <w:t>_</w:t>
            </w:r>
            <w:r>
              <w:t>________________________</w:t>
            </w:r>
          </w:p>
        </w:tc>
      </w:tr>
    </w:tbl>
    <w:tbl>
      <w:tblPr>
        <w:tblW w:w="0" w:type="auto"/>
        <w:jc w:val="center"/>
        <w:tblLayout w:type="fixed"/>
        <w:tblLook w:val="04A0" w:firstRow="1" w:lastRow="0" w:firstColumn="1" w:lastColumn="0" w:noHBand="0" w:noVBand="1"/>
      </w:tblPr>
      <w:tblGrid>
        <w:gridCol w:w="10368"/>
      </w:tblGrid>
      <w:tr w:rsidR="007A7AD1">
        <w:trPr>
          <w:jc w:val="center"/>
        </w:trPr>
        <w:tc>
          <w:tcPr>
            <w:tcW w:w="10368" w:type="dxa"/>
            <w:shd w:val="clear" w:color="auto" w:fill="4B286D"/>
            <w:tcMar>
              <w:top w:w="70" w:type="dxa"/>
              <w:left w:w="100" w:type="dxa"/>
              <w:bottom w:w="70" w:type="dxa"/>
              <w:right w:w="100" w:type="dxa"/>
            </w:tcMar>
          </w:tcPr>
          <w:p w:rsidR="007A7AD1" w:rsidRDefault="00D45C60" w:rsidP="00D45C60">
            <w:pPr>
              <w:spacing w:after="0"/>
              <w:rPr>
                <w:rFonts w:hint="eastAsia"/>
              </w:rPr>
            </w:pPr>
            <w:r>
              <w:rPr>
                <w:b/>
                <w:color w:val="FFFFFF"/>
              </w:rPr>
              <w:t>ANNUAL STATUS</w:t>
            </w:r>
          </w:p>
        </w:tc>
      </w:tr>
    </w:tbl>
    <w:p w:rsidR="007A7AD1" w:rsidRDefault="00D45C60">
      <w:pPr>
        <w:rPr>
          <w:rFonts w:hint="eastAsia"/>
        </w:rPr>
      </w:pPr>
      <w:r>
        <w:t>Select one:   ☐ Updated bylaws attached   ☐ No amendments this year; current bylaws attached and reaffirmed</w:t>
      </w:r>
    </w:p>
    <w:tbl>
      <w:tblPr>
        <w:tblW w:w="0" w:type="auto"/>
        <w:jc w:val="center"/>
        <w:tblLayout w:type="fixed"/>
        <w:tblLook w:val="04A0" w:firstRow="1" w:lastRow="0" w:firstColumn="1" w:lastColumn="0" w:noHBand="0" w:noVBand="1"/>
      </w:tblPr>
      <w:tblGrid>
        <w:gridCol w:w="10368"/>
      </w:tblGrid>
      <w:tr w:rsidR="007A7AD1">
        <w:trPr>
          <w:jc w:val="center"/>
        </w:trPr>
        <w:tc>
          <w:tcPr>
            <w:tcW w:w="10368" w:type="dxa"/>
            <w:shd w:val="clear" w:color="auto" w:fill="4B286D"/>
            <w:tcMar>
              <w:top w:w="70" w:type="dxa"/>
              <w:left w:w="100" w:type="dxa"/>
              <w:bottom w:w="70" w:type="dxa"/>
              <w:right w:w="100" w:type="dxa"/>
            </w:tcMar>
          </w:tcPr>
          <w:p w:rsidR="007A7AD1" w:rsidRDefault="00D45C60" w:rsidP="00D45C60">
            <w:pPr>
              <w:spacing w:after="0"/>
              <w:rPr>
                <w:rFonts w:hint="eastAsia"/>
              </w:rPr>
            </w:pPr>
            <w:r>
              <w:rPr>
                <w:b/>
                <w:color w:val="FFFFFF"/>
              </w:rPr>
              <w:t>MINIMUM BYLAWS REVIEW CHECKLIST</w:t>
            </w:r>
            <w:r w:rsidR="00320FE0">
              <w:rPr>
                <w:b/>
                <w:color w:val="FFFFFF"/>
              </w:rPr>
              <w:t xml:space="preserve"> – Completed by organization</w:t>
            </w:r>
          </w:p>
        </w:tc>
      </w:tr>
    </w:tbl>
    <w:p w:rsidR="007A7AD1" w:rsidRDefault="00D45C60" w:rsidP="00D45C60">
      <w:pPr>
        <w:spacing w:after="0" w:line="240" w:lineRule="auto"/>
        <w:rPr>
          <w:rFonts w:hint="eastAsia"/>
        </w:rPr>
      </w:pPr>
      <w:r>
        <w:t>☐ Organization name, purpose, and relationship to Elgin ISD</w:t>
      </w:r>
    </w:p>
    <w:p w:rsidR="007A7AD1" w:rsidRDefault="00D45C60" w:rsidP="00D45C60">
      <w:pPr>
        <w:spacing w:after="0" w:line="240" w:lineRule="auto"/>
        <w:rPr>
          <w:rFonts w:hint="eastAsia"/>
        </w:rPr>
      </w:pPr>
      <w:r>
        <w:t>☐ Fiscal year and membership provisions</w:t>
      </w:r>
    </w:p>
    <w:p w:rsidR="007A7AD1" w:rsidRDefault="00D45C60" w:rsidP="00D45C60">
      <w:pPr>
        <w:spacing w:after="0" w:line="240" w:lineRule="auto"/>
        <w:rPr>
          <w:rFonts w:hint="eastAsia"/>
        </w:rPr>
      </w:pPr>
      <w:r>
        <w:t>☐ Officer positions, duties, eligibility, terms, elections, vacancies, and transition</w:t>
      </w:r>
    </w:p>
    <w:p w:rsidR="007A7AD1" w:rsidRDefault="00D45C60" w:rsidP="00D45C60">
      <w:pPr>
        <w:spacing w:after="0" w:line="240" w:lineRule="auto"/>
        <w:rPr>
          <w:rFonts w:hint="eastAsia"/>
        </w:rPr>
      </w:pPr>
      <w:r>
        <w:t>☐ Meeting, notice, quorum, voting, and minutes requirements</w:t>
      </w:r>
    </w:p>
    <w:p w:rsidR="007A7AD1" w:rsidRDefault="00D45C60" w:rsidP="00D45C60">
      <w:pPr>
        <w:spacing w:after="0" w:line="240" w:lineRule="auto"/>
        <w:rPr>
          <w:rFonts w:hint="eastAsia"/>
        </w:rPr>
      </w:pPr>
      <w:r>
        <w:t>☐ Budget approval and amendment procedures</w:t>
      </w:r>
    </w:p>
    <w:p w:rsidR="007A7AD1" w:rsidRDefault="00D45C60" w:rsidP="00D45C60">
      <w:pPr>
        <w:spacing w:after="0" w:line="240" w:lineRule="auto"/>
        <w:rPr>
          <w:rFonts w:hint="eastAsia"/>
        </w:rPr>
      </w:pPr>
      <w:r>
        <w:t>☐ Banking, disbursement approvals, cash handling, reconciliation, and financial reporting controls</w:t>
      </w:r>
    </w:p>
    <w:p w:rsidR="007A7AD1" w:rsidRDefault="00D45C60" w:rsidP="00D45C60">
      <w:pPr>
        <w:spacing w:after="0" w:line="240" w:lineRule="auto"/>
        <w:rPr>
          <w:rFonts w:hint="eastAsia"/>
        </w:rPr>
      </w:pPr>
      <w:r>
        <w:t>☐ Conflict-of-interest disclosure and recusal procedures</w:t>
      </w:r>
    </w:p>
    <w:p w:rsidR="007A7AD1" w:rsidRDefault="00D45C60" w:rsidP="00D45C60">
      <w:pPr>
        <w:spacing w:after="0" w:line="240" w:lineRule="auto"/>
        <w:rPr>
          <w:rFonts w:hint="eastAsia"/>
        </w:rPr>
      </w:pPr>
      <w:r>
        <w:t>☐ Fundraising and use of funds consistent with organizational purpose</w:t>
      </w:r>
    </w:p>
    <w:p w:rsidR="007A7AD1" w:rsidRDefault="00D45C60" w:rsidP="00D45C60">
      <w:pPr>
        <w:spacing w:after="0" w:line="240" w:lineRule="auto"/>
        <w:rPr>
          <w:rFonts w:hint="eastAsia"/>
        </w:rPr>
      </w:pPr>
      <w:r>
        <w:t>☐ Annual financial review/audit and records access</w:t>
      </w:r>
    </w:p>
    <w:p w:rsidR="007A7AD1" w:rsidRDefault="00D45C60" w:rsidP="00D45C60">
      <w:pPr>
        <w:spacing w:after="0" w:line="240" w:lineRule="auto"/>
        <w:rPr>
          <w:rFonts w:hint="eastAsia"/>
        </w:rPr>
      </w:pPr>
      <w:r>
        <w:t>☐ Records retention and transfer to incoming officers</w:t>
      </w:r>
    </w:p>
    <w:p w:rsidR="007A7AD1" w:rsidRDefault="00D45C60" w:rsidP="00D45C60">
      <w:pPr>
        <w:spacing w:after="0" w:line="240" w:lineRule="auto"/>
        <w:rPr>
          <w:rFonts w:hint="eastAsia"/>
        </w:rPr>
      </w:pPr>
      <w:r>
        <w:t>☐ Amendment procedures</w:t>
      </w:r>
    </w:p>
    <w:p w:rsidR="007A7AD1" w:rsidRDefault="00D45C60" w:rsidP="00D45C60">
      <w:pPr>
        <w:spacing w:after="0" w:line="240" w:lineRule="auto"/>
        <w:rPr>
          <w:rFonts w:hint="eastAsia"/>
        </w:rPr>
      </w:pPr>
      <w:r>
        <w:t>☐ Dissolution and disposition of remaining assets consistent with applicable law and tax-exempt purpose</w:t>
      </w:r>
    </w:p>
    <w:p w:rsidR="00D45C60" w:rsidRDefault="00D45C60" w:rsidP="00D45C60">
      <w:pPr>
        <w:spacing w:after="0" w:line="240" w:lineRule="auto"/>
        <w:rPr>
          <w:rFonts w:hint="eastAsia"/>
        </w:rPr>
      </w:pPr>
    </w:p>
    <w:tbl>
      <w:tblPr>
        <w:tblW w:w="0" w:type="auto"/>
        <w:jc w:val="center"/>
        <w:tblLayout w:type="fixed"/>
        <w:tblLook w:val="04A0" w:firstRow="1" w:lastRow="0" w:firstColumn="1" w:lastColumn="0" w:noHBand="0" w:noVBand="1"/>
      </w:tblPr>
      <w:tblGrid>
        <w:gridCol w:w="10368"/>
      </w:tblGrid>
      <w:tr w:rsidR="007A7AD1">
        <w:trPr>
          <w:jc w:val="center"/>
        </w:trPr>
        <w:tc>
          <w:tcPr>
            <w:tcW w:w="10368" w:type="dxa"/>
            <w:shd w:val="clear" w:color="auto" w:fill="4B286D"/>
            <w:tcMar>
              <w:top w:w="70" w:type="dxa"/>
              <w:left w:w="100" w:type="dxa"/>
              <w:bottom w:w="70" w:type="dxa"/>
              <w:right w:w="100" w:type="dxa"/>
            </w:tcMar>
          </w:tcPr>
          <w:p w:rsidR="007A7AD1" w:rsidRDefault="00D45C60" w:rsidP="00D45C60">
            <w:pPr>
              <w:spacing w:after="0"/>
              <w:rPr>
                <w:rFonts w:hint="eastAsia"/>
              </w:rPr>
            </w:pPr>
            <w:r>
              <w:rPr>
                <w:b/>
                <w:color w:val="FFFFFF"/>
              </w:rPr>
              <w:t xml:space="preserve">AMENDMENTS MADE FOR </w:t>
            </w:r>
            <w:r w:rsidR="00320FE0">
              <w:rPr>
                <w:b/>
                <w:color w:val="FFFFFF"/>
              </w:rPr>
              <w:t>CURRENT YEAR:</w:t>
            </w:r>
          </w:p>
        </w:tc>
      </w:tr>
    </w:tbl>
    <w:p w:rsidR="007A7AD1" w:rsidRDefault="00D45C60" w:rsidP="00F77574">
      <w:pPr>
        <w:spacing w:after="0"/>
        <w:rPr>
          <w:rFonts w:hint="eastAsia"/>
        </w:rPr>
      </w:pPr>
      <w:r>
        <w:t>Summarize material changes or write “None”:  Attach additional documentation if necessary</w:t>
      </w:r>
      <w:bookmarkStart w:id="0" w:name="_GoBack"/>
      <w:bookmarkEnd w:id="0"/>
      <w:r>
        <w:br/>
        <w:t>_______________________________________________________________________________________________</w:t>
      </w:r>
      <w:r w:rsidR="00F77574">
        <w:t>_________________________________________________</w:t>
      </w:r>
      <w:r>
        <w:br/>
        <w:t>_______________________________________________________________________________________________</w:t>
      </w:r>
      <w:r w:rsidR="00F77574">
        <w:t>_________________________________________________</w:t>
      </w:r>
    </w:p>
    <w:p w:rsidR="007A7AD1" w:rsidRDefault="00D45C60">
      <w:pPr>
        <w:rPr>
          <w:rFonts w:hint="eastAsia"/>
        </w:rPr>
      </w:pPr>
      <w:r>
        <w:t>Membership approval date: ______________</w:t>
      </w:r>
      <w:r w:rsidR="00F77574">
        <w:t>_______</w:t>
      </w:r>
      <w:r>
        <w:t xml:space="preserve">   Meeting minutes attached: ☐ Yes ☐ No</w:t>
      </w:r>
    </w:p>
    <w:tbl>
      <w:tblPr>
        <w:tblW w:w="0" w:type="auto"/>
        <w:jc w:val="center"/>
        <w:tblLayout w:type="fixed"/>
        <w:tblLook w:val="04A0" w:firstRow="1" w:lastRow="0" w:firstColumn="1" w:lastColumn="0" w:noHBand="0" w:noVBand="1"/>
      </w:tblPr>
      <w:tblGrid>
        <w:gridCol w:w="10368"/>
      </w:tblGrid>
      <w:tr w:rsidR="007A7AD1">
        <w:trPr>
          <w:jc w:val="center"/>
        </w:trPr>
        <w:tc>
          <w:tcPr>
            <w:tcW w:w="10368" w:type="dxa"/>
            <w:shd w:val="clear" w:color="auto" w:fill="4B286D"/>
            <w:tcMar>
              <w:top w:w="70" w:type="dxa"/>
              <w:left w:w="100" w:type="dxa"/>
              <w:bottom w:w="70" w:type="dxa"/>
              <w:right w:w="100" w:type="dxa"/>
            </w:tcMar>
          </w:tcPr>
          <w:p w:rsidR="007A7AD1" w:rsidRDefault="00D45C60" w:rsidP="00D45C60">
            <w:pPr>
              <w:spacing w:after="0"/>
              <w:rPr>
                <w:rFonts w:hint="eastAsia"/>
              </w:rPr>
            </w:pPr>
            <w:r>
              <w:rPr>
                <w:b/>
                <w:color w:val="FFFFFF"/>
              </w:rPr>
              <w:t>CERTIFICATION</w:t>
            </w:r>
          </w:p>
        </w:tc>
      </w:tr>
    </w:tbl>
    <w:p w:rsidR="007A7AD1" w:rsidRDefault="00D45C60">
      <w:pPr>
        <w:spacing w:after="100"/>
        <w:rPr>
          <w:rFonts w:hint="eastAsia"/>
        </w:rPr>
      </w:pPr>
      <w:r>
        <w:t>We certify that the attached bylaws are the organization’s current governing document, were adopted or reaffirmed in accordance with their amendment provisions, and are consistent with the organization’s authorized purpose. District receipt does not constitute legal or tax advice.</w:t>
      </w:r>
      <w:r w:rsidR="00B16ECD">
        <w:t xml:space="preserve">  </w:t>
      </w:r>
      <w:r w:rsidR="00B16ECD">
        <w:rPr>
          <w:sz w:val="18"/>
        </w:rPr>
        <w:t>We understand that Elgin ISD requests this information for oversight and governmental reporting analysis, including applicable component-unit guidance</w:t>
      </w:r>
    </w:p>
    <w:tbl>
      <w:tblPr>
        <w:tblStyle w:val="TableGrid"/>
        <w:tblW w:w="0" w:type="auto"/>
        <w:jc w:val="center"/>
        <w:tblLook w:val="04A0" w:firstRow="1" w:lastRow="0" w:firstColumn="1" w:lastColumn="0" w:noHBand="0" w:noVBand="1"/>
      </w:tblPr>
      <w:tblGrid>
        <w:gridCol w:w="4230"/>
        <w:gridCol w:w="3600"/>
        <w:gridCol w:w="2538"/>
      </w:tblGrid>
      <w:tr w:rsidR="007A7AD1" w:rsidTr="003215D1">
        <w:trPr>
          <w:jc w:val="center"/>
        </w:trPr>
        <w:tc>
          <w:tcPr>
            <w:tcW w:w="4230" w:type="dxa"/>
            <w:tcMar>
              <w:top w:w="80" w:type="dxa"/>
              <w:left w:w="100" w:type="dxa"/>
              <w:bottom w:w="80" w:type="dxa"/>
              <w:right w:w="100" w:type="dxa"/>
            </w:tcMar>
          </w:tcPr>
          <w:p w:rsidR="007A7AD1" w:rsidRDefault="00D45C60">
            <w:pPr>
              <w:rPr>
                <w:rFonts w:hint="eastAsia"/>
              </w:rPr>
            </w:pPr>
            <w:r>
              <w:t>President Name</w:t>
            </w:r>
            <w:r w:rsidR="003215D1">
              <w:t>-</w:t>
            </w:r>
            <w:r w:rsidR="003215D1">
              <w:t>Print</w:t>
            </w:r>
            <w:r>
              <w:t>: ______________________</w:t>
            </w:r>
            <w:r w:rsidR="003215D1">
              <w:t>_____________________</w:t>
            </w:r>
            <w:r w:rsidR="00F77574">
              <w:t>___________</w:t>
            </w:r>
          </w:p>
        </w:tc>
        <w:tc>
          <w:tcPr>
            <w:tcW w:w="3600" w:type="dxa"/>
            <w:tcMar>
              <w:top w:w="80" w:type="dxa"/>
              <w:left w:w="100" w:type="dxa"/>
              <w:bottom w:w="80" w:type="dxa"/>
              <w:right w:w="100" w:type="dxa"/>
            </w:tcMar>
          </w:tcPr>
          <w:p w:rsidR="007A7AD1" w:rsidRDefault="00D45C60">
            <w:pPr>
              <w:rPr>
                <w:rFonts w:hint="eastAsia"/>
              </w:rPr>
            </w:pPr>
            <w:r>
              <w:t>Signature: ______________________</w:t>
            </w:r>
            <w:r w:rsidR="003215D1">
              <w:t>__________</w:t>
            </w:r>
          </w:p>
        </w:tc>
        <w:tc>
          <w:tcPr>
            <w:tcW w:w="2538" w:type="dxa"/>
            <w:tcMar>
              <w:top w:w="80" w:type="dxa"/>
              <w:left w:w="100" w:type="dxa"/>
              <w:bottom w:w="80" w:type="dxa"/>
              <w:right w:w="100" w:type="dxa"/>
            </w:tcMar>
          </w:tcPr>
          <w:p w:rsidR="007A7AD1" w:rsidRDefault="00D45C60">
            <w:pPr>
              <w:rPr>
                <w:rFonts w:hint="eastAsia"/>
              </w:rPr>
            </w:pPr>
            <w:r>
              <w:t>Date: ______________</w:t>
            </w:r>
            <w:r w:rsidR="003215D1">
              <w:t>________</w:t>
            </w:r>
          </w:p>
        </w:tc>
      </w:tr>
      <w:tr w:rsidR="007A7AD1" w:rsidTr="003215D1">
        <w:trPr>
          <w:jc w:val="center"/>
        </w:trPr>
        <w:tc>
          <w:tcPr>
            <w:tcW w:w="4230" w:type="dxa"/>
            <w:tcMar>
              <w:top w:w="80" w:type="dxa"/>
              <w:left w:w="100" w:type="dxa"/>
              <w:bottom w:w="80" w:type="dxa"/>
              <w:right w:w="100" w:type="dxa"/>
            </w:tcMar>
          </w:tcPr>
          <w:p w:rsidR="007A7AD1" w:rsidRDefault="00D45C60">
            <w:pPr>
              <w:rPr>
                <w:rFonts w:hint="eastAsia"/>
              </w:rPr>
            </w:pPr>
            <w:r>
              <w:t>Secretary</w:t>
            </w:r>
            <w:r w:rsidR="003215D1">
              <w:t xml:space="preserve"> </w:t>
            </w:r>
            <w:r w:rsidR="003215D1">
              <w:t>Name</w:t>
            </w:r>
            <w:r>
              <w:t>–Print: ______________________</w:t>
            </w:r>
            <w:r w:rsidR="003215D1">
              <w:t>_____________________</w:t>
            </w:r>
            <w:r w:rsidR="00F77574">
              <w:t>___________</w:t>
            </w:r>
          </w:p>
        </w:tc>
        <w:tc>
          <w:tcPr>
            <w:tcW w:w="3600" w:type="dxa"/>
            <w:tcMar>
              <w:top w:w="80" w:type="dxa"/>
              <w:left w:w="100" w:type="dxa"/>
              <w:bottom w:w="80" w:type="dxa"/>
              <w:right w:w="100" w:type="dxa"/>
            </w:tcMar>
          </w:tcPr>
          <w:p w:rsidR="007A7AD1" w:rsidRDefault="00D45C60">
            <w:pPr>
              <w:rPr>
                <w:rFonts w:hint="eastAsia"/>
              </w:rPr>
            </w:pPr>
            <w:r>
              <w:t>Signature: ______________________</w:t>
            </w:r>
            <w:r w:rsidR="003215D1">
              <w:t>__________</w:t>
            </w:r>
          </w:p>
        </w:tc>
        <w:tc>
          <w:tcPr>
            <w:tcW w:w="2538" w:type="dxa"/>
            <w:tcMar>
              <w:top w:w="80" w:type="dxa"/>
              <w:left w:w="100" w:type="dxa"/>
              <w:bottom w:w="80" w:type="dxa"/>
              <w:right w:w="100" w:type="dxa"/>
            </w:tcMar>
          </w:tcPr>
          <w:p w:rsidR="007A7AD1" w:rsidRDefault="00D45C60">
            <w:pPr>
              <w:rPr>
                <w:rFonts w:hint="eastAsia"/>
              </w:rPr>
            </w:pPr>
            <w:r>
              <w:t>Date: ______________</w:t>
            </w:r>
            <w:r w:rsidR="003215D1">
              <w:t>________</w:t>
            </w:r>
          </w:p>
        </w:tc>
      </w:tr>
    </w:tbl>
    <w:p w:rsidR="00EF6774" w:rsidRDefault="00EF6774">
      <w:pPr>
        <w:rPr>
          <w:rFonts w:hint="eastAsia"/>
        </w:rPr>
      </w:pPr>
    </w:p>
    <w:sectPr w:rsidR="00EF6774"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771" w:rsidRDefault="00203771">
      <w:pPr>
        <w:spacing w:after="0" w:line="240" w:lineRule="auto"/>
        <w:rPr>
          <w:rFonts w:hint="eastAsia"/>
        </w:rPr>
      </w:pPr>
      <w:r>
        <w:separator/>
      </w:r>
    </w:p>
  </w:endnote>
  <w:endnote w:type="continuationSeparator" w:id="0">
    <w:p w:rsidR="00203771" w:rsidRDefault="0020377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5C60" w:rsidRPr="00F77574" w:rsidRDefault="00D45C60">
    <w:pPr>
      <w:pStyle w:val="Footer"/>
      <w:rPr>
        <w:rFonts w:ascii="Arial" w:hAnsi="Arial" w:cs="Arial"/>
      </w:rPr>
    </w:pPr>
    <w:r w:rsidRPr="00F77574">
      <w:rPr>
        <w:rFonts w:ascii="Arial" w:hAnsi="Arial" w:cs="Arial"/>
      </w:rPr>
      <w:t xml:space="preserve">Revised </w:t>
    </w:r>
    <w:r w:rsidR="00F77574" w:rsidRPr="00F77574">
      <w:rPr>
        <w:rFonts w:ascii="Arial" w:hAnsi="Arial" w:cs="Arial"/>
      </w:rPr>
      <w:t xml:space="preserve">September </w:t>
    </w:r>
    <w:r w:rsidRPr="00F77574">
      <w:rPr>
        <w:rFonts w:ascii="Arial" w:hAnsi="Arial" w:cs="Arial"/>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771" w:rsidRDefault="00203771">
      <w:pPr>
        <w:spacing w:after="0" w:line="240" w:lineRule="auto"/>
        <w:rPr>
          <w:rFonts w:hint="eastAsia"/>
        </w:rPr>
      </w:pPr>
      <w:r>
        <w:separator/>
      </w:r>
    </w:p>
  </w:footnote>
  <w:footnote w:type="continuationSeparator" w:id="0">
    <w:p w:rsidR="00203771" w:rsidRDefault="0020377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3771"/>
    <w:rsid w:val="0029639D"/>
    <w:rsid w:val="00320FE0"/>
    <w:rsid w:val="003215D1"/>
    <w:rsid w:val="00326F90"/>
    <w:rsid w:val="007A7AD1"/>
    <w:rsid w:val="00AA1D8D"/>
    <w:rsid w:val="00B16ECD"/>
    <w:rsid w:val="00B47730"/>
    <w:rsid w:val="00CB0664"/>
    <w:rsid w:val="00D45C60"/>
    <w:rsid w:val="00EF6774"/>
    <w:rsid w:val="00F775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1917D6"/>
  <w14:defaultImageDpi w14:val="300"/>
  <w15:docId w15:val="{A2D5A3E5-E608-4094-B88E-33AA5B5E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84465-4B38-4A3E-91B0-2FF824DD4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Parks</cp:lastModifiedBy>
  <cp:revision>2</cp:revision>
  <dcterms:created xsi:type="dcterms:W3CDTF">2026-09-29T22:05:00Z</dcterms:created>
  <dcterms:modified xsi:type="dcterms:W3CDTF">2026-09-29T22:05:00Z</dcterms:modified>
  <cp:category/>
</cp:coreProperties>
</file>