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58061" w14:textId="77777777" w:rsidR="007E5770" w:rsidRDefault="00000000">
      <w:pPr>
        <w:spacing w:after="40"/>
      </w:pPr>
      <w:r>
        <w:rPr>
          <w:b/>
        </w:rPr>
        <w:t>VIRGIN ISLANDS DEPARTMENT OF EDUCATION</w:t>
      </w:r>
    </w:p>
    <w:p w14:paraId="2D4AECF8" w14:textId="77777777" w:rsidR="007E5770" w:rsidRDefault="00000000">
      <w:pPr>
        <w:spacing w:after="160"/>
      </w:pPr>
      <w:r>
        <w:t>State Office of Bilingual Education</w:t>
      </w:r>
    </w:p>
    <w:p w14:paraId="2E71B6DE" w14:textId="77777777" w:rsidR="007E5770" w:rsidRDefault="00000000">
      <w:pPr>
        <w:pStyle w:val="Title"/>
      </w:pPr>
      <w:r>
        <w:t>Cognates and Vocabulary Connections</w:t>
      </w:r>
    </w:p>
    <w:p w14:paraId="5B813525" w14:textId="77777777" w:rsidR="007E5770" w:rsidRDefault="00000000">
      <w:r>
        <w:rPr>
          <w:b/>
          <w:sz w:val="28"/>
        </w:rPr>
        <w:t>English and Spanish Cognates</w:t>
      </w:r>
    </w:p>
    <w:p w14:paraId="06E0A5C2" w14:textId="77777777" w:rsidR="007E5770" w:rsidRDefault="00000000">
      <w:r>
        <w:t>In classroom instruction, cognates are words with similar forms and meanings across languages. Use familiar words to help students understand English vocabulary. Spelling and pronunciation may differ.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976"/>
      </w:tblGrid>
      <w:tr w:rsidR="007E5770" w14:paraId="50BA89BC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343CABB" w14:textId="77777777" w:rsidR="007E5770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English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AC55E2D" w14:textId="77777777" w:rsidR="007E5770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Spanish</w:t>
            </w:r>
          </w:p>
        </w:tc>
      </w:tr>
      <w:tr w:rsidR="007E5770" w14:paraId="4B4D249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42E3A4" w14:textId="77777777" w:rsidR="007E5770" w:rsidRDefault="00000000">
            <w:pPr>
              <w:spacing w:after="0" w:line="240" w:lineRule="auto"/>
            </w:pPr>
            <w:r>
              <w:t>Animal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423C518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Animal</w:t>
            </w:r>
          </w:p>
        </w:tc>
      </w:tr>
      <w:tr w:rsidR="007E5770" w14:paraId="4AC92ED0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981FD96" w14:textId="77777777" w:rsidR="007E5770" w:rsidRDefault="00000000">
            <w:pPr>
              <w:spacing w:after="0" w:line="240" w:lineRule="auto"/>
            </w:pPr>
            <w:r>
              <w:t>Artist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EA54EF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Artista</w:t>
            </w:r>
          </w:p>
        </w:tc>
      </w:tr>
      <w:tr w:rsidR="007E5770" w14:paraId="6D46955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15C12C" w14:textId="77777777" w:rsidR="007E5770" w:rsidRDefault="00000000">
            <w:pPr>
              <w:spacing w:after="0" w:line="240" w:lineRule="auto"/>
            </w:pPr>
            <w:r>
              <w:t>Class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4A08622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Clase</w:t>
            </w:r>
          </w:p>
        </w:tc>
      </w:tr>
      <w:tr w:rsidR="007E5770" w14:paraId="1BE1170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7DB7C3A" w14:textId="77777777" w:rsidR="007E5770" w:rsidRDefault="00000000">
            <w:pPr>
              <w:spacing w:after="0" w:line="240" w:lineRule="auto"/>
            </w:pPr>
            <w:r>
              <w:t>Community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A398646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Comunidad</w:t>
            </w:r>
          </w:p>
        </w:tc>
      </w:tr>
      <w:tr w:rsidR="007E5770" w14:paraId="4F357E0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53D3B17" w14:textId="77777777" w:rsidR="007E5770" w:rsidRDefault="00000000">
            <w:pPr>
              <w:spacing w:after="0" w:line="240" w:lineRule="auto"/>
            </w:pPr>
            <w:r>
              <w:t>Culture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10A923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Cultura</w:t>
            </w:r>
          </w:p>
        </w:tc>
      </w:tr>
      <w:tr w:rsidR="007E5770" w14:paraId="6423809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22FC17B" w14:textId="77777777" w:rsidR="007E5770" w:rsidRDefault="00000000">
            <w:pPr>
              <w:spacing w:after="0" w:line="240" w:lineRule="auto"/>
            </w:pPr>
            <w:r>
              <w:t>Different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D1E72B7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Diferente</w:t>
            </w:r>
          </w:p>
        </w:tc>
      </w:tr>
      <w:tr w:rsidR="007E5770" w14:paraId="23522C0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108FDD7" w14:textId="77777777" w:rsidR="007E5770" w:rsidRDefault="00000000">
            <w:pPr>
              <w:spacing w:after="0" w:line="240" w:lineRule="auto"/>
            </w:pPr>
            <w:r>
              <w:t>Education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0FF0AE8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Educación</w:t>
            </w:r>
          </w:p>
        </w:tc>
      </w:tr>
      <w:tr w:rsidR="007E5770" w14:paraId="2289BDD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2705998" w14:textId="77777777" w:rsidR="007E5770" w:rsidRDefault="00000000">
            <w:pPr>
              <w:spacing w:after="0" w:line="240" w:lineRule="auto"/>
            </w:pPr>
            <w:r>
              <w:t>Family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29ED84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Familia</w:t>
            </w:r>
          </w:p>
        </w:tc>
      </w:tr>
      <w:tr w:rsidR="007E5770" w14:paraId="1D5651E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945AA1E" w14:textId="77777777" w:rsidR="007E5770" w:rsidRDefault="00000000">
            <w:pPr>
              <w:spacing w:after="0" w:line="240" w:lineRule="auto"/>
            </w:pPr>
            <w:r>
              <w:t>Important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09C0AC8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Importante</w:t>
            </w:r>
          </w:p>
        </w:tc>
      </w:tr>
      <w:tr w:rsidR="007E5770" w14:paraId="78D4FC6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38FF98F" w14:textId="77777777" w:rsidR="007E5770" w:rsidRDefault="00000000">
            <w:pPr>
              <w:spacing w:after="0" w:line="240" w:lineRule="auto"/>
            </w:pPr>
            <w:r>
              <w:t>Information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565AE1B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Información</w:t>
            </w:r>
          </w:p>
        </w:tc>
      </w:tr>
      <w:tr w:rsidR="007E5770" w14:paraId="6276B12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DE3D6E8" w14:textId="77777777" w:rsidR="007E5770" w:rsidRDefault="00000000">
            <w:pPr>
              <w:spacing w:after="0" w:line="240" w:lineRule="auto"/>
            </w:pPr>
            <w:r>
              <w:t>Music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8B853E1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Música</w:t>
            </w:r>
          </w:p>
        </w:tc>
      </w:tr>
      <w:tr w:rsidR="007E5770" w14:paraId="4E2B729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E77443D" w14:textId="77777777" w:rsidR="007E5770" w:rsidRDefault="00000000">
            <w:pPr>
              <w:spacing w:after="0" w:line="240" w:lineRule="auto"/>
            </w:pPr>
            <w:r>
              <w:t>Natural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081C9E7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Natural</w:t>
            </w:r>
          </w:p>
        </w:tc>
      </w:tr>
      <w:tr w:rsidR="007E5770" w14:paraId="01D99FE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3D701BC" w14:textId="77777777" w:rsidR="007E5770" w:rsidRDefault="00000000">
            <w:pPr>
              <w:spacing w:after="0" w:line="240" w:lineRule="auto"/>
            </w:pPr>
            <w:r>
              <w:t>Ocean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A6A7A11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Océano</w:t>
            </w:r>
          </w:p>
        </w:tc>
      </w:tr>
      <w:tr w:rsidR="007E5770" w14:paraId="2C80296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4D7ACC5" w14:textId="77777777" w:rsidR="007E5770" w:rsidRDefault="00000000">
            <w:pPr>
              <w:spacing w:after="0" w:line="240" w:lineRule="auto"/>
            </w:pPr>
            <w:r>
              <w:t>Participation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10BCB39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Participación</w:t>
            </w:r>
          </w:p>
        </w:tc>
      </w:tr>
      <w:tr w:rsidR="007E5770" w14:paraId="2E17BD2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C0B972" w14:textId="77777777" w:rsidR="007E5770" w:rsidRDefault="00000000">
            <w:pPr>
              <w:spacing w:after="0" w:line="240" w:lineRule="auto"/>
            </w:pPr>
            <w:r>
              <w:t>Planet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B971545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Planeta</w:t>
            </w:r>
          </w:p>
        </w:tc>
      </w:tr>
      <w:tr w:rsidR="007E5770" w14:paraId="2946CCF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FC046C6" w14:textId="77777777" w:rsidR="007E5770" w:rsidRDefault="00000000">
            <w:pPr>
              <w:spacing w:after="0" w:line="240" w:lineRule="auto"/>
            </w:pPr>
            <w:r>
              <w:t>Problem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E681050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Problema</w:t>
            </w:r>
          </w:p>
        </w:tc>
      </w:tr>
      <w:tr w:rsidR="007E5770" w14:paraId="350D870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31FBF8" w14:textId="77777777" w:rsidR="007E5770" w:rsidRDefault="00000000">
            <w:pPr>
              <w:spacing w:after="0" w:line="240" w:lineRule="auto"/>
            </w:pPr>
            <w:r>
              <w:t>Project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49C2393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Proyecto</w:t>
            </w:r>
          </w:p>
        </w:tc>
      </w:tr>
      <w:tr w:rsidR="007E5770" w14:paraId="6AEB962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0131F0" w14:textId="77777777" w:rsidR="007E5770" w:rsidRDefault="00000000">
            <w:pPr>
              <w:spacing w:after="0" w:line="240" w:lineRule="auto"/>
            </w:pPr>
            <w:r>
              <w:t>Respect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FE5B8B4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Respeto</w:t>
            </w:r>
          </w:p>
        </w:tc>
      </w:tr>
      <w:tr w:rsidR="007E5770" w14:paraId="516D82B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AED0C72" w14:textId="77777777" w:rsidR="007E5770" w:rsidRDefault="00000000">
            <w:pPr>
              <w:spacing w:after="0" w:line="240" w:lineRule="auto"/>
            </w:pPr>
            <w:r>
              <w:t>Student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035200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Estudiante</w:t>
            </w:r>
          </w:p>
        </w:tc>
      </w:tr>
      <w:tr w:rsidR="007E5770" w14:paraId="01C3ED4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13CB9F0" w14:textId="77777777" w:rsidR="007E5770" w:rsidRDefault="00000000">
            <w:pPr>
              <w:spacing w:after="0" w:line="240" w:lineRule="auto"/>
            </w:pPr>
            <w:r>
              <w:t>Vocabulary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1B61802" w14:textId="77777777" w:rsidR="007E5770" w:rsidRDefault="00000000">
            <w:pPr>
              <w:spacing w:after="0" w:line="240" w:lineRule="auto"/>
            </w:pPr>
            <w:r>
              <w:rPr>
                <w:lang w:val="es"/>
              </w:rPr>
              <w:t>Vocabulario</w:t>
            </w:r>
          </w:p>
        </w:tc>
      </w:tr>
    </w:tbl>
    <w:p w14:paraId="54719900" w14:textId="77777777" w:rsidR="007E5770" w:rsidRDefault="00000000">
      <w:pPr>
        <w:spacing w:before="140"/>
      </w:pPr>
      <w:r>
        <w:rPr>
          <w:b/>
        </w:rPr>
        <w:t xml:space="preserve">Island classroom connection. </w:t>
      </w:r>
      <w:r>
        <w:t>Invite students to notice a familiar word, explain its meaning, and use the English word in a sentence about life in St. Croix, St. Thomas, or St. John. For example: “Our community respects different cultures.”</w:t>
      </w:r>
    </w:p>
    <w:p w14:paraId="25076C4C" w14:textId="77777777" w:rsidR="007E5770" w:rsidRDefault="00000000">
      <w:r>
        <w:rPr>
          <w:sz w:val="18"/>
        </w:rPr>
        <w:t>Teacher reminder. Similar-looking words do not always share the same meaning. Check the meaning in context and model pronunciation. These pairs show shared meanings; some words have additional meanings or uses.</w:t>
      </w:r>
    </w:p>
    <w:p w14:paraId="28D25B2E" w14:textId="77777777" w:rsidR="007E5770" w:rsidRDefault="00000000">
      <w:pPr>
        <w:pageBreakBefore/>
        <w:spacing w:after="40"/>
      </w:pPr>
      <w:r>
        <w:rPr>
          <w:b/>
        </w:rPr>
        <w:lastRenderedPageBreak/>
        <w:t>VIRGIN ISLANDS DEPARTMENT OF EDUCATION</w:t>
      </w:r>
    </w:p>
    <w:p w14:paraId="2900B6B3" w14:textId="77777777" w:rsidR="007E5770" w:rsidRDefault="00000000">
      <w:pPr>
        <w:spacing w:after="160"/>
      </w:pPr>
      <w:r>
        <w:t>State Office of Bilingual Education</w:t>
      </w:r>
    </w:p>
    <w:p w14:paraId="1B6DB357" w14:textId="77777777" w:rsidR="007E5770" w:rsidRDefault="00000000">
      <w:pPr>
        <w:pStyle w:val="Title"/>
      </w:pPr>
      <w:r>
        <w:t>Cognates and Vocabulary Connections</w:t>
      </w:r>
    </w:p>
    <w:p w14:paraId="5A85E0ED" w14:textId="77777777" w:rsidR="007E5770" w:rsidRDefault="00000000">
      <w:r>
        <w:rPr>
          <w:b/>
          <w:sz w:val="28"/>
        </w:rPr>
        <w:t>English and Haitian Creole Cognates</w:t>
      </w:r>
    </w:p>
    <w:p w14:paraId="5D12D982" w14:textId="77777777" w:rsidR="007E5770" w:rsidRDefault="00000000">
      <w:r>
        <w:t>In classroom instruction, cognates are words with similar forms and meanings across languages. Use familiar words to help students understand English vocabulary. Spelling and pronunciation may differ.</w:t>
      </w:r>
    </w:p>
    <w:p w14:paraId="372F4245" w14:textId="77777777" w:rsidR="007E5770" w:rsidRDefault="00000000">
      <w:r>
        <w:t>Haitian Creole is a distinct language with its own spelling and grammar. Many words have French origins and resemble related English words.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976"/>
      </w:tblGrid>
      <w:tr w:rsidR="007E5770" w14:paraId="6442876D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0E1614" w14:textId="77777777" w:rsidR="007E5770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English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71BBE8" w14:textId="77777777" w:rsidR="007E5770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Haitian Creole</w:t>
            </w:r>
          </w:p>
        </w:tc>
      </w:tr>
      <w:tr w:rsidR="007E5770" w14:paraId="139F65C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75239C3" w14:textId="77777777" w:rsidR="007E5770" w:rsidRDefault="00000000">
            <w:pPr>
              <w:spacing w:after="0" w:line="240" w:lineRule="auto"/>
            </w:pPr>
            <w:r>
              <w:t>Activity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87ECD86" w14:textId="77777777" w:rsidR="007E5770" w:rsidRDefault="00000000">
            <w:pPr>
              <w:spacing w:after="0" w:line="240" w:lineRule="auto"/>
            </w:pPr>
            <w:r>
              <w:t>Aktivite</w:t>
            </w:r>
          </w:p>
        </w:tc>
      </w:tr>
      <w:tr w:rsidR="007E5770" w14:paraId="03EDF48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5110DF6" w14:textId="77777777" w:rsidR="007E5770" w:rsidRDefault="00000000">
            <w:pPr>
              <w:spacing w:after="0" w:line="240" w:lineRule="auto"/>
            </w:pPr>
            <w:r>
              <w:t>Animal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A5181D0" w14:textId="77777777" w:rsidR="007E5770" w:rsidRDefault="00000000">
            <w:pPr>
              <w:spacing w:after="0" w:line="240" w:lineRule="auto"/>
            </w:pPr>
            <w:r>
              <w:t>Animal</w:t>
            </w:r>
          </w:p>
        </w:tc>
      </w:tr>
      <w:tr w:rsidR="007E5770" w14:paraId="4FBBF0A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ACAFBCB" w14:textId="77777777" w:rsidR="007E5770" w:rsidRDefault="00000000">
            <w:pPr>
              <w:spacing w:after="0" w:line="240" w:lineRule="auto"/>
            </w:pPr>
            <w:r>
              <w:t>Class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82A7449" w14:textId="77777777" w:rsidR="007E5770" w:rsidRDefault="00000000">
            <w:pPr>
              <w:spacing w:after="0" w:line="240" w:lineRule="auto"/>
            </w:pPr>
            <w:r>
              <w:t>Klas</w:t>
            </w:r>
          </w:p>
        </w:tc>
      </w:tr>
      <w:tr w:rsidR="007E5770" w14:paraId="632279A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80D2D15" w14:textId="77777777" w:rsidR="007E5770" w:rsidRDefault="00000000">
            <w:pPr>
              <w:spacing w:after="0" w:line="240" w:lineRule="auto"/>
            </w:pPr>
            <w:r>
              <w:t>Community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C8771B8" w14:textId="77777777" w:rsidR="007E5770" w:rsidRDefault="00000000">
            <w:pPr>
              <w:spacing w:after="0" w:line="240" w:lineRule="auto"/>
            </w:pPr>
            <w:r>
              <w:t>Kominote</w:t>
            </w:r>
          </w:p>
        </w:tc>
      </w:tr>
      <w:tr w:rsidR="007E5770" w14:paraId="3427540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CA3003F" w14:textId="77777777" w:rsidR="007E5770" w:rsidRDefault="00000000">
            <w:pPr>
              <w:spacing w:after="0" w:line="240" w:lineRule="auto"/>
            </w:pPr>
            <w:r>
              <w:t>Culture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44D4A46" w14:textId="77777777" w:rsidR="007E5770" w:rsidRDefault="00000000">
            <w:pPr>
              <w:spacing w:after="0" w:line="240" w:lineRule="auto"/>
            </w:pPr>
            <w:r>
              <w:t>Kilti</w:t>
            </w:r>
          </w:p>
        </w:tc>
      </w:tr>
      <w:tr w:rsidR="007E5770" w14:paraId="08FA1A5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CF0F91" w14:textId="77777777" w:rsidR="007E5770" w:rsidRDefault="00000000">
            <w:pPr>
              <w:spacing w:after="0" w:line="240" w:lineRule="auto"/>
            </w:pPr>
            <w:r>
              <w:t>Different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9952005" w14:textId="77777777" w:rsidR="007E5770" w:rsidRDefault="00000000">
            <w:pPr>
              <w:spacing w:after="0" w:line="240" w:lineRule="auto"/>
            </w:pPr>
            <w:r>
              <w:t>Diferan</w:t>
            </w:r>
          </w:p>
        </w:tc>
      </w:tr>
      <w:tr w:rsidR="007E5770" w14:paraId="02F8A73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DD129C2" w14:textId="77777777" w:rsidR="007E5770" w:rsidRDefault="00000000">
            <w:pPr>
              <w:spacing w:after="0" w:line="240" w:lineRule="auto"/>
            </w:pPr>
            <w:r>
              <w:t>Education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3BF37B" w14:textId="77777777" w:rsidR="007E5770" w:rsidRDefault="00000000">
            <w:pPr>
              <w:spacing w:after="0" w:line="240" w:lineRule="auto"/>
            </w:pPr>
            <w:r>
              <w:t>Edikasyon</w:t>
            </w:r>
          </w:p>
        </w:tc>
      </w:tr>
      <w:tr w:rsidR="007E5770" w14:paraId="3ACDD04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833307D" w14:textId="77777777" w:rsidR="007E5770" w:rsidRDefault="00000000">
            <w:pPr>
              <w:spacing w:after="0" w:line="240" w:lineRule="auto"/>
            </w:pPr>
            <w:r>
              <w:t>Family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ED7E088" w14:textId="77777777" w:rsidR="007E5770" w:rsidRDefault="00000000">
            <w:pPr>
              <w:spacing w:after="0" w:line="240" w:lineRule="auto"/>
            </w:pPr>
            <w:r>
              <w:t>Fanmi</w:t>
            </w:r>
          </w:p>
        </w:tc>
      </w:tr>
      <w:tr w:rsidR="007E5770" w14:paraId="13BBB54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4BCB613" w14:textId="77777777" w:rsidR="007E5770" w:rsidRDefault="00000000">
            <w:pPr>
              <w:spacing w:after="0" w:line="240" w:lineRule="auto"/>
            </w:pPr>
            <w:r>
              <w:t>Important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A1AECC" w14:textId="77777777" w:rsidR="007E5770" w:rsidRDefault="00000000">
            <w:pPr>
              <w:spacing w:after="0" w:line="240" w:lineRule="auto"/>
            </w:pPr>
            <w:r>
              <w:t>Enpòtan</w:t>
            </w:r>
          </w:p>
        </w:tc>
      </w:tr>
      <w:tr w:rsidR="007E5770" w14:paraId="018F11A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265796" w14:textId="77777777" w:rsidR="007E5770" w:rsidRDefault="00000000">
            <w:pPr>
              <w:spacing w:after="0" w:line="240" w:lineRule="auto"/>
            </w:pPr>
            <w:r>
              <w:t>Information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0FAD376" w14:textId="77777777" w:rsidR="007E5770" w:rsidRDefault="00000000">
            <w:pPr>
              <w:spacing w:after="0" w:line="240" w:lineRule="auto"/>
            </w:pPr>
            <w:r>
              <w:t>Enfòmasyon</w:t>
            </w:r>
          </w:p>
        </w:tc>
      </w:tr>
      <w:tr w:rsidR="007E5770" w14:paraId="5EE3FC4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A55849" w14:textId="77777777" w:rsidR="007E5770" w:rsidRDefault="00000000">
            <w:pPr>
              <w:spacing w:after="0" w:line="240" w:lineRule="auto"/>
            </w:pPr>
            <w:r>
              <w:t>Music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A38C4D6" w14:textId="77777777" w:rsidR="007E5770" w:rsidRDefault="00000000">
            <w:pPr>
              <w:spacing w:after="0" w:line="240" w:lineRule="auto"/>
            </w:pPr>
            <w:r>
              <w:t>Mizik</w:t>
            </w:r>
          </w:p>
        </w:tc>
      </w:tr>
      <w:tr w:rsidR="007E5770" w14:paraId="5BB5B22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5285B6" w14:textId="77777777" w:rsidR="007E5770" w:rsidRDefault="00000000">
            <w:pPr>
              <w:spacing w:after="0" w:line="240" w:lineRule="auto"/>
            </w:pPr>
            <w:r>
              <w:t>Natural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7E0875C" w14:textId="77777777" w:rsidR="007E5770" w:rsidRDefault="00000000">
            <w:pPr>
              <w:spacing w:after="0" w:line="240" w:lineRule="auto"/>
            </w:pPr>
            <w:r>
              <w:t>Natirèl</w:t>
            </w:r>
          </w:p>
        </w:tc>
      </w:tr>
      <w:tr w:rsidR="007E5770" w14:paraId="0197457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4808B49" w14:textId="77777777" w:rsidR="007E5770" w:rsidRDefault="00000000">
            <w:pPr>
              <w:spacing w:after="0" w:line="240" w:lineRule="auto"/>
            </w:pPr>
            <w:r>
              <w:t>Ocean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26C58CC" w14:textId="77777777" w:rsidR="007E5770" w:rsidRDefault="00000000">
            <w:pPr>
              <w:spacing w:after="0" w:line="240" w:lineRule="auto"/>
            </w:pPr>
            <w:r>
              <w:t>Oseyan</w:t>
            </w:r>
          </w:p>
        </w:tc>
      </w:tr>
      <w:tr w:rsidR="007E5770" w14:paraId="2B2D905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3504796" w14:textId="77777777" w:rsidR="007E5770" w:rsidRDefault="00000000">
            <w:pPr>
              <w:spacing w:after="0" w:line="240" w:lineRule="auto"/>
            </w:pPr>
            <w:r>
              <w:t>Participation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9D7142B" w14:textId="77777777" w:rsidR="007E5770" w:rsidRDefault="00000000">
            <w:pPr>
              <w:spacing w:after="0" w:line="240" w:lineRule="auto"/>
            </w:pPr>
            <w:r>
              <w:t>Patisipasyon</w:t>
            </w:r>
          </w:p>
        </w:tc>
      </w:tr>
      <w:tr w:rsidR="007E5770" w14:paraId="2978082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068218" w14:textId="77777777" w:rsidR="007E5770" w:rsidRDefault="00000000">
            <w:pPr>
              <w:spacing w:after="0" w:line="240" w:lineRule="auto"/>
            </w:pPr>
            <w:r>
              <w:t>Planet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AB98034" w14:textId="77777777" w:rsidR="007E5770" w:rsidRDefault="00000000">
            <w:pPr>
              <w:spacing w:after="0" w:line="240" w:lineRule="auto"/>
            </w:pPr>
            <w:r>
              <w:t>Planèt</w:t>
            </w:r>
          </w:p>
        </w:tc>
      </w:tr>
      <w:tr w:rsidR="007E5770" w14:paraId="23C5AE00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CDEBCE0" w14:textId="77777777" w:rsidR="007E5770" w:rsidRDefault="00000000">
            <w:pPr>
              <w:spacing w:after="0" w:line="240" w:lineRule="auto"/>
            </w:pPr>
            <w:r>
              <w:t>Problem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800DA5C" w14:textId="77777777" w:rsidR="007E5770" w:rsidRDefault="00000000">
            <w:pPr>
              <w:spacing w:after="0" w:line="240" w:lineRule="auto"/>
            </w:pPr>
            <w:r>
              <w:t>Pwoblèm</w:t>
            </w:r>
          </w:p>
        </w:tc>
      </w:tr>
      <w:tr w:rsidR="007E5770" w14:paraId="41AB93B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1B100C7" w14:textId="77777777" w:rsidR="007E5770" w:rsidRDefault="00000000">
            <w:pPr>
              <w:spacing w:after="0" w:line="240" w:lineRule="auto"/>
            </w:pPr>
            <w:r>
              <w:t>Project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E77B6C6" w14:textId="77777777" w:rsidR="007E5770" w:rsidRDefault="00000000">
            <w:pPr>
              <w:spacing w:after="0" w:line="240" w:lineRule="auto"/>
            </w:pPr>
            <w:r>
              <w:t>Pwojè</w:t>
            </w:r>
          </w:p>
        </w:tc>
      </w:tr>
      <w:tr w:rsidR="007E5770" w14:paraId="2C0D4B2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E4F69E9" w14:textId="77777777" w:rsidR="007E5770" w:rsidRDefault="00000000">
            <w:pPr>
              <w:spacing w:after="0" w:line="240" w:lineRule="auto"/>
            </w:pPr>
            <w:r>
              <w:t>Respect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9F0EF2" w14:textId="77777777" w:rsidR="007E5770" w:rsidRDefault="00000000">
            <w:pPr>
              <w:spacing w:after="0" w:line="240" w:lineRule="auto"/>
            </w:pPr>
            <w:r>
              <w:t>Respè</w:t>
            </w:r>
          </w:p>
        </w:tc>
      </w:tr>
      <w:tr w:rsidR="007E5770" w14:paraId="2A392F8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5081C83" w14:textId="77777777" w:rsidR="007E5770" w:rsidRDefault="00000000">
            <w:pPr>
              <w:spacing w:after="0" w:line="240" w:lineRule="auto"/>
            </w:pPr>
            <w:r>
              <w:t>Science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33A9A2A" w14:textId="77777777" w:rsidR="007E5770" w:rsidRDefault="00000000">
            <w:pPr>
              <w:spacing w:after="0" w:line="240" w:lineRule="auto"/>
            </w:pPr>
            <w:r>
              <w:t>Syans</w:t>
            </w:r>
          </w:p>
        </w:tc>
      </w:tr>
      <w:tr w:rsidR="007E5770" w14:paraId="1A65C31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EE101AB" w14:textId="77777777" w:rsidR="007E5770" w:rsidRDefault="00000000">
            <w:pPr>
              <w:spacing w:after="0" w:line="240" w:lineRule="auto"/>
            </w:pPr>
            <w:r>
              <w:t>Vocabulary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909DCBB" w14:textId="77777777" w:rsidR="007E5770" w:rsidRDefault="00000000">
            <w:pPr>
              <w:spacing w:after="0" w:line="240" w:lineRule="auto"/>
            </w:pPr>
            <w:r>
              <w:t>Vokabilè</w:t>
            </w:r>
          </w:p>
        </w:tc>
      </w:tr>
    </w:tbl>
    <w:p w14:paraId="4CF9CB9A" w14:textId="77777777" w:rsidR="007E5770" w:rsidRDefault="00000000">
      <w:pPr>
        <w:spacing w:before="140"/>
      </w:pPr>
      <w:r>
        <w:rPr>
          <w:b/>
        </w:rPr>
        <w:t xml:space="preserve">Island classroom connection. </w:t>
      </w:r>
      <w:r>
        <w:t>Invite students to notice a familiar word, explain its meaning, and use the English word in a sentence about life in St. Croix, St. Thomas, or St. John. For example: “Our community respects different cultures.”</w:t>
      </w:r>
    </w:p>
    <w:p w14:paraId="2604BE05" w14:textId="77777777" w:rsidR="007E5770" w:rsidRDefault="00000000">
      <w:r>
        <w:rPr>
          <w:sz w:val="18"/>
        </w:rPr>
        <w:t>Teacher reminder. Similar-looking words do not always share the same meaning. Check the meaning in context and model pronunciation. These pairs show shared meanings; some words have additional meanings or uses.</w:t>
      </w:r>
    </w:p>
    <w:p w14:paraId="1EFA8EF3" w14:textId="77777777" w:rsidR="007E5770" w:rsidRDefault="00000000">
      <w:pPr>
        <w:pageBreakBefore/>
        <w:spacing w:after="40"/>
      </w:pPr>
      <w:r>
        <w:rPr>
          <w:b/>
        </w:rPr>
        <w:lastRenderedPageBreak/>
        <w:t>VIRGIN ISLANDS DEPARTMENT OF EDUCATION</w:t>
      </w:r>
    </w:p>
    <w:p w14:paraId="0D4ABE8C" w14:textId="77777777" w:rsidR="007E5770" w:rsidRDefault="00000000">
      <w:pPr>
        <w:spacing w:after="160"/>
      </w:pPr>
      <w:r>
        <w:t>State Office of Bilingual Education</w:t>
      </w:r>
    </w:p>
    <w:p w14:paraId="077CB22A" w14:textId="77777777" w:rsidR="007E5770" w:rsidRDefault="00000000">
      <w:pPr>
        <w:pStyle w:val="Title"/>
      </w:pPr>
      <w:r>
        <w:t>Cognates and Vocabulary Connections</w:t>
      </w:r>
    </w:p>
    <w:p w14:paraId="55CBBCAA" w14:textId="77777777" w:rsidR="007E5770" w:rsidRDefault="00000000">
      <w:r>
        <w:rPr>
          <w:b/>
          <w:sz w:val="28"/>
        </w:rPr>
        <w:t>English and French Cognates</w:t>
      </w:r>
    </w:p>
    <w:p w14:paraId="0411A392" w14:textId="77777777" w:rsidR="007E5770" w:rsidRDefault="00000000">
      <w:r>
        <w:t>In classroom instruction, cognates are words with similar forms and meanings across languages. Use familiar words to help students understand English vocabulary. Spelling and pronunciation may differ.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976"/>
      </w:tblGrid>
      <w:tr w:rsidR="007E5770" w14:paraId="151C7C57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3BCDB67" w14:textId="77777777" w:rsidR="007E5770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English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F39BD35" w14:textId="77777777" w:rsidR="007E5770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French</w:t>
            </w:r>
          </w:p>
        </w:tc>
      </w:tr>
      <w:tr w:rsidR="007E5770" w14:paraId="2347204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0DAC03E" w14:textId="77777777" w:rsidR="007E5770" w:rsidRDefault="00000000">
            <w:pPr>
              <w:spacing w:after="0" w:line="240" w:lineRule="auto"/>
            </w:pPr>
            <w:r>
              <w:t>Activity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0DCB8F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Activité</w:t>
            </w:r>
          </w:p>
        </w:tc>
      </w:tr>
      <w:tr w:rsidR="007E5770" w14:paraId="5DCBFBE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AADA48B" w14:textId="77777777" w:rsidR="007E5770" w:rsidRDefault="00000000">
            <w:pPr>
              <w:spacing w:after="0" w:line="240" w:lineRule="auto"/>
            </w:pPr>
            <w:r>
              <w:t>Animal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28E7283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Animal</w:t>
            </w:r>
          </w:p>
        </w:tc>
      </w:tr>
      <w:tr w:rsidR="007E5770" w14:paraId="03C50D9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58BD7E8" w14:textId="77777777" w:rsidR="007E5770" w:rsidRDefault="00000000">
            <w:pPr>
              <w:spacing w:after="0" w:line="240" w:lineRule="auto"/>
            </w:pPr>
            <w:r>
              <w:t>Artist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0E6DD50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Artiste</w:t>
            </w:r>
          </w:p>
        </w:tc>
      </w:tr>
      <w:tr w:rsidR="007E5770" w14:paraId="649BE1A3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A85225" w14:textId="77777777" w:rsidR="007E5770" w:rsidRDefault="00000000">
            <w:pPr>
              <w:spacing w:after="0" w:line="240" w:lineRule="auto"/>
            </w:pPr>
            <w:r>
              <w:t>Class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96436ED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Classe</w:t>
            </w:r>
          </w:p>
        </w:tc>
      </w:tr>
      <w:tr w:rsidR="007E5770" w14:paraId="0B3AB01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2C0541" w14:textId="77777777" w:rsidR="007E5770" w:rsidRDefault="00000000">
            <w:pPr>
              <w:spacing w:after="0" w:line="240" w:lineRule="auto"/>
            </w:pPr>
            <w:r>
              <w:t>Community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2D25CB0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Communauté</w:t>
            </w:r>
          </w:p>
        </w:tc>
      </w:tr>
      <w:tr w:rsidR="007E5770" w14:paraId="0C44965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5834331" w14:textId="77777777" w:rsidR="007E5770" w:rsidRDefault="00000000">
            <w:pPr>
              <w:spacing w:after="0" w:line="240" w:lineRule="auto"/>
            </w:pPr>
            <w:r>
              <w:t>Culture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7B595E6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Culture</w:t>
            </w:r>
          </w:p>
        </w:tc>
      </w:tr>
      <w:tr w:rsidR="007E5770" w14:paraId="2F7E2AC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E49205D" w14:textId="77777777" w:rsidR="007E5770" w:rsidRDefault="00000000">
            <w:pPr>
              <w:spacing w:after="0" w:line="240" w:lineRule="auto"/>
            </w:pPr>
            <w:r>
              <w:t>Different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66B5A91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Différent</w:t>
            </w:r>
          </w:p>
        </w:tc>
      </w:tr>
      <w:tr w:rsidR="007E5770" w14:paraId="753BD127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63C777A" w14:textId="77777777" w:rsidR="007E5770" w:rsidRDefault="00000000">
            <w:pPr>
              <w:spacing w:after="0" w:line="240" w:lineRule="auto"/>
            </w:pPr>
            <w:r>
              <w:t>Education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8C052F9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Éducation</w:t>
            </w:r>
          </w:p>
        </w:tc>
      </w:tr>
      <w:tr w:rsidR="007E5770" w14:paraId="570C51D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D3B5F0" w14:textId="77777777" w:rsidR="007E5770" w:rsidRDefault="00000000">
            <w:pPr>
              <w:spacing w:after="0" w:line="240" w:lineRule="auto"/>
            </w:pPr>
            <w:r>
              <w:t>Family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EF779E6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Famille</w:t>
            </w:r>
          </w:p>
        </w:tc>
      </w:tr>
      <w:tr w:rsidR="007E5770" w14:paraId="5A44729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AD2E94" w14:textId="77777777" w:rsidR="007E5770" w:rsidRDefault="00000000">
            <w:pPr>
              <w:spacing w:after="0" w:line="240" w:lineRule="auto"/>
            </w:pPr>
            <w:r>
              <w:t>Important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4E0AC73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Important</w:t>
            </w:r>
          </w:p>
        </w:tc>
      </w:tr>
      <w:tr w:rsidR="007E5770" w14:paraId="4317CFB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EED219D" w14:textId="77777777" w:rsidR="007E5770" w:rsidRDefault="00000000">
            <w:pPr>
              <w:spacing w:after="0" w:line="240" w:lineRule="auto"/>
            </w:pPr>
            <w:r>
              <w:t>Information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A2F4932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Information</w:t>
            </w:r>
          </w:p>
        </w:tc>
      </w:tr>
      <w:tr w:rsidR="007E5770" w14:paraId="365CE0B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8977EE" w14:textId="77777777" w:rsidR="007E5770" w:rsidRDefault="00000000">
            <w:pPr>
              <w:spacing w:after="0" w:line="240" w:lineRule="auto"/>
            </w:pPr>
            <w:r>
              <w:t>Music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CA9903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Musique</w:t>
            </w:r>
          </w:p>
        </w:tc>
      </w:tr>
      <w:tr w:rsidR="007E5770" w14:paraId="20E49202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4263B34" w14:textId="77777777" w:rsidR="007E5770" w:rsidRDefault="00000000">
            <w:pPr>
              <w:spacing w:after="0" w:line="240" w:lineRule="auto"/>
            </w:pPr>
            <w:r>
              <w:t>Natural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9BA087D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Naturel</w:t>
            </w:r>
          </w:p>
        </w:tc>
      </w:tr>
      <w:tr w:rsidR="007E5770" w14:paraId="49D0762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BC20E18" w14:textId="77777777" w:rsidR="007E5770" w:rsidRDefault="00000000">
            <w:pPr>
              <w:spacing w:after="0" w:line="240" w:lineRule="auto"/>
            </w:pPr>
            <w:r>
              <w:t>Ocean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EA3B7D6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Océan</w:t>
            </w:r>
          </w:p>
        </w:tc>
      </w:tr>
      <w:tr w:rsidR="007E5770" w14:paraId="4E33CEA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D5218E6" w14:textId="77777777" w:rsidR="007E5770" w:rsidRDefault="00000000">
            <w:pPr>
              <w:spacing w:after="0" w:line="240" w:lineRule="auto"/>
            </w:pPr>
            <w:r>
              <w:t>Participation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192221F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Participation</w:t>
            </w:r>
          </w:p>
        </w:tc>
      </w:tr>
      <w:tr w:rsidR="007E5770" w14:paraId="3CCB3CE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48CFE18" w14:textId="77777777" w:rsidR="007E5770" w:rsidRDefault="00000000">
            <w:pPr>
              <w:spacing w:after="0" w:line="240" w:lineRule="auto"/>
            </w:pPr>
            <w:r>
              <w:t>Planet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FCB57D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Planète</w:t>
            </w:r>
          </w:p>
        </w:tc>
      </w:tr>
      <w:tr w:rsidR="007E5770" w14:paraId="1D860651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ED12A2" w14:textId="77777777" w:rsidR="007E5770" w:rsidRDefault="00000000">
            <w:pPr>
              <w:spacing w:after="0" w:line="240" w:lineRule="auto"/>
            </w:pPr>
            <w:r>
              <w:t>Problem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0F0B615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Problème</w:t>
            </w:r>
          </w:p>
        </w:tc>
      </w:tr>
      <w:tr w:rsidR="007E5770" w14:paraId="1F9CC04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9AD1E3A" w14:textId="77777777" w:rsidR="007E5770" w:rsidRDefault="00000000">
            <w:pPr>
              <w:spacing w:after="0" w:line="240" w:lineRule="auto"/>
            </w:pPr>
            <w:r>
              <w:t>Project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16D77E1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Projet</w:t>
            </w:r>
          </w:p>
        </w:tc>
      </w:tr>
      <w:tr w:rsidR="007E5770" w14:paraId="6529793C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89B0A5" w14:textId="77777777" w:rsidR="007E5770" w:rsidRDefault="00000000">
            <w:pPr>
              <w:spacing w:after="0" w:line="240" w:lineRule="auto"/>
            </w:pPr>
            <w:r>
              <w:t>Respect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C4A9B02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Respect</w:t>
            </w:r>
          </w:p>
        </w:tc>
      </w:tr>
      <w:tr w:rsidR="007E5770" w14:paraId="07F42960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31CE704" w14:textId="77777777" w:rsidR="007E5770" w:rsidRDefault="00000000">
            <w:pPr>
              <w:spacing w:after="0" w:line="240" w:lineRule="auto"/>
            </w:pPr>
            <w:r>
              <w:t>Vocabulary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6D72D5E" w14:textId="77777777" w:rsidR="007E5770" w:rsidRDefault="00000000">
            <w:pPr>
              <w:spacing w:after="0" w:line="240" w:lineRule="auto"/>
            </w:pPr>
            <w:r>
              <w:rPr>
                <w:lang w:val="fr"/>
              </w:rPr>
              <w:t>Vocabulaire</w:t>
            </w:r>
          </w:p>
        </w:tc>
      </w:tr>
    </w:tbl>
    <w:p w14:paraId="3CE3F127" w14:textId="77777777" w:rsidR="007E5770" w:rsidRDefault="00000000">
      <w:pPr>
        <w:spacing w:before="140"/>
      </w:pPr>
      <w:r>
        <w:rPr>
          <w:b/>
        </w:rPr>
        <w:t xml:space="preserve">Island classroom connection. </w:t>
      </w:r>
      <w:r>
        <w:t>Invite students to notice a familiar word, explain its meaning, and use the English word in a sentence about life in St. Croix, St. Thomas, or St. John. For example: “Our community respects different cultures.”</w:t>
      </w:r>
    </w:p>
    <w:p w14:paraId="0FA732FA" w14:textId="77777777" w:rsidR="007E5770" w:rsidRDefault="00000000">
      <w:r>
        <w:rPr>
          <w:sz w:val="18"/>
        </w:rPr>
        <w:t>Teacher reminder. Similar-looking words do not always share the same meaning. Check the meaning in context and model pronunciation. These pairs show shared meanings; some words have additional meanings or uses.</w:t>
      </w:r>
    </w:p>
    <w:p w14:paraId="1C5B4A2F" w14:textId="77777777" w:rsidR="007E5770" w:rsidRDefault="00000000">
      <w:pPr>
        <w:pageBreakBefore/>
        <w:spacing w:after="40"/>
      </w:pPr>
      <w:r>
        <w:rPr>
          <w:b/>
        </w:rPr>
        <w:lastRenderedPageBreak/>
        <w:t>VIRGIN ISLANDS DEPARTMENT OF EDUCATION</w:t>
      </w:r>
    </w:p>
    <w:p w14:paraId="7539AABD" w14:textId="77777777" w:rsidR="007E5770" w:rsidRDefault="00000000">
      <w:pPr>
        <w:spacing w:after="160"/>
      </w:pPr>
      <w:r>
        <w:t>State Office of Bilingual Education</w:t>
      </w:r>
    </w:p>
    <w:p w14:paraId="4058014E" w14:textId="77777777" w:rsidR="007E5770" w:rsidRDefault="00000000">
      <w:pPr>
        <w:pStyle w:val="Title"/>
      </w:pPr>
      <w:r>
        <w:t>Cognates and Vocabulary Connections</w:t>
      </w:r>
    </w:p>
    <w:p w14:paraId="0B36F5DD" w14:textId="77777777" w:rsidR="007E5770" w:rsidRDefault="00000000">
      <w:r>
        <w:rPr>
          <w:b/>
          <w:sz w:val="28"/>
        </w:rPr>
        <w:t>English and Tagalog Cognates and Familiar Loanwords</w:t>
      </w:r>
    </w:p>
    <w:p w14:paraId="5682E1AC" w14:textId="77777777" w:rsidR="007E5770" w:rsidRDefault="00000000">
      <w:r>
        <w:t>Tagalog includes many words borrowed from Spanish and English. These familiar loanwords can help students connect vocabulary across languages, although they are not all cognates in the strict historical sense.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976"/>
      </w:tblGrid>
      <w:tr w:rsidR="007E5770" w14:paraId="266F09C3" w14:textId="77777777">
        <w:trPr>
          <w:cantSplit/>
          <w:tblHeader/>
          <w:jc w:val="center"/>
        </w:trPr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6185AC6" w14:textId="77777777" w:rsidR="007E5770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English</w:t>
            </w:r>
          </w:p>
        </w:tc>
        <w:tc>
          <w:tcPr>
            <w:tcW w:w="51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D5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5F4F39" w14:textId="77777777" w:rsidR="007E5770" w:rsidRDefault="00000000">
            <w:pPr>
              <w:spacing w:after="0" w:line="240" w:lineRule="auto"/>
            </w:pPr>
            <w:r>
              <w:rPr>
                <w:b/>
                <w:color w:val="FFFFFF"/>
              </w:rPr>
              <w:t>Tagalog</w:t>
            </w:r>
          </w:p>
        </w:tc>
      </w:tr>
      <w:tr w:rsidR="007E5770" w14:paraId="7A486C0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CD63F55" w14:textId="77777777" w:rsidR="007E5770" w:rsidRDefault="00000000">
            <w:pPr>
              <w:spacing w:after="0" w:line="240" w:lineRule="auto"/>
            </w:pPr>
            <w:r>
              <w:t>Artist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4849EB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Artista</w:t>
            </w:r>
          </w:p>
        </w:tc>
      </w:tr>
      <w:tr w:rsidR="007E5770" w14:paraId="04A2D85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7651019" w14:textId="77777777" w:rsidR="007E5770" w:rsidRDefault="00000000">
            <w:pPr>
              <w:spacing w:after="0" w:line="240" w:lineRule="auto"/>
            </w:pPr>
            <w:r>
              <w:t>Chocolate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B277AE8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Tsokolate</w:t>
            </w:r>
          </w:p>
        </w:tc>
      </w:tr>
      <w:tr w:rsidR="007E5770" w14:paraId="0101D3E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6536FED" w14:textId="77777777" w:rsidR="007E5770" w:rsidRDefault="00000000">
            <w:pPr>
              <w:spacing w:after="0" w:line="240" w:lineRule="auto"/>
            </w:pPr>
            <w:r>
              <w:t>Class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9F9D8DF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Klase</w:t>
            </w:r>
          </w:p>
        </w:tc>
      </w:tr>
      <w:tr w:rsidR="007E5770" w14:paraId="7C852FA9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E2C211C" w14:textId="77777777" w:rsidR="007E5770" w:rsidRDefault="00000000">
            <w:pPr>
              <w:spacing w:after="0" w:line="240" w:lineRule="auto"/>
            </w:pPr>
            <w:r>
              <w:t>Computer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DFF0C3C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Kompyuter</w:t>
            </w:r>
          </w:p>
        </w:tc>
      </w:tr>
      <w:tr w:rsidR="007E5770" w14:paraId="59ADDAE8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826CBE" w14:textId="77777777" w:rsidR="007E5770" w:rsidRDefault="00000000">
            <w:pPr>
              <w:spacing w:after="0" w:line="240" w:lineRule="auto"/>
            </w:pPr>
            <w:r>
              <w:t>Doctor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29282B9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Doktor</w:t>
            </w:r>
          </w:p>
        </w:tc>
      </w:tr>
      <w:tr w:rsidR="007E5770" w14:paraId="51CD927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DB3DF1A" w14:textId="77777777" w:rsidR="007E5770" w:rsidRDefault="00000000">
            <w:pPr>
              <w:spacing w:after="0" w:line="240" w:lineRule="auto"/>
            </w:pPr>
            <w:r>
              <w:t>Education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882ED11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Edukasyon</w:t>
            </w:r>
          </w:p>
        </w:tc>
      </w:tr>
      <w:tr w:rsidR="007E5770" w14:paraId="227FB54A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79EC93" w14:textId="77777777" w:rsidR="007E5770" w:rsidRDefault="00000000">
            <w:pPr>
              <w:spacing w:after="0" w:line="240" w:lineRule="auto"/>
            </w:pPr>
            <w:r>
              <w:t>Family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E75A676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Pamilya</w:t>
            </w:r>
          </w:p>
        </w:tc>
      </w:tr>
      <w:tr w:rsidR="007E5770" w14:paraId="16A51AB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85AA91C" w14:textId="77777777" w:rsidR="007E5770" w:rsidRDefault="00000000">
            <w:pPr>
              <w:spacing w:after="0" w:line="240" w:lineRule="auto"/>
            </w:pPr>
            <w:r>
              <w:t>Hospital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91646C0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Ospital</w:t>
            </w:r>
          </w:p>
        </w:tc>
      </w:tr>
      <w:tr w:rsidR="007E5770" w14:paraId="42A44B09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FE34E5" w14:textId="77777777" w:rsidR="007E5770" w:rsidRDefault="00000000">
            <w:pPr>
              <w:spacing w:after="0" w:line="240" w:lineRule="auto"/>
            </w:pPr>
            <w:r>
              <w:t>Information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140164C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Impormasyon</w:t>
            </w:r>
          </w:p>
        </w:tc>
      </w:tr>
      <w:tr w:rsidR="007E5770" w14:paraId="71E4D0E9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3DF61A0" w14:textId="77777777" w:rsidR="007E5770" w:rsidRDefault="00000000">
            <w:pPr>
              <w:spacing w:after="0" w:line="240" w:lineRule="auto"/>
            </w:pPr>
            <w:r>
              <w:t>Map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BB10A4C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Mapa</w:t>
            </w:r>
          </w:p>
        </w:tc>
      </w:tr>
      <w:tr w:rsidR="007E5770" w14:paraId="6E2BA99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22F6989" w14:textId="77777777" w:rsidR="007E5770" w:rsidRDefault="00000000">
            <w:pPr>
              <w:spacing w:after="0" w:line="240" w:lineRule="auto"/>
            </w:pPr>
            <w:r>
              <w:t>Music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FF0A661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Musika</w:t>
            </w:r>
          </w:p>
        </w:tc>
      </w:tr>
      <w:tr w:rsidR="007E5770" w14:paraId="3911BC7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15AADF" w14:textId="77777777" w:rsidR="007E5770" w:rsidRDefault="00000000">
            <w:pPr>
              <w:spacing w:after="0" w:line="240" w:lineRule="auto"/>
            </w:pPr>
            <w:r>
              <w:t>Number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648FCAA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Numero</w:t>
            </w:r>
          </w:p>
        </w:tc>
      </w:tr>
      <w:tr w:rsidR="007E5770" w14:paraId="5682327D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8779EE8" w14:textId="77777777" w:rsidR="007E5770" w:rsidRDefault="00000000">
            <w:pPr>
              <w:spacing w:after="0" w:line="240" w:lineRule="auto"/>
            </w:pPr>
            <w:r>
              <w:t>Paper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0181249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Papel</w:t>
            </w:r>
          </w:p>
        </w:tc>
      </w:tr>
      <w:tr w:rsidR="007E5770" w14:paraId="5DB725BF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D7D98C" w14:textId="77777777" w:rsidR="007E5770" w:rsidRDefault="00000000">
            <w:pPr>
              <w:spacing w:after="0" w:line="240" w:lineRule="auto"/>
            </w:pPr>
            <w:r>
              <w:t>Planet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2C1BE88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Planeta</w:t>
            </w:r>
          </w:p>
        </w:tc>
      </w:tr>
      <w:tr w:rsidR="007E5770" w14:paraId="59B337B6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62FEF06" w14:textId="77777777" w:rsidR="007E5770" w:rsidRDefault="00000000">
            <w:pPr>
              <w:spacing w:after="0" w:line="240" w:lineRule="auto"/>
            </w:pPr>
            <w:r>
              <w:t>Problem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7F19379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Problema</w:t>
            </w:r>
          </w:p>
        </w:tc>
      </w:tr>
      <w:tr w:rsidR="007E5770" w14:paraId="519964FE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B6D2825" w14:textId="77777777" w:rsidR="007E5770" w:rsidRDefault="00000000">
            <w:pPr>
              <w:spacing w:after="0" w:line="240" w:lineRule="auto"/>
            </w:pPr>
            <w:r>
              <w:t>Project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5A9E3EA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Proyekto</w:t>
            </w:r>
          </w:p>
        </w:tc>
      </w:tr>
      <w:tr w:rsidR="007E5770" w14:paraId="1EFDD55B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4C44E13" w14:textId="77777777" w:rsidR="007E5770" w:rsidRDefault="00000000">
            <w:pPr>
              <w:spacing w:after="0" w:line="240" w:lineRule="auto"/>
            </w:pPr>
            <w:r>
              <w:t>Radio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9F3F4A8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Radyo</w:t>
            </w:r>
          </w:p>
        </w:tc>
      </w:tr>
      <w:tr w:rsidR="007E5770" w14:paraId="12FF40B5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AEED582" w14:textId="77777777" w:rsidR="007E5770" w:rsidRDefault="00000000">
            <w:pPr>
              <w:spacing w:after="0" w:line="240" w:lineRule="auto"/>
            </w:pPr>
            <w:r>
              <w:t>System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781A0B7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Sistema</w:t>
            </w:r>
          </w:p>
        </w:tc>
      </w:tr>
      <w:tr w:rsidR="007E5770" w14:paraId="730B0569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5622A61" w14:textId="77777777" w:rsidR="007E5770" w:rsidRDefault="00000000">
            <w:pPr>
              <w:spacing w:after="0" w:line="240" w:lineRule="auto"/>
            </w:pPr>
            <w:r>
              <w:t>Telephone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6F8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200C826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Telepono</w:t>
            </w:r>
          </w:p>
        </w:tc>
      </w:tr>
      <w:tr w:rsidR="007E5770" w14:paraId="33425104" w14:textId="77777777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8DB826A" w14:textId="77777777" w:rsidR="007E5770" w:rsidRDefault="00000000">
            <w:pPr>
              <w:spacing w:after="0" w:line="240" w:lineRule="auto"/>
            </w:pPr>
            <w:r>
              <w:t>Television</w:t>
            </w:r>
          </w:p>
        </w:tc>
        <w:tc>
          <w:tcPr>
            <w:tcW w:w="59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826CAE3" w14:textId="77777777" w:rsidR="007E5770" w:rsidRDefault="00000000">
            <w:pPr>
              <w:spacing w:after="0" w:line="240" w:lineRule="auto"/>
            </w:pPr>
            <w:r>
              <w:rPr>
                <w:lang w:val="fil"/>
              </w:rPr>
              <w:t>Telebisyon</w:t>
            </w:r>
          </w:p>
        </w:tc>
      </w:tr>
    </w:tbl>
    <w:p w14:paraId="122AC52C" w14:textId="77777777" w:rsidR="007E5770" w:rsidRDefault="00000000">
      <w:pPr>
        <w:spacing w:before="140"/>
      </w:pPr>
      <w:r>
        <w:rPr>
          <w:b/>
        </w:rPr>
        <w:t xml:space="preserve">Island classroom connection. </w:t>
      </w:r>
      <w:r>
        <w:t>Invite students to notice a familiar word, explain its meaning, and use the English word in a sentence about life in St. Croix, St. Thomas, or St. John. For example: “Our community respects different cultures.”</w:t>
      </w:r>
    </w:p>
    <w:p w14:paraId="0DDADDBD" w14:textId="77777777" w:rsidR="007E5770" w:rsidRDefault="00000000">
      <w:r>
        <w:rPr>
          <w:sz w:val="18"/>
        </w:rPr>
        <w:t>Teacher reminder. Similar-looking words do not always share the same meaning. Check the meaning in context and model pronunciation. These pairs show shared meanings; some words have additional meanings or uses.</w:t>
      </w:r>
    </w:p>
    <w:sectPr w:rsidR="007E5770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03611" w14:textId="77777777" w:rsidR="009742AC" w:rsidRDefault="009742AC">
      <w:pPr>
        <w:spacing w:after="0" w:line="240" w:lineRule="auto"/>
      </w:pPr>
      <w:r>
        <w:separator/>
      </w:r>
    </w:p>
  </w:endnote>
  <w:endnote w:type="continuationSeparator" w:id="0">
    <w:p w14:paraId="523530F9" w14:textId="77777777" w:rsidR="009742AC" w:rsidRDefault="00974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4A257" w14:textId="77777777" w:rsidR="007E5770" w:rsidRDefault="00000000">
    <w:pPr>
      <w:pStyle w:val="Footer"/>
      <w:jc w:val="center"/>
    </w:pPr>
    <w:r>
      <w:rPr>
        <w:sz w:val="18"/>
      </w:rPr>
      <w:t xml:space="preserve">State Office of Bilingual Education  •  U.S. Virgin Islands  |  </w:t>
    </w:r>
    <w:r>
      <w:fldChar w:fldCharType="begin"/>
    </w:r>
    <w:r>
      <w:instrText>PAGE</w:instrText>
    </w:r>
    <w:r>
      <w:fldChar w:fldCharType="separate"/>
    </w:r>
    <w:r w:rsidR="000A794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BD534A" w14:textId="77777777" w:rsidR="009742AC" w:rsidRDefault="009742AC">
      <w:pPr>
        <w:spacing w:after="0" w:line="240" w:lineRule="auto"/>
      </w:pPr>
      <w:r>
        <w:separator/>
      </w:r>
    </w:p>
  </w:footnote>
  <w:footnote w:type="continuationSeparator" w:id="0">
    <w:p w14:paraId="40BEFB8D" w14:textId="77777777" w:rsidR="009742AC" w:rsidRDefault="009742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708042">
    <w:abstractNumId w:val="8"/>
  </w:num>
  <w:num w:numId="2" w16cid:durableId="1482309554">
    <w:abstractNumId w:val="6"/>
  </w:num>
  <w:num w:numId="3" w16cid:durableId="429010974">
    <w:abstractNumId w:val="5"/>
  </w:num>
  <w:num w:numId="4" w16cid:durableId="2106798617">
    <w:abstractNumId w:val="4"/>
  </w:num>
  <w:num w:numId="5" w16cid:durableId="1809318075">
    <w:abstractNumId w:val="7"/>
  </w:num>
  <w:num w:numId="6" w16cid:durableId="680812836">
    <w:abstractNumId w:val="3"/>
  </w:num>
  <w:num w:numId="7" w16cid:durableId="1943688340">
    <w:abstractNumId w:val="2"/>
  </w:num>
  <w:num w:numId="8" w16cid:durableId="147527121">
    <w:abstractNumId w:val="1"/>
  </w:num>
  <w:num w:numId="9" w16cid:durableId="27256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94D"/>
    <w:rsid w:val="0015074B"/>
    <w:rsid w:val="0029639D"/>
    <w:rsid w:val="00326F90"/>
    <w:rsid w:val="005F59A8"/>
    <w:rsid w:val="007E5770"/>
    <w:rsid w:val="009742A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F09241"/>
  <w14:defaultImageDpi w14:val="300"/>
  <w15:docId w15:val="{45006895-EEDB-4B6F-9073-AAC3FE12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Cognates and Vocabulary Connections</dc:title>
  <dc:subject>English vocabulary connections for Spanish Haitian Creole French and Tagalog speakers</dc:subject>
  <dc:creator>Virgin Islands Department of Education | State Office of Bilingual Education</dc:creator>
  <cp:keywords/>
  <dc:description>generated by python-docx</dc:description>
  <cp:lastModifiedBy>Camacho, Sally</cp:lastModifiedBy>
  <cp:revision>2</cp:revision>
  <dcterms:created xsi:type="dcterms:W3CDTF">2026-10-26T17:49:00Z</dcterms:created>
  <dcterms:modified xsi:type="dcterms:W3CDTF">2026-10-26T17:49:00Z</dcterms:modified>
  <cp:category/>
</cp:coreProperties>
</file>