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702547" w14:textId="77777777" w:rsidR="000A3F53" w:rsidRDefault="00000000">
      <w:pPr>
        <w:spacing w:after="40"/>
      </w:pPr>
      <w:r>
        <w:rPr>
          <w:b/>
        </w:rPr>
        <w:t>VIRGIN ISLANDS DEPARTMENT OF EDUCATION</w:t>
      </w:r>
    </w:p>
    <w:p w14:paraId="6352DC1F" w14:textId="77777777" w:rsidR="000A3F53" w:rsidRDefault="00000000">
      <w:pPr>
        <w:spacing w:after="160"/>
      </w:pPr>
      <w:r>
        <w:t>State Office of Bilingual Education</w:t>
      </w:r>
    </w:p>
    <w:p w14:paraId="7CD38E77" w14:textId="77777777" w:rsidR="000A3F53" w:rsidRDefault="00000000">
      <w:pPr>
        <w:pStyle w:val="Title"/>
      </w:pPr>
      <w:r>
        <w:t>School and Classroom Bilingual Glossary</w:t>
      </w:r>
    </w:p>
    <w:p w14:paraId="5B0D5913" w14:textId="77777777" w:rsidR="000A3F53" w:rsidRDefault="00000000">
      <w:r>
        <w:rPr>
          <w:b/>
          <w:sz w:val="28"/>
        </w:rPr>
        <w:t>English and Haitian Creole</w:t>
      </w:r>
    </w:p>
    <w:p w14:paraId="2A1F12D5" w14:textId="77777777" w:rsidR="000A3F53" w:rsidRDefault="00000000">
      <w:r>
        <w:t>Use these everyday words and phrases to support participation in Virgin Islands schools. Point to real objects, model the English word, and invite students to use both languages.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976"/>
      </w:tblGrid>
      <w:tr w:rsidR="000A3F53" w14:paraId="188D3053" w14:textId="77777777">
        <w:trPr>
          <w:cantSplit/>
          <w:tblHeader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63D56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522428F" w14:textId="77777777" w:rsidR="000A3F53" w:rsidRDefault="00000000">
            <w:pPr>
              <w:spacing w:after="0" w:line="240" w:lineRule="auto"/>
            </w:pPr>
            <w:r>
              <w:rPr>
                <w:b/>
                <w:color w:val="FFFFFF"/>
              </w:rPr>
              <w:t>English</w:t>
            </w:r>
          </w:p>
        </w:tc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63D56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E601EE0" w14:textId="77777777" w:rsidR="000A3F53" w:rsidRDefault="00000000">
            <w:pPr>
              <w:spacing w:after="0" w:line="240" w:lineRule="auto"/>
            </w:pPr>
            <w:r>
              <w:rPr>
                <w:b/>
                <w:color w:val="FFFFFF"/>
              </w:rPr>
              <w:t>Haitian Creole</w:t>
            </w:r>
          </w:p>
        </w:tc>
      </w:tr>
      <w:tr w:rsidR="000A3F53" w14:paraId="14DA40D0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B83956C" w14:textId="77777777" w:rsidR="000A3F53" w:rsidRDefault="00000000">
            <w:pPr>
              <w:spacing w:after="0" w:line="240" w:lineRule="auto"/>
            </w:pPr>
            <w:r>
              <w:t>School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208560F" w14:textId="77777777" w:rsidR="000A3F53" w:rsidRDefault="00000000">
            <w:pPr>
              <w:spacing w:after="0" w:line="240" w:lineRule="auto"/>
            </w:pPr>
            <w:r>
              <w:t>Lekòl</w:t>
            </w:r>
          </w:p>
        </w:tc>
      </w:tr>
      <w:tr w:rsidR="000A3F53" w14:paraId="62A53B83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3F52A5C" w14:textId="77777777" w:rsidR="000A3F53" w:rsidRDefault="00000000">
            <w:pPr>
              <w:spacing w:after="0" w:line="240" w:lineRule="auto"/>
            </w:pPr>
            <w:r>
              <w:t>Classroom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F66B7C8" w14:textId="77777777" w:rsidR="000A3F53" w:rsidRDefault="00000000">
            <w:pPr>
              <w:spacing w:after="0" w:line="240" w:lineRule="auto"/>
            </w:pPr>
            <w:r>
              <w:t>Sal klas</w:t>
            </w:r>
          </w:p>
        </w:tc>
      </w:tr>
      <w:tr w:rsidR="000A3F53" w14:paraId="2414C67E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7E8F1D8" w14:textId="77777777" w:rsidR="000A3F53" w:rsidRDefault="00000000">
            <w:pPr>
              <w:spacing w:after="0" w:line="240" w:lineRule="auto"/>
            </w:pPr>
            <w:r>
              <w:t>Teacher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E92E2D4" w14:textId="77777777" w:rsidR="000A3F53" w:rsidRDefault="00000000">
            <w:pPr>
              <w:spacing w:after="0" w:line="240" w:lineRule="auto"/>
            </w:pPr>
            <w:r>
              <w:t>Pwofesè</w:t>
            </w:r>
          </w:p>
        </w:tc>
      </w:tr>
      <w:tr w:rsidR="000A3F53" w14:paraId="33C1F4C8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C0FA3B1" w14:textId="77777777" w:rsidR="000A3F53" w:rsidRDefault="00000000">
            <w:pPr>
              <w:spacing w:after="0" w:line="240" w:lineRule="auto"/>
            </w:pPr>
            <w:r>
              <w:t>Student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F07A7ED" w14:textId="77777777" w:rsidR="000A3F53" w:rsidRDefault="00000000">
            <w:pPr>
              <w:spacing w:after="0" w:line="240" w:lineRule="auto"/>
            </w:pPr>
            <w:r>
              <w:t>Elèv</w:t>
            </w:r>
          </w:p>
        </w:tc>
      </w:tr>
      <w:tr w:rsidR="000A3F53" w14:paraId="1692A1BF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2D873A6" w14:textId="77777777" w:rsidR="000A3F53" w:rsidRDefault="00000000">
            <w:pPr>
              <w:spacing w:after="0" w:line="240" w:lineRule="auto"/>
            </w:pPr>
            <w:r>
              <w:t>Principal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4D97CB9" w14:textId="77777777" w:rsidR="000A3F53" w:rsidRDefault="00000000">
            <w:pPr>
              <w:spacing w:after="0" w:line="240" w:lineRule="auto"/>
            </w:pPr>
            <w:r>
              <w:t>Direktè lekòl</w:t>
            </w:r>
          </w:p>
        </w:tc>
      </w:tr>
      <w:tr w:rsidR="000A3F53" w14:paraId="70EAFE22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253DC61" w14:textId="77777777" w:rsidR="000A3F53" w:rsidRDefault="00000000">
            <w:pPr>
              <w:spacing w:after="0" w:line="240" w:lineRule="auto"/>
            </w:pPr>
            <w:r>
              <w:t>School nurse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63A2D5C" w14:textId="77777777" w:rsidR="000A3F53" w:rsidRDefault="00000000">
            <w:pPr>
              <w:spacing w:after="0" w:line="240" w:lineRule="auto"/>
            </w:pPr>
            <w:r>
              <w:t>Enfimyè lekòl</w:t>
            </w:r>
          </w:p>
        </w:tc>
      </w:tr>
      <w:tr w:rsidR="000A3F53" w14:paraId="018835DB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22444C8" w14:textId="77777777" w:rsidR="000A3F53" w:rsidRDefault="00000000">
            <w:pPr>
              <w:spacing w:after="0" w:line="240" w:lineRule="auto"/>
            </w:pPr>
            <w:r>
              <w:t>School office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46F6BD2" w14:textId="77777777" w:rsidR="000A3F53" w:rsidRDefault="00000000">
            <w:pPr>
              <w:spacing w:after="0" w:line="240" w:lineRule="auto"/>
            </w:pPr>
            <w:r>
              <w:t>Biwo lekòl</w:t>
            </w:r>
          </w:p>
        </w:tc>
      </w:tr>
      <w:tr w:rsidR="000A3F53" w14:paraId="5CA3BDEA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186BF84" w14:textId="77777777" w:rsidR="000A3F53" w:rsidRDefault="00000000">
            <w:pPr>
              <w:spacing w:after="0" w:line="240" w:lineRule="auto"/>
            </w:pPr>
            <w:r>
              <w:t>Library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96E0433" w14:textId="77777777" w:rsidR="000A3F53" w:rsidRDefault="00000000">
            <w:pPr>
              <w:spacing w:after="0" w:line="240" w:lineRule="auto"/>
            </w:pPr>
            <w:r>
              <w:t>Bibliyotèk</w:t>
            </w:r>
          </w:p>
        </w:tc>
      </w:tr>
      <w:tr w:rsidR="000A3F53" w14:paraId="6189197F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0B9AC5A" w14:textId="77777777" w:rsidR="000A3F53" w:rsidRDefault="00000000">
            <w:pPr>
              <w:spacing w:after="0" w:line="240" w:lineRule="auto"/>
            </w:pPr>
            <w:r>
              <w:t>Restroom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E15B337" w14:textId="77777777" w:rsidR="000A3F53" w:rsidRDefault="00000000">
            <w:pPr>
              <w:spacing w:after="0" w:line="240" w:lineRule="auto"/>
            </w:pPr>
            <w:r>
              <w:t>Twalèt</w:t>
            </w:r>
          </w:p>
        </w:tc>
      </w:tr>
      <w:tr w:rsidR="000A3F53" w14:paraId="32DAA74E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3A41924" w14:textId="77777777" w:rsidR="000A3F53" w:rsidRDefault="00000000">
            <w:pPr>
              <w:spacing w:after="0" w:line="240" w:lineRule="auto"/>
            </w:pPr>
            <w:r>
              <w:t>Cafeteria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9656B85" w14:textId="77777777" w:rsidR="000A3F53" w:rsidRDefault="00000000">
            <w:pPr>
              <w:spacing w:after="0" w:line="240" w:lineRule="auto"/>
            </w:pPr>
            <w:r>
              <w:t>Kantin</w:t>
            </w:r>
          </w:p>
        </w:tc>
      </w:tr>
      <w:tr w:rsidR="000A3F53" w14:paraId="539A5FC9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9513AF3" w14:textId="77777777" w:rsidR="000A3F53" w:rsidRDefault="00000000">
            <w:pPr>
              <w:spacing w:after="0" w:line="240" w:lineRule="auto"/>
            </w:pPr>
            <w:r>
              <w:t>Book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C4F2711" w14:textId="77777777" w:rsidR="000A3F53" w:rsidRDefault="00000000">
            <w:pPr>
              <w:spacing w:after="0" w:line="240" w:lineRule="auto"/>
            </w:pPr>
            <w:r>
              <w:t>Liv</w:t>
            </w:r>
          </w:p>
        </w:tc>
      </w:tr>
      <w:tr w:rsidR="000A3F53" w14:paraId="78EF5B75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4598D17" w14:textId="77777777" w:rsidR="000A3F53" w:rsidRDefault="00000000">
            <w:pPr>
              <w:spacing w:after="0" w:line="240" w:lineRule="auto"/>
            </w:pPr>
            <w:r>
              <w:t>Notebook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A869AD9" w14:textId="77777777" w:rsidR="000A3F53" w:rsidRDefault="00000000">
            <w:pPr>
              <w:spacing w:after="0" w:line="240" w:lineRule="auto"/>
            </w:pPr>
            <w:r>
              <w:t>Kaye</w:t>
            </w:r>
          </w:p>
        </w:tc>
      </w:tr>
      <w:tr w:rsidR="000A3F53" w14:paraId="12970BE7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1949589" w14:textId="77777777" w:rsidR="000A3F53" w:rsidRDefault="00000000">
            <w:pPr>
              <w:spacing w:after="0" w:line="240" w:lineRule="auto"/>
            </w:pPr>
            <w:r>
              <w:t>Pencil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C397054" w14:textId="77777777" w:rsidR="000A3F53" w:rsidRDefault="00000000">
            <w:pPr>
              <w:spacing w:after="0" w:line="240" w:lineRule="auto"/>
            </w:pPr>
            <w:r>
              <w:t>Kreyon</w:t>
            </w:r>
          </w:p>
        </w:tc>
      </w:tr>
      <w:tr w:rsidR="000A3F53" w14:paraId="2F076E06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7B05809" w14:textId="77777777" w:rsidR="000A3F53" w:rsidRDefault="00000000">
            <w:pPr>
              <w:spacing w:after="0" w:line="240" w:lineRule="auto"/>
            </w:pPr>
            <w:r>
              <w:t>Paper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32E372C" w14:textId="77777777" w:rsidR="000A3F53" w:rsidRDefault="00000000">
            <w:pPr>
              <w:spacing w:after="0" w:line="240" w:lineRule="auto"/>
            </w:pPr>
            <w:r>
              <w:t>Papye</w:t>
            </w:r>
          </w:p>
        </w:tc>
      </w:tr>
      <w:tr w:rsidR="000A3F53" w14:paraId="590536F7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B14AA41" w14:textId="77777777" w:rsidR="000A3F53" w:rsidRDefault="00000000">
            <w:pPr>
              <w:spacing w:after="0" w:line="240" w:lineRule="auto"/>
            </w:pPr>
            <w:r>
              <w:t>Backpack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2D463CA" w14:textId="77777777" w:rsidR="000A3F53" w:rsidRDefault="00000000">
            <w:pPr>
              <w:spacing w:after="0" w:line="240" w:lineRule="auto"/>
            </w:pPr>
            <w:r>
              <w:t>Sakado</w:t>
            </w:r>
          </w:p>
        </w:tc>
      </w:tr>
      <w:tr w:rsidR="000A3F53" w14:paraId="2AE31B53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81A81DD" w14:textId="77777777" w:rsidR="000A3F53" w:rsidRDefault="00000000">
            <w:pPr>
              <w:spacing w:after="0" w:line="240" w:lineRule="auto"/>
            </w:pPr>
            <w:r>
              <w:t>Desk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BF4D6D8" w14:textId="650074C4" w:rsidR="000A3F53" w:rsidRDefault="00106BB8">
            <w:pPr>
              <w:spacing w:after="0" w:line="240" w:lineRule="auto"/>
            </w:pPr>
            <w:r w:rsidRPr="00106BB8">
              <w:t>Ban lekòl or Biwo elèv</w:t>
            </w:r>
          </w:p>
        </w:tc>
      </w:tr>
      <w:tr w:rsidR="000A3F53" w14:paraId="7FAFF132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59C068F" w14:textId="77777777" w:rsidR="000A3F53" w:rsidRDefault="00000000">
            <w:pPr>
              <w:spacing w:after="0" w:line="240" w:lineRule="auto"/>
            </w:pPr>
            <w:r>
              <w:t>Chair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DB479C3" w14:textId="77777777" w:rsidR="000A3F53" w:rsidRDefault="00000000">
            <w:pPr>
              <w:spacing w:after="0" w:line="240" w:lineRule="auto"/>
            </w:pPr>
            <w:r>
              <w:t>Chèz</w:t>
            </w:r>
          </w:p>
        </w:tc>
      </w:tr>
      <w:tr w:rsidR="000A3F53" w14:paraId="799F14E8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BC516AF" w14:textId="77777777" w:rsidR="000A3F53" w:rsidRDefault="00000000">
            <w:pPr>
              <w:spacing w:after="0" w:line="240" w:lineRule="auto"/>
            </w:pPr>
            <w:r>
              <w:t>Water bottle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303F370" w14:textId="77777777" w:rsidR="000A3F53" w:rsidRDefault="00000000">
            <w:pPr>
              <w:spacing w:after="0" w:line="240" w:lineRule="auto"/>
            </w:pPr>
            <w:r>
              <w:t>Boutèy dlo</w:t>
            </w:r>
          </w:p>
        </w:tc>
      </w:tr>
      <w:tr w:rsidR="000A3F53" w14:paraId="7D275C4A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6F206FC" w14:textId="77777777" w:rsidR="000A3F53" w:rsidRDefault="00000000">
            <w:pPr>
              <w:spacing w:after="0" w:line="240" w:lineRule="auto"/>
            </w:pPr>
            <w:r>
              <w:t>Good morning.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E02D161" w14:textId="77777777" w:rsidR="000A3F53" w:rsidRDefault="00000000">
            <w:pPr>
              <w:spacing w:after="0" w:line="240" w:lineRule="auto"/>
            </w:pPr>
            <w:r>
              <w:t>Bonjou.</w:t>
            </w:r>
          </w:p>
        </w:tc>
      </w:tr>
      <w:tr w:rsidR="000A3F53" w14:paraId="652430B1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A0C6C01" w14:textId="77777777" w:rsidR="000A3F53" w:rsidRDefault="00000000">
            <w:pPr>
              <w:spacing w:after="0" w:line="240" w:lineRule="auto"/>
            </w:pPr>
            <w:r>
              <w:t>Please help me.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9985C91" w14:textId="77777777" w:rsidR="000A3F53" w:rsidRDefault="00000000">
            <w:pPr>
              <w:spacing w:after="0" w:line="240" w:lineRule="auto"/>
            </w:pPr>
            <w:r>
              <w:t>Tanpri, ede m.</w:t>
            </w:r>
          </w:p>
        </w:tc>
      </w:tr>
      <w:tr w:rsidR="000A3F53" w14:paraId="324EA457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86CE69E" w14:textId="77777777" w:rsidR="000A3F53" w:rsidRDefault="00000000">
            <w:pPr>
              <w:spacing w:after="0" w:line="240" w:lineRule="auto"/>
            </w:pPr>
            <w:r>
              <w:t>I do not understand.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4D81FF4" w14:textId="77777777" w:rsidR="000A3F53" w:rsidRDefault="00000000">
            <w:pPr>
              <w:spacing w:after="0" w:line="240" w:lineRule="auto"/>
            </w:pPr>
            <w:r>
              <w:t>Mwen pa konprann.</w:t>
            </w:r>
          </w:p>
        </w:tc>
      </w:tr>
      <w:tr w:rsidR="000A3F53" w14:paraId="77417E43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E036923" w14:textId="77777777" w:rsidR="000A3F53" w:rsidRDefault="00000000">
            <w:pPr>
              <w:spacing w:after="0" w:line="240" w:lineRule="auto"/>
            </w:pPr>
            <w:r>
              <w:t>Please repeat.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3E51ACA" w14:textId="77777777" w:rsidR="000A3F53" w:rsidRDefault="00000000">
            <w:pPr>
              <w:spacing w:after="0" w:line="240" w:lineRule="auto"/>
            </w:pPr>
            <w:r>
              <w:t>Tanpri, repete.</w:t>
            </w:r>
          </w:p>
        </w:tc>
      </w:tr>
      <w:tr w:rsidR="000A3F53" w14:paraId="7F7C3648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695CA1A" w14:textId="77777777" w:rsidR="000A3F53" w:rsidRDefault="00000000">
            <w:pPr>
              <w:spacing w:after="0" w:line="240" w:lineRule="auto"/>
            </w:pPr>
            <w:r>
              <w:t>May I use the restroom?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B77015D" w14:textId="77777777" w:rsidR="000A3F53" w:rsidRDefault="00000000">
            <w:pPr>
              <w:spacing w:after="0" w:line="240" w:lineRule="auto"/>
            </w:pPr>
            <w:r>
              <w:t>Èske mwen ka ale nan twalèt?</w:t>
            </w:r>
          </w:p>
        </w:tc>
      </w:tr>
      <w:tr w:rsidR="000A3F53" w14:paraId="58F756F9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B3B5EC4" w14:textId="77777777" w:rsidR="000A3F53" w:rsidRDefault="00000000">
            <w:pPr>
              <w:spacing w:after="0" w:line="240" w:lineRule="auto"/>
            </w:pPr>
            <w:r>
              <w:t>I need water.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FAF73BA" w14:textId="77777777" w:rsidR="000A3F53" w:rsidRDefault="00000000">
            <w:pPr>
              <w:spacing w:after="0" w:line="240" w:lineRule="auto"/>
            </w:pPr>
            <w:r>
              <w:t>Mwen bezwen dlo.</w:t>
            </w:r>
          </w:p>
        </w:tc>
      </w:tr>
    </w:tbl>
    <w:p w14:paraId="23D07556" w14:textId="77777777" w:rsidR="000A3F53" w:rsidRDefault="00000000">
      <w:pPr>
        <w:spacing w:before="140"/>
      </w:pPr>
      <w:r>
        <w:rPr>
          <w:b/>
        </w:rPr>
        <w:t xml:space="preserve">Island classroom connection. </w:t>
      </w:r>
      <w:r>
        <w:t>Practice during morning greetings, a school tour, or a classroom scavenger hunt in St. Croix, St. Thomas, or St. John. Students can point to a book, notebook, pencil, and water bottle.</w:t>
      </w:r>
    </w:p>
    <w:p w14:paraId="0F3226C8" w14:textId="77777777" w:rsidR="000A3F53" w:rsidRDefault="00000000">
      <w:r>
        <w:rPr>
          <w:sz w:val="18"/>
        </w:rPr>
        <w:t>Teacher note. Translations reflect common school usage; wording may vary by community. Invite students and families to share familiar terms. A slash shows alternative forms.</w:t>
      </w:r>
    </w:p>
    <w:p w14:paraId="12068586" w14:textId="77777777" w:rsidR="000A3F53" w:rsidRDefault="00000000">
      <w:pPr>
        <w:pageBreakBefore/>
        <w:spacing w:after="40"/>
      </w:pPr>
      <w:r>
        <w:rPr>
          <w:b/>
        </w:rPr>
        <w:lastRenderedPageBreak/>
        <w:t>VIRGIN ISLANDS DEPARTMENT OF EDUCATION</w:t>
      </w:r>
    </w:p>
    <w:p w14:paraId="1F3D285E" w14:textId="77777777" w:rsidR="000A3F53" w:rsidRDefault="00000000">
      <w:pPr>
        <w:spacing w:after="160"/>
      </w:pPr>
      <w:r>
        <w:t>State Office of Bilingual Education</w:t>
      </w:r>
    </w:p>
    <w:p w14:paraId="08426AF4" w14:textId="77777777" w:rsidR="000A3F53" w:rsidRDefault="00000000">
      <w:pPr>
        <w:pStyle w:val="Title"/>
      </w:pPr>
      <w:r>
        <w:t>School and Classroom Bilingual Glossary</w:t>
      </w:r>
    </w:p>
    <w:p w14:paraId="770DCD15" w14:textId="77777777" w:rsidR="000A3F53" w:rsidRDefault="00000000">
      <w:r>
        <w:rPr>
          <w:b/>
          <w:sz w:val="28"/>
        </w:rPr>
        <w:t>English and Spanish</w:t>
      </w:r>
    </w:p>
    <w:p w14:paraId="6781928A" w14:textId="77777777" w:rsidR="000A3F53" w:rsidRDefault="00000000">
      <w:r>
        <w:t>Use these everyday words and phrases to support participation in Virgin Islands schools. Point to real objects, model the English word, and invite students to use both languages.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976"/>
      </w:tblGrid>
      <w:tr w:rsidR="000A3F53" w14:paraId="56BDC68C" w14:textId="77777777">
        <w:trPr>
          <w:cantSplit/>
          <w:tblHeader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63D56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0DFB855" w14:textId="77777777" w:rsidR="000A3F53" w:rsidRDefault="00000000">
            <w:pPr>
              <w:spacing w:after="0" w:line="240" w:lineRule="auto"/>
            </w:pPr>
            <w:r>
              <w:rPr>
                <w:b/>
                <w:color w:val="FFFFFF"/>
              </w:rPr>
              <w:t>English</w:t>
            </w:r>
          </w:p>
        </w:tc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63D56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1AF8CEA" w14:textId="77777777" w:rsidR="000A3F53" w:rsidRDefault="00000000">
            <w:pPr>
              <w:spacing w:after="0" w:line="240" w:lineRule="auto"/>
            </w:pPr>
            <w:r>
              <w:rPr>
                <w:b/>
                <w:color w:val="FFFFFF"/>
              </w:rPr>
              <w:t>Spanish</w:t>
            </w:r>
          </w:p>
        </w:tc>
      </w:tr>
      <w:tr w:rsidR="000A3F53" w14:paraId="4EE56507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976C505" w14:textId="77777777" w:rsidR="000A3F53" w:rsidRDefault="00000000">
            <w:pPr>
              <w:spacing w:after="0" w:line="240" w:lineRule="auto"/>
            </w:pPr>
            <w:r>
              <w:t>School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C713AB0" w14:textId="77777777" w:rsidR="000A3F53" w:rsidRDefault="00000000">
            <w:pPr>
              <w:spacing w:after="0" w:line="240" w:lineRule="auto"/>
            </w:pPr>
            <w:r>
              <w:rPr>
                <w:lang w:val="es"/>
              </w:rPr>
              <w:t>Escuela</w:t>
            </w:r>
          </w:p>
        </w:tc>
      </w:tr>
      <w:tr w:rsidR="000A3F53" w14:paraId="2455C2D2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1619762" w14:textId="77777777" w:rsidR="000A3F53" w:rsidRDefault="00000000">
            <w:pPr>
              <w:spacing w:after="0" w:line="240" w:lineRule="auto"/>
            </w:pPr>
            <w:r>
              <w:t>Classroom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7F95C46" w14:textId="77777777" w:rsidR="000A3F53" w:rsidRDefault="00000000">
            <w:pPr>
              <w:spacing w:after="0" w:line="240" w:lineRule="auto"/>
            </w:pPr>
            <w:r>
              <w:rPr>
                <w:lang w:val="es"/>
              </w:rPr>
              <w:t>Salón de clases</w:t>
            </w:r>
          </w:p>
        </w:tc>
      </w:tr>
      <w:tr w:rsidR="000A3F53" w14:paraId="267D12BC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91FC085" w14:textId="77777777" w:rsidR="000A3F53" w:rsidRDefault="00000000">
            <w:pPr>
              <w:spacing w:after="0" w:line="240" w:lineRule="auto"/>
            </w:pPr>
            <w:r>
              <w:t>Teacher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22953B5" w14:textId="726E74E2" w:rsidR="000A3F53" w:rsidRPr="00106BB8" w:rsidRDefault="00106BB8">
            <w:pPr>
              <w:spacing w:after="0" w:line="240" w:lineRule="auto"/>
            </w:pPr>
            <w:r w:rsidRPr="00106BB8">
              <w:t>Maestro/</w:t>
            </w:r>
            <w:proofErr w:type="gramStart"/>
            <w:r w:rsidRPr="00106BB8">
              <w:t>a or</w:t>
            </w:r>
            <w:proofErr w:type="gramEnd"/>
            <w:r w:rsidRPr="00106BB8">
              <w:t xml:space="preserve"> </w:t>
            </w:r>
            <w:proofErr w:type="spellStart"/>
            <w:r w:rsidRPr="00106BB8">
              <w:t>Docente</w:t>
            </w:r>
            <w:proofErr w:type="spellEnd"/>
          </w:p>
        </w:tc>
      </w:tr>
      <w:tr w:rsidR="000A3F53" w14:paraId="7337A90E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74470D1" w14:textId="77777777" w:rsidR="000A3F53" w:rsidRDefault="00000000">
            <w:pPr>
              <w:spacing w:after="0" w:line="240" w:lineRule="auto"/>
            </w:pPr>
            <w:r>
              <w:t>Student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7A8D673" w14:textId="77777777" w:rsidR="000A3F53" w:rsidRDefault="00000000">
            <w:pPr>
              <w:spacing w:after="0" w:line="240" w:lineRule="auto"/>
            </w:pPr>
            <w:r>
              <w:rPr>
                <w:lang w:val="es"/>
              </w:rPr>
              <w:t>Estudiante</w:t>
            </w:r>
          </w:p>
        </w:tc>
      </w:tr>
      <w:tr w:rsidR="000A3F53" w14:paraId="35859A42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95D6F87" w14:textId="77777777" w:rsidR="000A3F53" w:rsidRDefault="00000000">
            <w:pPr>
              <w:spacing w:after="0" w:line="240" w:lineRule="auto"/>
            </w:pPr>
            <w:r>
              <w:t>Principal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08C682E" w14:textId="77777777" w:rsidR="000A3F53" w:rsidRDefault="00000000">
            <w:pPr>
              <w:spacing w:after="0" w:line="240" w:lineRule="auto"/>
            </w:pPr>
            <w:r>
              <w:rPr>
                <w:lang w:val="es"/>
              </w:rPr>
              <w:t>Director / directora</w:t>
            </w:r>
          </w:p>
        </w:tc>
      </w:tr>
      <w:tr w:rsidR="000A3F53" w14:paraId="188469AF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17B9EE1" w14:textId="77777777" w:rsidR="000A3F53" w:rsidRDefault="00000000">
            <w:pPr>
              <w:spacing w:after="0" w:line="240" w:lineRule="auto"/>
            </w:pPr>
            <w:r>
              <w:t>School nurse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E8B13D3" w14:textId="77777777" w:rsidR="000A3F53" w:rsidRDefault="00000000">
            <w:pPr>
              <w:spacing w:after="0" w:line="240" w:lineRule="auto"/>
            </w:pPr>
            <w:r>
              <w:rPr>
                <w:lang w:val="es"/>
              </w:rPr>
              <w:t>Enfermero / enfermera escolar</w:t>
            </w:r>
          </w:p>
        </w:tc>
      </w:tr>
      <w:tr w:rsidR="000A3F53" w14:paraId="18C224A4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AD724DC" w14:textId="77777777" w:rsidR="000A3F53" w:rsidRDefault="00000000">
            <w:pPr>
              <w:spacing w:after="0" w:line="240" w:lineRule="auto"/>
            </w:pPr>
            <w:r>
              <w:t>School office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AADCDF0" w14:textId="77777777" w:rsidR="000A3F53" w:rsidRDefault="00000000">
            <w:pPr>
              <w:spacing w:after="0" w:line="240" w:lineRule="auto"/>
            </w:pPr>
            <w:r>
              <w:rPr>
                <w:lang w:val="es"/>
              </w:rPr>
              <w:t>Oficina escolar</w:t>
            </w:r>
          </w:p>
        </w:tc>
      </w:tr>
      <w:tr w:rsidR="000A3F53" w14:paraId="05D2D0B6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B0460BF" w14:textId="77777777" w:rsidR="000A3F53" w:rsidRDefault="00000000">
            <w:pPr>
              <w:spacing w:after="0" w:line="240" w:lineRule="auto"/>
            </w:pPr>
            <w:r>
              <w:t>Library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2006FEE" w14:textId="77777777" w:rsidR="000A3F53" w:rsidRDefault="00000000">
            <w:pPr>
              <w:spacing w:after="0" w:line="240" w:lineRule="auto"/>
            </w:pPr>
            <w:r>
              <w:rPr>
                <w:lang w:val="es"/>
              </w:rPr>
              <w:t>Biblioteca</w:t>
            </w:r>
          </w:p>
        </w:tc>
      </w:tr>
      <w:tr w:rsidR="000A3F53" w14:paraId="19BB0643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39D8207" w14:textId="77777777" w:rsidR="000A3F53" w:rsidRDefault="00000000">
            <w:pPr>
              <w:spacing w:after="0" w:line="240" w:lineRule="auto"/>
            </w:pPr>
            <w:r>
              <w:t>Restroom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C920AF4" w14:textId="77777777" w:rsidR="000A3F53" w:rsidRDefault="00000000">
            <w:pPr>
              <w:spacing w:after="0" w:line="240" w:lineRule="auto"/>
            </w:pPr>
            <w:r>
              <w:rPr>
                <w:lang w:val="es"/>
              </w:rPr>
              <w:t>Baño</w:t>
            </w:r>
          </w:p>
        </w:tc>
      </w:tr>
      <w:tr w:rsidR="000A3F53" w14:paraId="7437912C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6EC0717" w14:textId="77777777" w:rsidR="000A3F53" w:rsidRDefault="00000000">
            <w:pPr>
              <w:spacing w:after="0" w:line="240" w:lineRule="auto"/>
            </w:pPr>
            <w:r>
              <w:t>Cafeteria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7D8D387" w14:textId="77777777" w:rsidR="000A3F53" w:rsidRDefault="00000000">
            <w:pPr>
              <w:spacing w:after="0" w:line="240" w:lineRule="auto"/>
            </w:pPr>
            <w:r>
              <w:rPr>
                <w:lang w:val="es"/>
              </w:rPr>
              <w:t>Cafetería</w:t>
            </w:r>
          </w:p>
        </w:tc>
      </w:tr>
      <w:tr w:rsidR="000A3F53" w14:paraId="4167E370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2C9287E" w14:textId="77777777" w:rsidR="000A3F53" w:rsidRDefault="00000000">
            <w:pPr>
              <w:spacing w:after="0" w:line="240" w:lineRule="auto"/>
            </w:pPr>
            <w:r>
              <w:t>Book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A2325A4" w14:textId="77777777" w:rsidR="000A3F53" w:rsidRDefault="00000000">
            <w:pPr>
              <w:spacing w:after="0" w:line="240" w:lineRule="auto"/>
            </w:pPr>
            <w:r>
              <w:rPr>
                <w:lang w:val="es"/>
              </w:rPr>
              <w:t>Libro</w:t>
            </w:r>
          </w:p>
        </w:tc>
      </w:tr>
      <w:tr w:rsidR="000A3F53" w14:paraId="76222946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98D17E1" w14:textId="77777777" w:rsidR="000A3F53" w:rsidRDefault="00000000">
            <w:pPr>
              <w:spacing w:after="0" w:line="240" w:lineRule="auto"/>
            </w:pPr>
            <w:r>
              <w:t>Notebook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4D9E48F" w14:textId="77777777" w:rsidR="000A3F53" w:rsidRDefault="00000000">
            <w:pPr>
              <w:spacing w:after="0" w:line="240" w:lineRule="auto"/>
            </w:pPr>
            <w:r>
              <w:rPr>
                <w:lang w:val="es"/>
              </w:rPr>
              <w:t>Cuaderno</w:t>
            </w:r>
          </w:p>
        </w:tc>
      </w:tr>
      <w:tr w:rsidR="000A3F53" w14:paraId="7BB9BAC8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7964EC7" w14:textId="77777777" w:rsidR="000A3F53" w:rsidRDefault="00000000">
            <w:pPr>
              <w:spacing w:after="0" w:line="240" w:lineRule="auto"/>
            </w:pPr>
            <w:r>
              <w:t>Pencil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C58F4F1" w14:textId="77777777" w:rsidR="000A3F53" w:rsidRDefault="00000000">
            <w:pPr>
              <w:spacing w:after="0" w:line="240" w:lineRule="auto"/>
            </w:pPr>
            <w:r>
              <w:rPr>
                <w:lang w:val="es"/>
              </w:rPr>
              <w:t>Lápiz</w:t>
            </w:r>
          </w:p>
        </w:tc>
      </w:tr>
      <w:tr w:rsidR="000A3F53" w14:paraId="48165D2A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F3F86F7" w14:textId="77777777" w:rsidR="000A3F53" w:rsidRDefault="00000000">
            <w:pPr>
              <w:spacing w:after="0" w:line="240" w:lineRule="auto"/>
            </w:pPr>
            <w:r>
              <w:t>Paper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3297264" w14:textId="77777777" w:rsidR="000A3F53" w:rsidRDefault="00000000">
            <w:pPr>
              <w:spacing w:after="0" w:line="240" w:lineRule="auto"/>
            </w:pPr>
            <w:r>
              <w:rPr>
                <w:lang w:val="es"/>
              </w:rPr>
              <w:t>Papel</w:t>
            </w:r>
          </w:p>
        </w:tc>
      </w:tr>
      <w:tr w:rsidR="000A3F53" w14:paraId="048C52EA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D00F13F" w14:textId="77777777" w:rsidR="000A3F53" w:rsidRDefault="00000000">
            <w:pPr>
              <w:spacing w:after="0" w:line="240" w:lineRule="auto"/>
            </w:pPr>
            <w:r>
              <w:t>Backpack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833C152" w14:textId="77777777" w:rsidR="000A3F53" w:rsidRDefault="00000000">
            <w:pPr>
              <w:spacing w:after="0" w:line="240" w:lineRule="auto"/>
            </w:pPr>
            <w:r>
              <w:rPr>
                <w:lang w:val="es"/>
              </w:rPr>
              <w:t>Mochila</w:t>
            </w:r>
          </w:p>
        </w:tc>
      </w:tr>
      <w:tr w:rsidR="000A3F53" w14:paraId="74D7B837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655929C" w14:textId="77777777" w:rsidR="000A3F53" w:rsidRDefault="00000000">
            <w:pPr>
              <w:spacing w:after="0" w:line="240" w:lineRule="auto"/>
            </w:pPr>
            <w:r>
              <w:t>Desk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BE6159A" w14:textId="77777777" w:rsidR="000A3F53" w:rsidRDefault="00000000">
            <w:pPr>
              <w:spacing w:after="0" w:line="240" w:lineRule="auto"/>
            </w:pPr>
            <w:r>
              <w:rPr>
                <w:lang w:val="es"/>
              </w:rPr>
              <w:t>Pupitre</w:t>
            </w:r>
          </w:p>
        </w:tc>
      </w:tr>
      <w:tr w:rsidR="000A3F53" w14:paraId="41772D87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2C31F2D" w14:textId="77777777" w:rsidR="000A3F53" w:rsidRDefault="00000000">
            <w:pPr>
              <w:spacing w:after="0" w:line="240" w:lineRule="auto"/>
            </w:pPr>
            <w:r>
              <w:t>Chair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28FCB4D" w14:textId="77777777" w:rsidR="000A3F53" w:rsidRDefault="00000000">
            <w:pPr>
              <w:spacing w:after="0" w:line="240" w:lineRule="auto"/>
            </w:pPr>
            <w:r>
              <w:rPr>
                <w:lang w:val="es"/>
              </w:rPr>
              <w:t>Silla</w:t>
            </w:r>
          </w:p>
        </w:tc>
      </w:tr>
      <w:tr w:rsidR="000A3F53" w14:paraId="79C436A8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41A64BE" w14:textId="77777777" w:rsidR="000A3F53" w:rsidRDefault="00000000">
            <w:pPr>
              <w:spacing w:after="0" w:line="240" w:lineRule="auto"/>
            </w:pPr>
            <w:r>
              <w:t>Water bottle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397988D" w14:textId="77777777" w:rsidR="000A3F53" w:rsidRDefault="00000000">
            <w:pPr>
              <w:spacing w:after="0" w:line="240" w:lineRule="auto"/>
            </w:pPr>
            <w:r>
              <w:rPr>
                <w:lang w:val="es"/>
              </w:rPr>
              <w:t>Botella de agua</w:t>
            </w:r>
          </w:p>
        </w:tc>
      </w:tr>
      <w:tr w:rsidR="000A3F53" w14:paraId="736B8475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771B846" w14:textId="77777777" w:rsidR="000A3F53" w:rsidRDefault="00000000">
            <w:pPr>
              <w:spacing w:after="0" w:line="240" w:lineRule="auto"/>
            </w:pPr>
            <w:r>
              <w:t>Good morning.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0B74F56" w14:textId="77777777" w:rsidR="000A3F53" w:rsidRDefault="00000000">
            <w:pPr>
              <w:spacing w:after="0" w:line="240" w:lineRule="auto"/>
            </w:pPr>
            <w:r>
              <w:rPr>
                <w:lang w:val="es"/>
              </w:rPr>
              <w:t>Buenos días.</w:t>
            </w:r>
          </w:p>
        </w:tc>
      </w:tr>
      <w:tr w:rsidR="000A3F53" w14:paraId="6540CAFA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EC5841F" w14:textId="77777777" w:rsidR="000A3F53" w:rsidRDefault="00000000">
            <w:pPr>
              <w:spacing w:after="0" w:line="240" w:lineRule="auto"/>
            </w:pPr>
            <w:r>
              <w:t>Please help me.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A6A90C5" w14:textId="77777777" w:rsidR="000A3F53" w:rsidRDefault="00000000">
            <w:pPr>
              <w:spacing w:after="0" w:line="240" w:lineRule="auto"/>
            </w:pPr>
            <w:r>
              <w:rPr>
                <w:lang w:val="es"/>
              </w:rPr>
              <w:t>Por favor, ayúdeme.</w:t>
            </w:r>
          </w:p>
        </w:tc>
      </w:tr>
      <w:tr w:rsidR="000A3F53" w14:paraId="782B9D24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1B7CAF1" w14:textId="77777777" w:rsidR="000A3F53" w:rsidRDefault="00000000">
            <w:pPr>
              <w:spacing w:after="0" w:line="240" w:lineRule="auto"/>
            </w:pPr>
            <w:r>
              <w:t>I do not understand.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2F1252B" w14:textId="77777777" w:rsidR="000A3F53" w:rsidRDefault="00000000">
            <w:pPr>
              <w:spacing w:after="0" w:line="240" w:lineRule="auto"/>
            </w:pPr>
            <w:r>
              <w:rPr>
                <w:lang w:val="es"/>
              </w:rPr>
              <w:t>No entiendo.</w:t>
            </w:r>
          </w:p>
        </w:tc>
      </w:tr>
      <w:tr w:rsidR="000A3F53" w14:paraId="0C7A10DD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C385999" w14:textId="77777777" w:rsidR="000A3F53" w:rsidRDefault="00000000">
            <w:pPr>
              <w:spacing w:after="0" w:line="240" w:lineRule="auto"/>
            </w:pPr>
            <w:r>
              <w:t>Please repeat.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8D20797" w14:textId="77777777" w:rsidR="000A3F53" w:rsidRDefault="00000000">
            <w:pPr>
              <w:spacing w:after="0" w:line="240" w:lineRule="auto"/>
            </w:pPr>
            <w:r>
              <w:rPr>
                <w:lang w:val="es"/>
              </w:rPr>
              <w:t>Repita, por favor.</w:t>
            </w:r>
          </w:p>
        </w:tc>
      </w:tr>
      <w:tr w:rsidR="000A3F53" w14:paraId="5E23164A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1E59C11" w14:textId="77777777" w:rsidR="000A3F53" w:rsidRDefault="00000000">
            <w:pPr>
              <w:spacing w:after="0" w:line="240" w:lineRule="auto"/>
            </w:pPr>
            <w:r>
              <w:t>May I use the restroom?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0A11158" w14:textId="77777777" w:rsidR="000A3F53" w:rsidRDefault="00000000">
            <w:pPr>
              <w:spacing w:after="0" w:line="240" w:lineRule="auto"/>
            </w:pPr>
            <w:r>
              <w:rPr>
                <w:lang w:val="es"/>
              </w:rPr>
              <w:t>¿Puedo ir al baño?</w:t>
            </w:r>
          </w:p>
        </w:tc>
      </w:tr>
      <w:tr w:rsidR="000A3F53" w14:paraId="78EC0DA4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31AED01" w14:textId="77777777" w:rsidR="000A3F53" w:rsidRDefault="00000000">
            <w:pPr>
              <w:spacing w:after="0" w:line="240" w:lineRule="auto"/>
            </w:pPr>
            <w:r>
              <w:t>I need water.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B02E3DB" w14:textId="77777777" w:rsidR="000A3F53" w:rsidRDefault="00000000">
            <w:pPr>
              <w:spacing w:after="0" w:line="240" w:lineRule="auto"/>
            </w:pPr>
            <w:r>
              <w:rPr>
                <w:lang w:val="es"/>
              </w:rPr>
              <w:t>Necesito agua.</w:t>
            </w:r>
          </w:p>
        </w:tc>
      </w:tr>
    </w:tbl>
    <w:p w14:paraId="12D44F8E" w14:textId="77777777" w:rsidR="000A3F53" w:rsidRDefault="00000000">
      <w:pPr>
        <w:spacing w:before="140"/>
      </w:pPr>
      <w:r>
        <w:rPr>
          <w:b/>
        </w:rPr>
        <w:t xml:space="preserve">Island classroom connection. </w:t>
      </w:r>
      <w:r>
        <w:t>Practice during morning greetings, a school tour, or a classroom scavenger hunt in St. Croix, St. Thomas, or St. John. Students can point to a book, notebook, pencil, and water bottle.</w:t>
      </w:r>
    </w:p>
    <w:p w14:paraId="75FCC18A" w14:textId="77777777" w:rsidR="000A3F53" w:rsidRDefault="00000000">
      <w:r>
        <w:rPr>
          <w:sz w:val="18"/>
        </w:rPr>
        <w:t>Teacher note. Translations reflect common school usage; wording may vary by community. Invite students and families to share familiar terms. A slash shows alternative forms.</w:t>
      </w:r>
    </w:p>
    <w:p w14:paraId="7C99CBDB" w14:textId="77777777" w:rsidR="000A3F53" w:rsidRDefault="00000000">
      <w:pPr>
        <w:pageBreakBefore/>
        <w:spacing w:after="40"/>
      </w:pPr>
      <w:r>
        <w:rPr>
          <w:b/>
        </w:rPr>
        <w:lastRenderedPageBreak/>
        <w:t>VIRGIN ISLANDS DEPARTMENT OF EDUCATION</w:t>
      </w:r>
    </w:p>
    <w:p w14:paraId="332E9329" w14:textId="77777777" w:rsidR="000A3F53" w:rsidRDefault="00000000">
      <w:pPr>
        <w:spacing w:after="160"/>
      </w:pPr>
      <w:r>
        <w:t>State Office of Bilingual Education</w:t>
      </w:r>
    </w:p>
    <w:p w14:paraId="1CD05673" w14:textId="77777777" w:rsidR="000A3F53" w:rsidRDefault="00000000">
      <w:pPr>
        <w:pStyle w:val="Title"/>
      </w:pPr>
      <w:r>
        <w:t>School and Classroom Bilingual Glossary</w:t>
      </w:r>
    </w:p>
    <w:p w14:paraId="7F914959" w14:textId="77777777" w:rsidR="000A3F53" w:rsidRDefault="00000000">
      <w:r>
        <w:rPr>
          <w:b/>
          <w:sz w:val="28"/>
        </w:rPr>
        <w:t>English and French</w:t>
      </w:r>
    </w:p>
    <w:p w14:paraId="03B7D7CB" w14:textId="77777777" w:rsidR="000A3F53" w:rsidRDefault="00000000">
      <w:r>
        <w:t>Use these everyday words and phrases to support participation in Virgin Islands schools. Point to real objects, model the English word, and invite students to use both languages.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976"/>
      </w:tblGrid>
      <w:tr w:rsidR="000A3F53" w14:paraId="33914D08" w14:textId="77777777">
        <w:trPr>
          <w:cantSplit/>
          <w:tblHeader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63D56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EDE2EFC" w14:textId="77777777" w:rsidR="000A3F53" w:rsidRDefault="00000000">
            <w:pPr>
              <w:spacing w:after="0" w:line="240" w:lineRule="auto"/>
            </w:pPr>
            <w:r>
              <w:rPr>
                <w:b/>
                <w:color w:val="FFFFFF"/>
              </w:rPr>
              <w:t>English</w:t>
            </w:r>
          </w:p>
        </w:tc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63D56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CBD41C6" w14:textId="77777777" w:rsidR="000A3F53" w:rsidRDefault="00000000">
            <w:pPr>
              <w:spacing w:after="0" w:line="240" w:lineRule="auto"/>
            </w:pPr>
            <w:r>
              <w:rPr>
                <w:b/>
                <w:color w:val="FFFFFF"/>
              </w:rPr>
              <w:t>French</w:t>
            </w:r>
          </w:p>
        </w:tc>
      </w:tr>
      <w:tr w:rsidR="000A3F53" w14:paraId="51F2EDB3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844E85F" w14:textId="77777777" w:rsidR="000A3F53" w:rsidRDefault="00000000">
            <w:pPr>
              <w:spacing w:after="0" w:line="240" w:lineRule="auto"/>
            </w:pPr>
            <w:r>
              <w:t>School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69374C1" w14:textId="77777777" w:rsidR="000A3F53" w:rsidRDefault="00000000">
            <w:pPr>
              <w:spacing w:after="0" w:line="240" w:lineRule="auto"/>
            </w:pPr>
            <w:r>
              <w:rPr>
                <w:lang w:val="fr"/>
              </w:rPr>
              <w:t>École</w:t>
            </w:r>
          </w:p>
        </w:tc>
      </w:tr>
      <w:tr w:rsidR="000A3F53" w14:paraId="1FB61795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F95C0D8" w14:textId="77777777" w:rsidR="000A3F53" w:rsidRDefault="00000000">
            <w:pPr>
              <w:spacing w:after="0" w:line="240" w:lineRule="auto"/>
            </w:pPr>
            <w:r>
              <w:t>Classroom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F140FFC" w14:textId="77777777" w:rsidR="000A3F53" w:rsidRDefault="00000000">
            <w:pPr>
              <w:spacing w:after="0" w:line="240" w:lineRule="auto"/>
            </w:pPr>
            <w:r>
              <w:rPr>
                <w:lang w:val="fr"/>
              </w:rPr>
              <w:t>Salle de classe</w:t>
            </w:r>
          </w:p>
        </w:tc>
      </w:tr>
      <w:tr w:rsidR="000A3F53" w14:paraId="13BFF901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7B36B39" w14:textId="77777777" w:rsidR="000A3F53" w:rsidRDefault="00000000">
            <w:pPr>
              <w:spacing w:after="0" w:line="240" w:lineRule="auto"/>
            </w:pPr>
            <w:r>
              <w:t>Teacher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925371C" w14:textId="77777777" w:rsidR="000A3F53" w:rsidRDefault="00000000">
            <w:pPr>
              <w:spacing w:after="0" w:line="240" w:lineRule="auto"/>
            </w:pPr>
            <w:r>
              <w:rPr>
                <w:lang w:val="fr"/>
              </w:rPr>
              <w:t>Enseignant / enseignante</w:t>
            </w:r>
          </w:p>
        </w:tc>
      </w:tr>
      <w:tr w:rsidR="000A3F53" w14:paraId="412220BE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6C047F2" w14:textId="77777777" w:rsidR="000A3F53" w:rsidRDefault="00000000">
            <w:pPr>
              <w:spacing w:after="0" w:line="240" w:lineRule="auto"/>
            </w:pPr>
            <w:r>
              <w:t>Student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994EBAD" w14:textId="77777777" w:rsidR="000A3F53" w:rsidRDefault="00000000">
            <w:pPr>
              <w:spacing w:after="0" w:line="240" w:lineRule="auto"/>
            </w:pPr>
            <w:r>
              <w:rPr>
                <w:lang w:val="fr"/>
              </w:rPr>
              <w:t>Élève</w:t>
            </w:r>
          </w:p>
        </w:tc>
      </w:tr>
      <w:tr w:rsidR="000A3F53" w14:paraId="3FACCAA8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54EEB25" w14:textId="77777777" w:rsidR="000A3F53" w:rsidRDefault="00000000">
            <w:pPr>
              <w:spacing w:after="0" w:line="240" w:lineRule="auto"/>
            </w:pPr>
            <w:r>
              <w:t>Principal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F9FC747" w14:textId="77777777" w:rsidR="000A3F53" w:rsidRDefault="00000000">
            <w:pPr>
              <w:spacing w:after="0" w:line="240" w:lineRule="auto"/>
            </w:pPr>
            <w:r>
              <w:rPr>
                <w:lang w:val="fr"/>
              </w:rPr>
              <w:t>Directeur / directrice</w:t>
            </w:r>
          </w:p>
        </w:tc>
      </w:tr>
      <w:tr w:rsidR="000A3F53" w14:paraId="5FDE2C3D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2E75D08" w14:textId="77777777" w:rsidR="000A3F53" w:rsidRDefault="00000000">
            <w:pPr>
              <w:spacing w:after="0" w:line="240" w:lineRule="auto"/>
            </w:pPr>
            <w:r>
              <w:t>School nurse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0E8D91E" w14:textId="77777777" w:rsidR="000A3F53" w:rsidRDefault="00000000">
            <w:pPr>
              <w:spacing w:after="0" w:line="240" w:lineRule="auto"/>
            </w:pPr>
            <w:r>
              <w:rPr>
                <w:lang w:val="fr"/>
              </w:rPr>
              <w:t>Infirmier / infirmière scolaire</w:t>
            </w:r>
          </w:p>
        </w:tc>
      </w:tr>
      <w:tr w:rsidR="000A3F53" w14:paraId="1610843D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953FFEB" w14:textId="77777777" w:rsidR="000A3F53" w:rsidRDefault="00000000">
            <w:pPr>
              <w:spacing w:after="0" w:line="240" w:lineRule="auto"/>
            </w:pPr>
            <w:r>
              <w:t>School office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68DB974" w14:textId="77777777" w:rsidR="000A3F53" w:rsidRDefault="00000000">
            <w:pPr>
              <w:spacing w:after="0" w:line="240" w:lineRule="auto"/>
            </w:pPr>
            <w:r>
              <w:rPr>
                <w:lang w:val="fr"/>
              </w:rPr>
              <w:t>Bureau de l’école</w:t>
            </w:r>
          </w:p>
        </w:tc>
      </w:tr>
      <w:tr w:rsidR="000A3F53" w14:paraId="4F410C9D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2ADDD9F" w14:textId="77777777" w:rsidR="000A3F53" w:rsidRDefault="00000000">
            <w:pPr>
              <w:spacing w:after="0" w:line="240" w:lineRule="auto"/>
            </w:pPr>
            <w:r>
              <w:t>Library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31BDED9" w14:textId="77777777" w:rsidR="000A3F53" w:rsidRDefault="00000000">
            <w:pPr>
              <w:spacing w:after="0" w:line="240" w:lineRule="auto"/>
            </w:pPr>
            <w:r>
              <w:rPr>
                <w:lang w:val="fr"/>
              </w:rPr>
              <w:t>Bibliothèque</w:t>
            </w:r>
          </w:p>
        </w:tc>
      </w:tr>
      <w:tr w:rsidR="000A3F53" w14:paraId="7575E873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D8DBE73" w14:textId="77777777" w:rsidR="000A3F53" w:rsidRDefault="00000000">
            <w:pPr>
              <w:spacing w:after="0" w:line="240" w:lineRule="auto"/>
            </w:pPr>
            <w:r>
              <w:t>Restroom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1D00C56" w14:textId="77777777" w:rsidR="000A3F53" w:rsidRDefault="00000000">
            <w:pPr>
              <w:spacing w:after="0" w:line="240" w:lineRule="auto"/>
            </w:pPr>
            <w:r>
              <w:rPr>
                <w:lang w:val="fr"/>
              </w:rPr>
              <w:t>Toilettes</w:t>
            </w:r>
          </w:p>
        </w:tc>
      </w:tr>
      <w:tr w:rsidR="000A3F53" w14:paraId="30EEAD49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763803C" w14:textId="77777777" w:rsidR="000A3F53" w:rsidRDefault="00000000">
            <w:pPr>
              <w:spacing w:after="0" w:line="240" w:lineRule="auto"/>
            </w:pPr>
            <w:r>
              <w:t>Cafeteria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F3B4C65" w14:textId="77777777" w:rsidR="000A3F53" w:rsidRDefault="00000000">
            <w:pPr>
              <w:spacing w:after="0" w:line="240" w:lineRule="auto"/>
            </w:pPr>
            <w:r>
              <w:rPr>
                <w:lang w:val="fr"/>
              </w:rPr>
              <w:t>Cantine</w:t>
            </w:r>
          </w:p>
        </w:tc>
      </w:tr>
      <w:tr w:rsidR="000A3F53" w14:paraId="5BAB3E6C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F7AA741" w14:textId="77777777" w:rsidR="000A3F53" w:rsidRDefault="00000000">
            <w:pPr>
              <w:spacing w:after="0" w:line="240" w:lineRule="auto"/>
            </w:pPr>
            <w:r>
              <w:t>Book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F6F4B5F" w14:textId="77777777" w:rsidR="000A3F53" w:rsidRDefault="00000000">
            <w:pPr>
              <w:spacing w:after="0" w:line="240" w:lineRule="auto"/>
            </w:pPr>
            <w:r>
              <w:rPr>
                <w:lang w:val="fr"/>
              </w:rPr>
              <w:t>Livre</w:t>
            </w:r>
          </w:p>
        </w:tc>
      </w:tr>
      <w:tr w:rsidR="000A3F53" w14:paraId="1B2A5850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38696F1" w14:textId="77777777" w:rsidR="000A3F53" w:rsidRDefault="00000000">
            <w:pPr>
              <w:spacing w:after="0" w:line="240" w:lineRule="auto"/>
            </w:pPr>
            <w:r>
              <w:t>Notebook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D596FFE" w14:textId="77777777" w:rsidR="000A3F53" w:rsidRDefault="00000000">
            <w:pPr>
              <w:spacing w:after="0" w:line="240" w:lineRule="auto"/>
            </w:pPr>
            <w:r>
              <w:rPr>
                <w:lang w:val="fr"/>
              </w:rPr>
              <w:t>Cahier</w:t>
            </w:r>
          </w:p>
        </w:tc>
      </w:tr>
      <w:tr w:rsidR="000A3F53" w14:paraId="2268A28E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28AC469" w14:textId="77777777" w:rsidR="000A3F53" w:rsidRDefault="00000000">
            <w:pPr>
              <w:spacing w:after="0" w:line="240" w:lineRule="auto"/>
            </w:pPr>
            <w:r>
              <w:t>Pencil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09DD7B2" w14:textId="77777777" w:rsidR="000A3F53" w:rsidRDefault="00000000">
            <w:pPr>
              <w:spacing w:after="0" w:line="240" w:lineRule="auto"/>
            </w:pPr>
            <w:r>
              <w:rPr>
                <w:lang w:val="fr"/>
              </w:rPr>
              <w:t>Crayon</w:t>
            </w:r>
          </w:p>
        </w:tc>
      </w:tr>
      <w:tr w:rsidR="000A3F53" w14:paraId="17E48DF6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330E1BA" w14:textId="77777777" w:rsidR="000A3F53" w:rsidRDefault="00000000">
            <w:pPr>
              <w:spacing w:after="0" w:line="240" w:lineRule="auto"/>
            </w:pPr>
            <w:r>
              <w:t>Paper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55062A1" w14:textId="77777777" w:rsidR="000A3F53" w:rsidRDefault="00000000">
            <w:pPr>
              <w:spacing w:after="0" w:line="240" w:lineRule="auto"/>
            </w:pPr>
            <w:r>
              <w:rPr>
                <w:lang w:val="fr"/>
              </w:rPr>
              <w:t>Papier</w:t>
            </w:r>
          </w:p>
        </w:tc>
      </w:tr>
      <w:tr w:rsidR="000A3F53" w14:paraId="7A6B2001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626D72E" w14:textId="77777777" w:rsidR="000A3F53" w:rsidRDefault="00000000">
            <w:pPr>
              <w:spacing w:after="0" w:line="240" w:lineRule="auto"/>
            </w:pPr>
            <w:r>
              <w:t>Backpack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B19DE20" w14:textId="77777777" w:rsidR="000A3F53" w:rsidRDefault="00000000">
            <w:pPr>
              <w:spacing w:after="0" w:line="240" w:lineRule="auto"/>
            </w:pPr>
            <w:r>
              <w:rPr>
                <w:lang w:val="fr"/>
              </w:rPr>
              <w:t>Sac à dos</w:t>
            </w:r>
          </w:p>
        </w:tc>
      </w:tr>
      <w:tr w:rsidR="000A3F53" w14:paraId="5B6FB723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AB7B0E8" w14:textId="77777777" w:rsidR="000A3F53" w:rsidRDefault="00000000">
            <w:pPr>
              <w:spacing w:after="0" w:line="240" w:lineRule="auto"/>
            </w:pPr>
            <w:r>
              <w:t>Desk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40ABFDF" w14:textId="77777777" w:rsidR="000A3F53" w:rsidRDefault="00000000">
            <w:pPr>
              <w:spacing w:after="0" w:line="240" w:lineRule="auto"/>
            </w:pPr>
            <w:r>
              <w:rPr>
                <w:lang w:val="fr"/>
              </w:rPr>
              <w:t>Pupitre</w:t>
            </w:r>
          </w:p>
        </w:tc>
      </w:tr>
      <w:tr w:rsidR="000A3F53" w14:paraId="7A42261C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7D18D8F" w14:textId="77777777" w:rsidR="000A3F53" w:rsidRDefault="00000000">
            <w:pPr>
              <w:spacing w:after="0" w:line="240" w:lineRule="auto"/>
            </w:pPr>
            <w:r>
              <w:t>Chair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D308A9A" w14:textId="77777777" w:rsidR="000A3F53" w:rsidRDefault="00000000">
            <w:pPr>
              <w:spacing w:after="0" w:line="240" w:lineRule="auto"/>
            </w:pPr>
            <w:r>
              <w:rPr>
                <w:lang w:val="fr"/>
              </w:rPr>
              <w:t>Chaise</w:t>
            </w:r>
          </w:p>
        </w:tc>
      </w:tr>
      <w:tr w:rsidR="000A3F53" w14:paraId="099638B7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6BCFD3A" w14:textId="77777777" w:rsidR="000A3F53" w:rsidRDefault="00000000">
            <w:pPr>
              <w:spacing w:after="0" w:line="240" w:lineRule="auto"/>
            </w:pPr>
            <w:r>
              <w:t>Water bottle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B4B7A0E" w14:textId="77777777" w:rsidR="000A3F53" w:rsidRDefault="00000000">
            <w:pPr>
              <w:spacing w:after="0" w:line="240" w:lineRule="auto"/>
            </w:pPr>
            <w:r>
              <w:rPr>
                <w:lang w:val="fr"/>
              </w:rPr>
              <w:t>Bouteille d’eau</w:t>
            </w:r>
          </w:p>
        </w:tc>
      </w:tr>
      <w:tr w:rsidR="000A3F53" w14:paraId="3DB5AB2E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30A7ED9" w14:textId="77777777" w:rsidR="000A3F53" w:rsidRDefault="00000000">
            <w:pPr>
              <w:spacing w:after="0" w:line="240" w:lineRule="auto"/>
            </w:pPr>
            <w:r>
              <w:t>Good morning.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4B137C8" w14:textId="77777777" w:rsidR="000A3F53" w:rsidRDefault="00000000">
            <w:pPr>
              <w:spacing w:after="0" w:line="240" w:lineRule="auto"/>
            </w:pPr>
            <w:r>
              <w:rPr>
                <w:lang w:val="fr"/>
              </w:rPr>
              <w:t>Bonjour.</w:t>
            </w:r>
          </w:p>
        </w:tc>
      </w:tr>
      <w:tr w:rsidR="000A3F53" w14:paraId="006AFA4B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D74CE09" w14:textId="77777777" w:rsidR="000A3F53" w:rsidRDefault="00000000">
            <w:pPr>
              <w:spacing w:after="0" w:line="240" w:lineRule="auto"/>
            </w:pPr>
            <w:r>
              <w:t>Please help me.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51136AB" w14:textId="77777777" w:rsidR="000A3F53" w:rsidRDefault="00000000">
            <w:pPr>
              <w:spacing w:after="0" w:line="240" w:lineRule="auto"/>
            </w:pPr>
            <w:r>
              <w:rPr>
                <w:lang w:val="fr"/>
              </w:rPr>
              <w:t>Aidez-moi, s’il vous plaît.</w:t>
            </w:r>
          </w:p>
        </w:tc>
      </w:tr>
      <w:tr w:rsidR="000A3F53" w14:paraId="30B2DE9D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310BD41" w14:textId="77777777" w:rsidR="000A3F53" w:rsidRDefault="00000000">
            <w:pPr>
              <w:spacing w:after="0" w:line="240" w:lineRule="auto"/>
            </w:pPr>
            <w:r>
              <w:t>I do not understand.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4392E52" w14:textId="77777777" w:rsidR="000A3F53" w:rsidRDefault="00000000">
            <w:pPr>
              <w:spacing w:after="0" w:line="240" w:lineRule="auto"/>
            </w:pPr>
            <w:r>
              <w:rPr>
                <w:lang w:val="fr"/>
              </w:rPr>
              <w:t>Je ne comprends pas.</w:t>
            </w:r>
          </w:p>
        </w:tc>
      </w:tr>
      <w:tr w:rsidR="000A3F53" w14:paraId="5393E448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912EE85" w14:textId="77777777" w:rsidR="000A3F53" w:rsidRDefault="00000000">
            <w:pPr>
              <w:spacing w:after="0" w:line="240" w:lineRule="auto"/>
            </w:pPr>
            <w:r>
              <w:t>Please repeat.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6555B14" w14:textId="77777777" w:rsidR="000A3F53" w:rsidRDefault="00000000">
            <w:pPr>
              <w:spacing w:after="0" w:line="240" w:lineRule="auto"/>
            </w:pPr>
            <w:r>
              <w:rPr>
                <w:lang w:val="fr"/>
              </w:rPr>
              <w:t>Répétez, s’il vous plaît.</w:t>
            </w:r>
          </w:p>
        </w:tc>
      </w:tr>
      <w:tr w:rsidR="000A3F53" w14:paraId="6F72E1EF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BA98C13" w14:textId="77777777" w:rsidR="000A3F53" w:rsidRDefault="00000000">
            <w:pPr>
              <w:spacing w:after="0" w:line="240" w:lineRule="auto"/>
            </w:pPr>
            <w:r>
              <w:t>May I use the restroom?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26FA0A6" w14:textId="77777777" w:rsidR="000A3F53" w:rsidRDefault="00000000">
            <w:pPr>
              <w:spacing w:after="0" w:line="240" w:lineRule="auto"/>
            </w:pPr>
            <w:r>
              <w:rPr>
                <w:lang w:val="fr"/>
              </w:rPr>
              <w:t>Puis-je aller aux toilettes ?</w:t>
            </w:r>
          </w:p>
        </w:tc>
      </w:tr>
      <w:tr w:rsidR="000A3F53" w14:paraId="1D5DBB27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55281AA" w14:textId="77777777" w:rsidR="000A3F53" w:rsidRDefault="00000000">
            <w:pPr>
              <w:spacing w:after="0" w:line="240" w:lineRule="auto"/>
            </w:pPr>
            <w:r>
              <w:t>I need water.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94529B4" w14:textId="77777777" w:rsidR="000A3F53" w:rsidRDefault="00000000">
            <w:pPr>
              <w:spacing w:after="0" w:line="240" w:lineRule="auto"/>
            </w:pPr>
            <w:r>
              <w:rPr>
                <w:lang w:val="fr"/>
              </w:rPr>
              <w:t>J’ai besoin d’eau.</w:t>
            </w:r>
          </w:p>
        </w:tc>
      </w:tr>
    </w:tbl>
    <w:p w14:paraId="2FE19C10" w14:textId="77777777" w:rsidR="000A3F53" w:rsidRDefault="00000000">
      <w:pPr>
        <w:spacing w:before="140"/>
      </w:pPr>
      <w:r>
        <w:rPr>
          <w:b/>
        </w:rPr>
        <w:t xml:space="preserve">Island classroom connection. </w:t>
      </w:r>
      <w:r>
        <w:t>Practice during morning greetings, a school tour, or a classroom scavenger hunt in St. Croix, St. Thomas, or St. John. Students can point to a book, notebook, pencil, and water bottle.</w:t>
      </w:r>
    </w:p>
    <w:p w14:paraId="7D2CE3EE" w14:textId="77777777" w:rsidR="000A3F53" w:rsidRDefault="00000000">
      <w:r>
        <w:rPr>
          <w:sz w:val="18"/>
        </w:rPr>
        <w:t>Teacher note. Translations reflect common school usage; wording may vary by community. Invite students and families to share familiar terms. A slash shows alternative forms.</w:t>
      </w:r>
    </w:p>
    <w:p w14:paraId="3E3124A9" w14:textId="77777777" w:rsidR="000A3F53" w:rsidRDefault="00000000">
      <w:pPr>
        <w:pageBreakBefore/>
        <w:spacing w:after="40"/>
      </w:pPr>
      <w:r>
        <w:rPr>
          <w:b/>
        </w:rPr>
        <w:lastRenderedPageBreak/>
        <w:t>VIRGIN ISLANDS DEPARTMENT OF EDUCATION</w:t>
      </w:r>
    </w:p>
    <w:p w14:paraId="7E584354" w14:textId="77777777" w:rsidR="000A3F53" w:rsidRDefault="00000000">
      <w:pPr>
        <w:spacing w:after="160"/>
      </w:pPr>
      <w:r>
        <w:t>State Office of Bilingual Education</w:t>
      </w:r>
    </w:p>
    <w:p w14:paraId="1B1BE8DA" w14:textId="77777777" w:rsidR="000A3F53" w:rsidRDefault="00000000">
      <w:pPr>
        <w:pStyle w:val="Title"/>
      </w:pPr>
      <w:r>
        <w:t>School and Classroom Bilingual Glossary</w:t>
      </w:r>
    </w:p>
    <w:p w14:paraId="18C0A613" w14:textId="77777777" w:rsidR="000A3F53" w:rsidRDefault="00000000">
      <w:r>
        <w:rPr>
          <w:b/>
          <w:sz w:val="28"/>
        </w:rPr>
        <w:t>English and Tagalog</w:t>
      </w:r>
    </w:p>
    <w:p w14:paraId="31AFE731" w14:textId="77777777" w:rsidR="000A3F53" w:rsidRDefault="00000000">
      <w:r>
        <w:t>Use these everyday words and phrases to support participation in Virgin Islands schools. Point to real objects, model the English word, and invite students to use both languages.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976"/>
      </w:tblGrid>
      <w:tr w:rsidR="000A3F53" w14:paraId="6F24DA2A" w14:textId="77777777">
        <w:trPr>
          <w:cantSplit/>
          <w:tblHeader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63D56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44516CC" w14:textId="77777777" w:rsidR="000A3F53" w:rsidRDefault="00000000">
            <w:pPr>
              <w:spacing w:after="0" w:line="240" w:lineRule="auto"/>
            </w:pPr>
            <w:r>
              <w:rPr>
                <w:b/>
                <w:color w:val="FFFFFF"/>
              </w:rPr>
              <w:t>English</w:t>
            </w:r>
          </w:p>
        </w:tc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63D56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9885B57" w14:textId="77777777" w:rsidR="000A3F53" w:rsidRDefault="00000000">
            <w:pPr>
              <w:spacing w:after="0" w:line="240" w:lineRule="auto"/>
            </w:pPr>
            <w:r>
              <w:rPr>
                <w:b/>
                <w:color w:val="FFFFFF"/>
              </w:rPr>
              <w:t>Tagalog</w:t>
            </w:r>
          </w:p>
        </w:tc>
      </w:tr>
      <w:tr w:rsidR="000A3F53" w14:paraId="5EB545F2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3D27AFC" w14:textId="77777777" w:rsidR="000A3F53" w:rsidRDefault="00000000">
            <w:pPr>
              <w:spacing w:after="0" w:line="240" w:lineRule="auto"/>
            </w:pPr>
            <w:r>
              <w:t>School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CC50DF4" w14:textId="77777777" w:rsidR="000A3F53" w:rsidRDefault="00000000">
            <w:pPr>
              <w:spacing w:after="0" w:line="240" w:lineRule="auto"/>
            </w:pPr>
            <w:r>
              <w:rPr>
                <w:lang w:val="fil"/>
              </w:rPr>
              <w:t>Paaralan</w:t>
            </w:r>
          </w:p>
        </w:tc>
      </w:tr>
      <w:tr w:rsidR="000A3F53" w14:paraId="11368C52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B493BF0" w14:textId="77777777" w:rsidR="000A3F53" w:rsidRDefault="00000000">
            <w:pPr>
              <w:spacing w:after="0" w:line="240" w:lineRule="auto"/>
            </w:pPr>
            <w:r>
              <w:t>Classroom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38D5D05" w14:textId="77777777" w:rsidR="000A3F53" w:rsidRDefault="00000000">
            <w:pPr>
              <w:spacing w:after="0" w:line="240" w:lineRule="auto"/>
            </w:pPr>
            <w:r>
              <w:rPr>
                <w:lang w:val="fil"/>
              </w:rPr>
              <w:t>Silid-aralan</w:t>
            </w:r>
          </w:p>
        </w:tc>
      </w:tr>
      <w:tr w:rsidR="000A3F53" w14:paraId="71CD03A8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4B1D0DF" w14:textId="77777777" w:rsidR="000A3F53" w:rsidRDefault="00000000">
            <w:pPr>
              <w:spacing w:after="0" w:line="240" w:lineRule="auto"/>
            </w:pPr>
            <w:r>
              <w:t>Teacher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4A6E5DC" w14:textId="77777777" w:rsidR="000A3F53" w:rsidRDefault="00000000">
            <w:pPr>
              <w:spacing w:after="0" w:line="240" w:lineRule="auto"/>
            </w:pPr>
            <w:r>
              <w:rPr>
                <w:lang w:val="fil"/>
              </w:rPr>
              <w:t>Guro</w:t>
            </w:r>
          </w:p>
        </w:tc>
      </w:tr>
      <w:tr w:rsidR="000A3F53" w14:paraId="4BA92395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11242F5" w14:textId="77777777" w:rsidR="000A3F53" w:rsidRDefault="00000000">
            <w:pPr>
              <w:spacing w:after="0" w:line="240" w:lineRule="auto"/>
            </w:pPr>
            <w:r>
              <w:t>Student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49FA5D2" w14:textId="77777777" w:rsidR="000A3F53" w:rsidRDefault="00000000">
            <w:pPr>
              <w:spacing w:after="0" w:line="240" w:lineRule="auto"/>
            </w:pPr>
            <w:r>
              <w:rPr>
                <w:lang w:val="fil"/>
              </w:rPr>
              <w:t>Mag-aaral</w:t>
            </w:r>
          </w:p>
        </w:tc>
      </w:tr>
      <w:tr w:rsidR="000A3F53" w14:paraId="00A06DE2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2C6F11C" w14:textId="77777777" w:rsidR="000A3F53" w:rsidRDefault="00000000">
            <w:pPr>
              <w:spacing w:after="0" w:line="240" w:lineRule="auto"/>
            </w:pPr>
            <w:r>
              <w:t>Principal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51C7AD1" w14:textId="77777777" w:rsidR="000A3F53" w:rsidRDefault="00000000">
            <w:pPr>
              <w:spacing w:after="0" w:line="240" w:lineRule="auto"/>
            </w:pPr>
            <w:r>
              <w:rPr>
                <w:lang w:val="fil"/>
              </w:rPr>
              <w:t>Punong-guro</w:t>
            </w:r>
          </w:p>
        </w:tc>
      </w:tr>
      <w:tr w:rsidR="000A3F53" w14:paraId="58EA70F1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5A4354B" w14:textId="77777777" w:rsidR="000A3F53" w:rsidRDefault="00000000">
            <w:pPr>
              <w:spacing w:after="0" w:line="240" w:lineRule="auto"/>
            </w:pPr>
            <w:r>
              <w:t>School nurse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79D4EF2" w14:textId="77777777" w:rsidR="000A3F53" w:rsidRDefault="00000000">
            <w:pPr>
              <w:spacing w:after="0" w:line="240" w:lineRule="auto"/>
            </w:pPr>
            <w:r>
              <w:rPr>
                <w:lang w:val="fil"/>
              </w:rPr>
              <w:t>Nars ng paaralan</w:t>
            </w:r>
          </w:p>
        </w:tc>
      </w:tr>
      <w:tr w:rsidR="000A3F53" w14:paraId="7596F6B3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4FBB9A3" w14:textId="77777777" w:rsidR="000A3F53" w:rsidRDefault="00000000">
            <w:pPr>
              <w:spacing w:after="0" w:line="240" w:lineRule="auto"/>
            </w:pPr>
            <w:r>
              <w:t>School office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80D698C" w14:textId="77777777" w:rsidR="000A3F53" w:rsidRDefault="00000000">
            <w:pPr>
              <w:spacing w:after="0" w:line="240" w:lineRule="auto"/>
            </w:pPr>
            <w:r>
              <w:rPr>
                <w:lang w:val="fil"/>
              </w:rPr>
              <w:t>Opisina ng paaralan</w:t>
            </w:r>
          </w:p>
        </w:tc>
      </w:tr>
      <w:tr w:rsidR="000A3F53" w14:paraId="43D62BBA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B831EDF" w14:textId="77777777" w:rsidR="000A3F53" w:rsidRDefault="00000000">
            <w:pPr>
              <w:spacing w:after="0" w:line="240" w:lineRule="auto"/>
            </w:pPr>
            <w:r>
              <w:t>Library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04435F1" w14:textId="77777777" w:rsidR="000A3F53" w:rsidRDefault="00000000">
            <w:pPr>
              <w:spacing w:after="0" w:line="240" w:lineRule="auto"/>
            </w:pPr>
            <w:r>
              <w:rPr>
                <w:lang w:val="fil"/>
              </w:rPr>
              <w:t>Aklatan</w:t>
            </w:r>
          </w:p>
        </w:tc>
      </w:tr>
      <w:tr w:rsidR="000A3F53" w14:paraId="0275834A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A585BDC" w14:textId="77777777" w:rsidR="000A3F53" w:rsidRDefault="00000000">
            <w:pPr>
              <w:spacing w:after="0" w:line="240" w:lineRule="auto"/>
            </w:pPr>
            <w:r>
              <w:t>Restroom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AC8BFDD" w14:textId="77777777" w:rsidR="000A3F53" w:rsidRDefault="00000000">
            <w:pPr>
              <w:spacing w:after="0" w:line="240" w:lineRule="auto"/>
            </w:pPr>
            <w:r>
              <w:rPr>
                <w:lang w:val="fil"/>
              </w:rPr>
              <w:t>Palikuran</w:t>
            </w:r>
          </w:p>
        </w:tc>
      </w:tr>
      <w:tr w:rsidR="000A3F53" w14:paraId="031770E1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13A670D" w14:textId="77777777" w:rsidR="000A3F53" w:rsidRDefault="00000000">
            <w:pPr>
              <w:spacing w:after="0" w:line="240" w:lineRule="auto"/>
            </w:pPr>
            <w:r>
              <w:t>Cafeteria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8904E44" w14:textId="77777777" w:rsidR="000A3F53" w:rsidRDefault="00000000">
            <w:pPr>
              <w:spacing w:after="0" w:line="240" w:lineRule="auto"/>
            </w:pPr>
            <w:r>
              <w:rPr>
                <w:lang w:val="fil"/>
              </w:rPr>
              <w:t>Kantina</w:t>
            </w:r>
          </w:p>
        </w:tc>
      </w:tr>
      <w:tr w:rsidR="000A3F53" w14:paraId="0E9C1986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55229FA" w14:textId="77777777" w:rsidR="000A3F53" w:rsidRDefault="00000000">
            <w:pPr>
              <w:spacing w:after="0" w:line="240" w:lineRule="auto"/>
            </w:pPr>
            <w:r>
              <w:t>Book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C21252E" w14:textId="77777777" w:rsidR="000A3F53" w:rsidRDefault="00000000">
            <w:pPr>
              <w:spacing w:after="0" w:line="240" w:lineRule="auto"/>
            </w:pPr>
            <w:r>
              <w:rPr>
                <w:lang w:val="fil"/>
              </w:rPr>
              <w:t>Aklat</w:t>
            </w:r>
          </w:p>
        </w:tc>
      </w:tr>
      <w:tr w:rsidR="000A3F53" w14:paraId="27F335BE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58BEBEB" w14:textId="77777777" w:rsidR="000A3F53" w:rsidRDefault="00000000">
            <w:pPr>
              <w:spacing w:after="0" w:line="240" w:lineRule="auto"/>
            </w:pPr>
            <w:r>
              <w:t>Notebook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3E65FBA" w14:textId="77777777" w:rsidR="000A3F53" w:rsidRDefault="00000000">
            <w:pPr>
              <w:spacing w:after="0" w:line="240" w:lineRule="auto"/>
            </w:pPr>
            <w:r>
              <w:rPr>
                <w:lang w:val="fil"/>
              </w:rPr>
              <w:t>Kuwaderno</w:t>
            </w:r>
          </w:p>
        </w:tc>
      </w:tr>
      <w:tr w:rsidR="000A3F53" w14:paraId="36228F9B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8618554" w14:textId="77777777" w:rsidR="000A3F53" w:rsidRDefault="00000000">
            <w:pPr>
              <w:spacing w:after="0" w:line="240" w:lineRule="auto"/>
            </w:pPr>
            <w:r>
              <w:t>Pencil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044B00D" w14:textId="77777777" w:rsidR="000A3F53" w:rsidRDefault="00000000">
            <w:pPr>
              <w:spacing w:after="0" w:line="240" w:lineRule="auto"/>
            </w:pPr>
            <w:r>
              <w:rPr>
                <w:lang w:val="fil"/>
              </w:rPr>
              <w:t>Lapis</w:t>
            </w:r>
          </w:p>
        </w:tc>
      </w:tr>
      <w:tr w:rsidR="000A3F53" w14:paraId="77FF70C0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6EBFF94" w14:textId="77777777" w:rsidR="000A3F53" w:rsidRDefault="00000000">
            <w:pPr>
              <w:spacing w:after="0" w:line="240" w:lineRule="auto"/>
            </w:pPr>
            <w:r>
              <w:t>Paper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6B8BB8B" w14:textId="77777777" w:rsidR="000A3F53" w:rsidRDefault="00000000">
            <w:pPr>
              <w:spacing w:after="0" w:line="240" w:lineRule="auto"/>
            </w:pPr>
            <w:r>
              <w:rPr>
                <w:lang w:val="fil"/>
              </w:rPr>
              <w:t>Papel</w:t>
            </w:r>
          </w:p>
        </w:tc>
      </w:tr>
      <w:tr w:rsidR="000A3F53" w14:paraId="6C9CF581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D956ADE" w14:textId="77777777" w:rsidR="000A3F53" w:rsidRDefault="00000000">
            <w:pPr>
              <w:spacing w:after="0" w:line="240" w:lineRule="auto"/>
            </w:pPr>
            <w:r>
              <w:t>Backpack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8317688" w14:textId="0400C655" w:rsidR="000A3F53" w:rsidRDefault="00106BB8">
            <w:pPr>
              <w:spacing w:after="0" w:line="240" w:lineRule="auto"/>
            </w:pPr>
            <w:r w:rsidRPr="00106BB8">
              <w:t xml:space="preserve">Backpack / Bag </w:t>
            </w:r>
            <w:proofErr w:type="spellStart"/>
            <w:r w:rsidRPr="00106BB8">
              <w:t>na</w:t>
            </w:r>
            <w:proofErr w:type="spellEnd"/>
            <w:r w:rsidRPr="00106BB8">
              <w:t xml:space="preserve"> pang-</w:t>
            </w:r>
            <w:proofErr w:type="spellStart"/>
            <w:r w:rsidRPr="00106BB8">
              <w:t>eskwela</w:t>
            </w:r>
            <w:proofErr w:type="spellEnd"/>
          </w:p>
        </w:tc>
      </w:tr>
      <w:tr w:rsidR="000A3F53" w14:paraId="4EB660FB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C83353F" w14:textId="77777777" w:rsidR="000A3F53" w:rsidRDefault="00000000">
            <w:pPr>
              <w:spacing w:after="0" w:line="240" w:lineRule="auto"/>
            </w:pPr>
            <w:r>
              <w:t>Desk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09E9492" w14:textId="00297BEC" w:rsidR="000A3F53" w:rsidRDefault="00106BB8">
            <w:pPr>
              <w:spacing w:after="0" w:line="240" w:lineRule="auto"/>
            </w:pPr>
            <w:proofErr w:type="spellStart"/>
            <w:r w:rsidRPr="00106BB8">
              <w:t>Pupitre</w:t>
            </w:r>
            <w:proofErr w:type="spellEnd"/>
            <w:r w:rsidRPr="00106BB8">
              <w:t xml:space="preserve"> or Mesa ng mag-</w:t>
            </w:r>
            <w:proofErr w:type="spellStart"/>
            <w:r w:rsidRPr="00106BB8">
              <w:t>aaral</w:t>
            </w:r>
            <w:proofErr w:type="spellEnd"/>
          </w:p>
        </w:tc>
      </w:tr>
      <w:tr w:rsidR="000A3F53" w14:paraId="6E5F7D17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5B36303" w14:textId="77777777" w:rsidR="000A3F53" w:rsidRDefault="00000000">
            <w:pPr>
              <w:spacing w:after="0" w:line="240" w:lineRule="auto"/>
            </w:pPr>
            <w:r>
              <w:t>Chair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DEA3E2A" w14:textId="77777777" w:rsidR="000A3F53" w:rsidRDefault="00000000">
            <w:pPr>
              <w:spacing w:after="0" w:line="240" w:lineRule="auto"/>
            </w:pPr>
            <w:r>
              <w:rPr>
                <w:lang w:val="fil"/>
              </w:rPr>
              <w:t>Upuan</w:t>
            </w:r>
          </w:p>
        </w:tc>
      </w:tr>
      <w:tr w:rsidR="000A3F53" w14:paraId="0449BE98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04EBF29" w14:textId="77777777" w:rsidR="000A3F53" w:rsidRDefault="00000000">
            <w:pPr>
              <w:spacing w:after="0" w:line="240" w:lineRule="auto"/>
            </w:pPr>
            <w:r>
              <w:t>Water bottle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8085FA3" w14:textId="77777777" w:rsidR="000A3F53" w:rsidRDefault="00000000">
            <w:pPr>
              <w:spacing w:after="0" w:line="240" w:lineRule="auto"/>
            </w:pPr>
            <w:r>
              <w:rPr>
                <w:lang w:val="fil"/>
              </w:rPr>
              <w:t>Bote ng tubig</w:t>
            </w:r>
          </w:p>
        </w:tc>
      </w:tr>
      <w:tr w:rsidR="000A3F53" w14:paraId="4A672EDA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C21808C" w14:textId="77777777" w:rsidR="000A3F53" w:rsidRDefault="00000000">
            <w:pPr>
              <w:spacing w:after="0" w:line="240" w:lineRule="auto"/>
            </w:pPr>
            <w:r>
              <w:t>Good morning.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C4D3E98" w14:textId="77777777" w:rsidR="000A3F53" w:rsidRDefault="00000000">
            <w:pPr>
              <w:spacing w:after="0" w:line="240" w:lineRule="auto"/>
            </w:pPr>
            <w:r>
              <w:rPr>
                <w:lang w:val="fil"/>
              </w:rPr>
              <w:t>Magandang umaga po.</w:t>
            </w:r>
          </w:p>
        </w:tc>
      </w:tr>
      <w:tr w:rsidR="000A3F53" w14:paraId="1D124C0F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37D2EAB" w14:textId="77777777" w:rsidR="000A3F53" w:rsidRDefault="00000000">
            <w:pPr>
              <w:spacing w:after="0" w:line="240" w:lineRule="auto"/>
            </w:pPr>
            <w:r>
              <w:t>Please help me.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4744F48" w14:textId="465DD42D" w:rsidR="000A3F53" w:rsidRDefault="00106BB8">
            <w:pPr>
              <w:spacing w:after="0" w:line="240" w:lineRule="auto"/>
            </w:pPr>
            <w:proofErr w:type="spellStart"/>
            <w:r w:rsidRPr="00106BB8">
              <w:t>Tulungan</w:t>
            </w:r>
            <w:proofErr w:type="spellEnd"/>
            <w:r w:rsidRPr="00106BB8">
              <w:t xml:space="preserve"> po </w:t>
            </w:r>
            <w:proofErr w:type="spellStart"/>
            <w:r w:rsidRPr="00106BB8">
              <w:t>ninyo</w:t>
            </w:r>
            <w:proofErr w:type="spellEnd"/>
            <w:r w:rsidRPr="00106BB8">
              <w:t xml:space="preserve"> </w:t>
            </w:r>
            <w:proofErr w:type="spellStart"/>
            <w:r w:rsidRPr="00106BB8">
              <w:t>ako</w:t>
            </w:r>
            <w:proofErr w:type="spellEnd"/>
            <w:r w:rsidRPr="00106BB8">
              <w:t>.</w:t>
            </w:r>
          </w:p>
        </w:tc>
      </w:tr>
      <w:tr w:rsidR="000A3F53" w14:paraId="022768FB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1FC9930" w14:textId="77777777" w:rsidR="000A3F53" w:rsidRDefault="00000000">
            <w:pPr>
              <w:spacing w:after="0" w:line="240" w:lineRule="auto"/>
            </w:pPr>
            <w:r>
              <w:t>I do not understand.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28DBA0E" w14:textId="77777777" w:rsidR="000A3F53" w:rsidRDefault="00000000">
            <w:pPr>
              <w:spacing w:after="0" w:line="240" w:lineRule="auto"/>
            </w:pPr>
            <w:r>
              <w:rPr>
                <w:lang w:val="fil"/>
              </w:rPr>
              <w:t>Hindi ko po naiintindihan.</w:t>
            </w:r>
          </w:p>
        </w:tc>
      </w:tr>
      <w:tr w:rsidR="000A3F53" w14:paraId="1DF2379A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CF31A02" w14:textId="77777777" w:rsidR="000A3F53" w:rsidRDefault="00000000">
            <w:pPr>
              <w:spacing w:after="0" w:line="240" w:lineRule="auto"/>
            </w:pPr>
            <w:r>
              <w:t>Please repeat.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5399ABD" w14:textId="77777777" w:rsidR="000A3F53" w:rsidRDefault="00000000">
            <w:pPr>
              <w:spacing w:after="0" w:line="240" w:lineRule="auto"/>
            </w:pPr>
            <w:r>
              <w:rPr>
                <w:lang w:val="fil"/>
              </w:rPr>
              <w:t>Pakiulit po.</w:t>
            </w:r>
          </w:p>
        </w:tc>
      </w:tr>
      <w:tr w:rsidR="000A3F53" w14:paraId="0818C808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04BDAD8" w14:textId="77777777" w:rsidR="000A3F53" w:rsidRDefault="00000000">
            <w:pPr>
              <w:spacing w:after="0" w:line="240" w:lineRule="auto"/>
            </w:pPr>
            <w:r>
              <w:t>May I use the restroom?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91790BF" w14:textId="77777777" w:rsidR="000A3F53" w:rsidRDefault="00000000">
            <w:pPr>
              <w:spacing w:after="0" w:line="240" w:lineRule="auto"/>
            </w:pPr>
            <w:r>
              <w:rPr>
                <w:lang w:val="fil"/>
              </w:rPr>
              <w:t>Maaari po ba akong pumunta sa palikuran?</w:t>
            </w:r>
          </w:p>
        </w:tc>
      </w:tr>
      <w:tr w:rsidR="000A3F53" w14:paraId="39E7767D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9BE89D0" w14:textId="77777777" w:rsidR="000A3F53" w:rsidRDefault="00000000">
            <w:pPr>
              <w:spacing w:after="0" w:line="240" w:lineRule="auto"/>
            </w:pPr>
            <w:r>
              <w:t>I need water.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DB9BF29" w14:textId="77777777" w:rsidR="000A3F53" w:rsidRDefault="00000000">
            <w:pPr>
              <w:spacing w:after="0" w:line="240" w:lineRule="auto"/>
            </w:pPr>
            <w:r>
              <w:rPr>
                <w:lang w:val="fil"/>
              </w:rPr>
              <w:t>Kailangan ko po ng tubig.</w:t>
            </w:r>
          </w:p>
        </w:tc>
      </w:tr>
    </w:tbl>
    <w:p w14:paraId="7FB97724" w14:textId="77777777" w:rsidR="000A3F53" w:rsidRDefault="00000000">
      <w:pPr>
        <w:spacing w:before="140"/>
      </w:pPr>
      <w:r>
        <w:rPr>
          <w:b/>
        </w:rPr>
        <w:t xml:space="preserve">Island classroom connection. </w:t>
      </w:r>
      <w:r>
        <w:t>Practice during morning greetings, a school tour, or a classroom scavenger hunt in St. Croix, St. Thomas, or St. John. Students can point to a book, notebook, pencil, and water bottle.</w:t>
      </w:r>
    </w:p>
    <w:p w14:paraId="091CA933" w14:textId="77777777" w:rsidR="000A3F53" w:rsidRDefault="00000000">
      <w:r>
        <w:rPr>
          <w:sz w:val="18"/>
        </w:rPr>
        <w:t>Teacher note. Translations reflect common school usage; wording may vary by community. Invite students and families to share familiar terms. A slash shows alternative forms.</w:t>
      </w:r>
    </w:p>
    <w:sectPr w:rsidR="000A3F53" w:rsidSect="00034616">
      <w:footerReference w:type="default" r:id="rId8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87EFC6" w14:textId="77777777" w:rsidR="00A52DC0" w:rsidRDefault="00A52DC0">
      <w:pPr>
        <w:spacing w:after="0" w:line="240" w:lineRule="auto"/>
      </w:pPr>
      <w:r>
        <w:separator/>
      </w:r>
    </w:p>
  </w:endnote>
  <w:endnote w:type="continuationSeparator" w:id="0">
    <w:p w14:paraId="5596DA1A" w14:textId="77777777" w:rsidR="00A52DC0" w:rsidRDefault="00A52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DB590C" w14:textId="77777777" w:rsidR="000A3F53" w:rsidRDefault="00000000">
    <w:pPr>
      <w:pStyle w:val="Footer"/>
      <w:jc w:val="center"/>
    </w:pPr>
    <w:r>
      <w:rPr>
        <w:sz w:val="18"/>
      </w:rPr>
      <w:t xml:space="preserve">State Office of Bilingual Education  •  U.S. Virgin Islands  |  </w:t>
    </w:r>
    <w:r>
      <w:fldChar w:fldCharType="begin"/>
    </w:r>
    <w:r>
      <w:instrText>PAGE</w:instrText>
    </w:r>
    <w:r>
      <w:fldChar w:fldCharType="separate"/>
    </w:r>
    <w:r w:rsidR="00F0452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6171B1" w14:textId="77777777" w:rsidR="00A52DC0" w:rsidRDefault="00A52DC0">
      <w:pPr>
        <w:spacing w:after="0" w:line="240" w:lineRule="auto"/>
      </w:pPr>
      <w:r>
        <w:separator/>
      </w:r>
    </w:p>
  </w:footnote>
  <w:footnote w:type="continuationSeparator" w:id="0">
    <w:p w14:paraId="3CEE0281" w14:textId="77777777" w:rsidR="00A52DC0" w:rsidRDefault="00A52D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5039876">
    <w:abstractNumId w:val="8"/>
  </w:num>
  <w:num w:numId="2" w16cid:durableId="1910461980">
    <w:abstractNumId w:val="6"/>
  </w:num>
  <w:num w:numId="3" w16cid:durableId="21590051">
    <w:abstractNumId w:val="5"/>
  </w:num>
  <w:num w:numId="4" w16cid:durableId="1396901264">
    <w:abstractNumId w:val="4"/>
  </w:num>
  <w:num w:numId="5" w16cid:durableId="1787894715">
    <w:abstractNumId w:val="7"/>
  </w:num>
  <w:num w:numId="6" w16cid:durableId="1791045567">
    <w:abstractNumId w:val="3"/>
  </w:num>
  <w:num w:numId="7" w16cid:durableId="736169682">
    <w:abstractNumId w:val="2"/>
  </w:num>
  <w:num w:numId="8" w16cid:durableId="904872457">
    <w:abstractNumId w:val="1"/>
  </w:num>
  <w:num w:numId="9" w16cid:durableId="1974093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3F53"/>
    <w:rsid w:val="00106BB8"/>
    <w:rsid w:val="00140251"/>
    <w:rsid w:val="0015074B"/>
    <w:rsid w:val="0029639D"/>
    <w:rsid w:val="002A31E8"/>
    <w:rsid w:val="00326F90"/>
    <w:rsid w:val="003C2FF5"/>
    <w:rsid w:val="00406A70"/>
    <w:rsid w:val="005F59A8"/>
    <w:rsid w:val="00A52DC0"/>
    <w:rsid w:val="00AA1D8D"/>
    <w:rsid w:val="00B47730"/>
    <w:rsid w:val="00B66C84"/>
    <w:rsid w:val="00CB0664"/>
    <w:rsid w:val="00F0452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FBE023"/>
  <w14:defaultImageDpi w14:val="300"/>
  <w15:docId w15:val="{45006895-EEDB-4B6F-9073-AAC3FE12A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63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33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2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7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8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94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4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5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67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and Classroom Bilingual Glossary</dc:title>
  <dc:subject>Original classroom vocabulary resource for the U.S. Virgin Islands</dc:subject>
  <dc:creator>Virgin Islands Department of Education | State Office of Bilingual Education</dc:creator>
  <cp:keywords/>
  <dc:description>generated by python-docx</dc:description>
  <cp:lastModifiedBy>Camacho, Sally</cp:lastModifiedBy>
  <cp:revision>5</cp:revision>
  <dcterms:created xsi:type="dcterms:W3CDTF">2026-10-26T17:50:00Z</dcterms:created>
  <dcterms:modified xsi:type="dcterms:W3CDTF">2026-10-27T12:32:00Z</dcterms:modified>
  <cp:category/>
</cp:coreProperties>
</file>