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1414"/>
          <w:sz w:val="30"/>
        </w:rPr>
        <w:t>DUNEDIN HIGHLAND MIDDLE SCHOOL</w:t>
      </w:r>
    </w:p>
    <w:p>
      <w:pPr>
        <w:jc w:val="center"/>
      </w:pPr>
      <w:r>
        <w:rPr>
          <w:b/>
          <w:color w:val="141414"/>
          <w:sz w:val="34"/>
        </w:rPr>
        <w:t>STUDENT TRAVEL PERMISSION SLIP</w:t>
      </w:r>
    </w:p>
    <w:p/>
    <w:p>
      <w:pPr>
        <w:spacing w:after="240"/>
      </w:pPr>
      <w:r>
        <w:rPr>
          <w:b/>
        </w:rPr>
        <w:t xml:space="preserve">STUDENT NAME:  </w:t>
      </w:r>
      <w:r>
        <w:t>________________________________________________________________</w:t>
      </w:r>
    </w:p>
    <w:p>
      <w:pPr>
        <w:spacing w:after="240"/>
      </w:pPr>
      <w:r>
        <w:rPr>
          <w:b/>
        </w:rPr>
        <w:t xml:space="preserve">GRADE:  </w:t>
      </w:r>
      <w:r>
        <w:t>________________________________________________________________</w:t>
      </w:r>
    </w:p>
    <w:p>
      <w:pPr>
        <w:spacing w:after="240"/>
      </w:pPr>
      <w:r>
        <w:rPr>
          <w:b/>
        </w:rPr>
        <w:t xml:space="preserve">SPORT/ACTIVITY:  </w:t>
      </w:r>
      <w:r>
        <w:t>________________________________________________________________</w:t>
      </w:r>
    </w:p>
    <w:p/>
    <w:p>
      <w:pPr>
        <w:jc w:val="center"/>
      </w:pPr>
      <w:r>
        <w:rPr>
          <w:b/>
          <w:color w:val="141414"/>
          <w:sz w:val="28"/>
        </w:rPr>
        <w:t>PARENT/GUARDIAN INFORMATION</w:t>
      </w:r>
    </w:p>
    <w:p/>
    <w:p>
      <w:pPr>
        <w:spacing w:after="240"/>
      </w:pPr>
      <w:r>
        <w:rPr>
          <w:b/>
        </w:rPr>
        <w:t xml:space="preserve">NAME:  </w:t>
      </w:r>
      <w:r>
        <w:t>________________________________________________________________</w:t>
      </w:r>
    </w:p>
    <w:p>
      <w:pPr>
        <w:spacing w:after="240"/>
      </w:pPr>
      <w:r>
        <w:rPr>
          <w:b/>
        </w:rPr>
        <w:t xml:space="preserve">CELL PHONE:  </w:t>
      </w:r>
      <w:r>
        <w:t>________________________________________________________________</w:t>
      </w:r>
    </w:p>
    <w:p>
      <w:pPr>
        <w:spacing w:after="240"/>
      </w:pPr>
      <w:r>
        <w:rPr>
          <w:b/>
        </w:rPr>
        <w:t xml:space="preserve">EMAIL ADDRESS:  </w:t>
      </w:r>
      <w:r>
        <w:t>________________________________________________________________</w:t>
      </w:r>
    </w:p>
    <w:p/>
    <w:p>
      <w:r>
        <w:rPr>
          <w:b w:val="0"/>
        </w:rPr>
        <w:t xml:space="preserve">I, </w:t>
      </w:r>
      <w:r>
        <w:t>___________________________</w:t>
      </w:r>
      <w:r>
        <w:t xml:space="preserve">, give permission for </w:t>
      </w:r>
      <w:r>
        <w:t>__________________________</w:t>
      </w:r>
    </w:p>
    <w:p>
      <w:r>
        <w:t xml:space="preserve">to transport my child to </w:t>
      </w:r>
      <w:r>
        <w:t>_____________________________</w:t>
      </w:r>
      <w:r>
        <w:t xml:space="preserve"> on </w:t>
      </w:r>
      <w:r>
        <w:t>____________________.</w:t>
      </w:r>
    </w:p>
    <w:p/>
    <w:p>
      <w:pPr>
        <w:spacing w:after="240"/>
      </w:pPr>
      <w:r>
        <w:rPr>
          <w:b/>
        </w:rPr>
        <w:t xml:space="preserve">PARENT/GUARDIAN SIGNATURE:  </w:t>
      </w:r>
      <w:r>
        <w:t>________________________________________________________________</w:t>
      </w:r>
    </w:p>
    <w:p>
      <w:pPr>
        <w:spacing w:after="240"/>
      </w:pPr>
      <w:r>
        <w:rPr>
          <w:b/>
        </w:rPr>
        <w:t xml:space="preserve">DATE:  </w:t>
      </w:r>
      <w:r>
        <w:t>________________________________________________________________</w:t>
      </w:r>
    </w:p>
    <w:sectPr w:rsidR="00FC693F" w:rsidRPr="0006063C" w:rsidSect="00034616">
      <w:pgSz w:w="12240" w:h="15840"/>
      <w:pgMar w:top="936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