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71B0" w14:textId="7585BE0A" w:rsidR="00597554" w:rsidRDefault="00C41E19">
      <w:pPr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4C872F5" wp14:editId="0A719A43">
            <wp:simplePos x="0" y="0"/>
            <wp:positionH relativeFrom="margin">
              <wp:posOffset>5715000</wp:posOffset>
            </wp:positionH>
            <wp:positionV relativeFrom="paragraph">
              <wp:posOffset>36195</wp:posOffset>
            </wp:positionV>
            <wp:extent cx="733425" cy="771525"/>
            <wp:effectExtent l="0" t="0" r="9525" b="9525"/>
            <wp:wrapNone/>
            <wp:docPr id="849622385" name="Picture 2" descr="A black and red bird with wings spr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622385" name="Picture 2" descr="A black and red bird with wings sprea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008">
        <w:rPr>
          <w:noProof/>
        </w:rPr>
        <w:drawing>
          <wp:anchor distT="0" distB="0" distL="114300" distR="114300" simplePos="0" relativeHeight="251657216" behindDoc="0" locked="0" layoutInCell="1" allowOverlap="1" wp14:anchorId="7C649A2B" wp14:editId="7234F944">
            <wp:simplePos x="0" y="0"/>
            <wp:positionH relativeFrom="column">
              <wp:posOffset>-1009650</wp:posOffset>
            </wp:positionH>
            <wp:positionV relativeFrom="paragraph">
              <wp:posOffset>53340</wp:posOffset>
            </wp:positionV>
            <wp:extent cx="742950" cy="7334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CHS Crest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FF053" w14:textId="73326454" w:rsidR="00216008" w:rsidRPr="000E4E6D" w:rsidRDefault="00216008" w:rsidP="0041070F">
      <w:pPr>
        <w:pStyle w:val="Heading2"/>
        <w:pBdr>
          <w:top w:val="single" w:sz="24" w:space="1" w:color="000000"/>
          <w:left w:val="single" w:sz="24" w:space="1" w:color="000000"/>
          <w:bottom w:val="single" w:sz="24" w:space="1" w:color="000000"/>
          <w:right w:val="single" w:sz="24" w:space="4" w:color="000000"/>
        </w:pBdr>
        <w:shd w:val="clear" w:color="auto" w:fill="C00000"/>
        <w:spacing w:line="240" w:lineRule="auto"/>
        <w:ind w:firstLine="14"/>
        <w:contextualSpacing/>
        <w:jc w:val="center"/>
        <w:rPr>
          <w:rFonts w:asciiTheme="minorHAnsi" w:eastAsia="Arial Narrow" w:hAnsiTheme="minorHAnsi" w:cs="Arial Narrow"/>
          <w:color w:val="FFFFFF"/>
          <w:sz w:val="32"/>
          <w:szCs w:val="32"/>
        </w:rPr>
      </w:pP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>EAST EARLY COLLEGE HIGH SCHOOL</w:t>
      </w:r>
    </w:p>
    <w:p w14:paraId="74A0A346" w14:textId="54EC9772" w:rsidR="00216008" w:rsidRPr="000E4E6D" w:rsidRDefault="00216008" w:rsidP="0041070F">
      <w:pPr>
        <w:pStyle w:val="Heading2"/>
        <w:pBdr>
          <w:top w:val="single" w:sz="24" w:space="1" w:color="000000"/>
          <w:left w:val="single" w:sz="24" w:space="1" w:color="000000"/>
          <w:bottom w:val="single" w:sz="24" w:space="1" w:color="000000"/>
          <w:right w:val="single" w:sz="24" w:space="4" w:color="000000"/>
        </w:pBdr>
        <w:shd w:val="clear" w:color="auto" w:fill="C00000"/>
        <w:spacing w:line="240" w:lineRule="auto"/>
        <w:ind w:firstLine="14"/>
        <w:contextualSpacing/>
        <w:jc w:val="center"/>
        <w:rPr>
          <w:rFonts w:asciiTheme="minorHAnsi" w:eastAsia="Arial Narrow" w:hAnsiTheme="minorHAnsi" w:cs="Arial Narrow"/>
          <w:color w:val="FFFFFF"/>
          <w:sz w:val="32"/>
          <w:szCs w:val="32"/>
        </w:rPr>
      </w:pP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>202</w:t>
      </w:r>
      <w:r w:rsidR="00FC6A7F">
        <w:rPr>
          <w:rFonts w:asciiTheme="minorHAnsi" w:eastAsia="Arial Narrow" w:hAnsiTheme="minorHAnsi" w:cs="Arial Narrow"/>
          <w:color w:val="FFFFFF"/>
          <w:sz w:val="32"/>
          <w:szCs w:val="32"/>
        </w:rPr>
        <w:t>6</w:t>
      </w: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>-202</w:t>
      </w:r>
      <w:r w:rsidR="00FC6A7F">
        <w:rPr>
          <w:rFonts w:asciiTheme="minorHAnsi" w:eastAsia="Arial Narrow" w:hAnsiTheme="minorHAnsi" w:cs="Arial Narrow"/>
          <w:color w:val="FFFFFF"/>
          <w:sz w:val="32"/>
          <w:szCs w:val="32"/>
        </w:rPr>
        <w:t>7</w:t>
      </w: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 xml:space="preserve"> </w:t>
      </w:r>
      <w:r w:rsidR="002F40BD" w:rsidRPr="002F40BD">
        <w:rPr>
          <w:rFonts w:asciiTheme="minorHAnsi" w:hAnsiTheme="minorHAnsi" w:cstheme="minorBidi"/>
          <w:color w:val="FFFFFF" w:themeColor="background1"/>
          <w:sz w:val="32"/>
          <w:szCs w:val="32"/>
        </w:rPr>
        <w:t>Café con la Directora.</w:t>
      </w:r>
    </w:p>
    <w:p w14:paraId="51380FFE" w14:textId="77777777" w:rsidR="00616399" w:rsidRPr="009D1207" w:rsidRDefault="00EF03DA" w:rsidP="00616399">
      <w:pPr>
        <w:jc w:val="center"/>
        <w:rPr>
          <w:rFonts w:ascii="Georgia" w:hAnsi="Georgia"/>
          <w:lang w:val="es-ES"/>
        </w:rPr>
      </w:pPr>
      <w:r w:rsidRPr="0000189F">
        <w:rPr>
          <w:lang w:val="es-ES"/>
        </w:rPr>
        <w:br/>
      </w:r>
      <w:r w:rsidR="00616399" w:rsidRPr="009D1207">
        <w:rPr>
          <w:rFonts w:ascii="Georgia" w:hAnsi="Georgia"/>
          <w:lang w:val="es-ES"/>
        </w:rPr>
        <w:t xml:space="preserve">Familias de East Early, los invitamos a acompañarnos cada mes en </w:t>
      </w:r>
      <w:r w:rsidR="00616399" w:rsidRPr="009D1207">
        <w:rPr>
          <w:rFonts w:ascii="Georgia" w:hAnsi="Georgia"/>
          <w:b/>
          <w:bCs/>
          <w:lang w:val="es-ES"/>
        </w:rPr>
        <w:t>Café con la Directora</w:t>
      </w:r>
      <w:r w:rsidR="00616399" w:rsidRPr="009D1207">
        <w:rPr>
          <w:rFonts w:ascii="Georgia" w:hAnsi="Georgia"/>
          <w:lang w:val="es-ES"/>
        </w:rPr>
        <w:t>. Compartiremos actualizaciones importantes, celebraciones y estrategias para apoyarlos en el acompañamiento académico de sus hijos.</w:t>
      </w:r>
    </w:p>
    <w:p w14:paraId="6ECA6653" w14:textId="3A9A3F5F" w:rsidR="00616399" w:rsidRPr="009D1207" w:rsidRDefault="00616399" w:rsidP="00616399">
      <w:pPr>
        <w:jc w:val="center"/>
        <w:rPr>
          <w:rFonts w:ascii="Georgia" w:hAnsi="Georgia"/>
          <w:lang w:val="es-ES"/>
        </w:rPr>
      </w:pPr>
      <w:r w:rsidRPr="009D1207">
        <w:rPr>
          <w:rFonts w:ascii="Georgia" w:hAnsi="Georgia"/>
          <w:lang w:val="es-ES"/>
        </w:rPr>
        <w:t>Todas las reuniones se llevarán a cabo en la biblioteca y contarán con una opción virtual. (Los enlaces virtuales se compartirán durante la semana de la reunión).</w:t>
      </w:r>
    </w:p>
    <w:p w14:paraId="3EE50C90" w14:textId="65C4834C" w:rsidR="00216008" w:rsidRPr="009D1207" w:rsidRDefault="00216008" w:rsidP="00616399">
      <w:pPr>
        <w:jc w:val="center"/>
        <w:rPr>
          <w:lang w:val="es-ES"/>
        </w:rPr>
      </w:pPr>
    </w:p>
    <w:p w14:paraId="26D64E47" w14:textId="6867141E" w:rsidR="00C70162" w:rsidRPr="007C6095" w:rsidRDefault="007C6095" w:rsidP="00216008">
      <w:pPr>
        <w:jc w:val="center"/>
        <w:rPr>
          <w:rFonts w:ascii="Georgia" w:hAnsi="Georgia"/>
          <w:b/>
          <w:bCs/>
          <w:sz w:val="40"/>
          <w:szCs w:val="40"/>
          <w:u w:val="single"/>
          <w:lang w:val="es-ES"/>
        </w:rPr>
      </w:pPr>
      <w:r w:rsidRPr="007C6095">
        <w:rPr>
          <w:rFonts w:ascii="Georgia" w:hAnsi="Georgia"/>
          <w:b/>
          <w:bCs/>
          <w:sz w:val="40"/>
          <w:szCs w:val="40"/>
          <w:u w:val="single"/>
          <w:lang w:val="es-ES"/>
        </w:rPr>
        <w:t xml:space="preserve">Juntas los Viernes a las </w:t>
      </w:r>
      <w:r w:rsidR="00C70162" w:rsidRPr="007C6095">
        <w:rPr>
          <w:rFonts w:ascii="Georgia" w:hAnsi="Georgia"/>
          <w:b/>
          <w:bCs/>
          <w:sz w:val="40"/>
          <w:szCs w:val="40"/>
          <w:u w:val="single"/>
          <w:lang w:val="es-ES"/>
        </w:rPr>
        <w:t xml:space="preserve">9:00am </w:t>
      </w:r>
    </w:p>
    <w:p w14:paraId="7EDDA85D" w14:textId="61B2E3B4" w:rsidR="00216008" w:rsidRPr="0065074B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65074B">
        <w:rPr>
          <w:rFonts w:ascii="Georgia" w:hAnsi="Georgia"/>
          <w:sz w:val="40"/>
          <w:szCs w:val="40"/>
        </w:rPr>
        <w:t xml:space="preserve">September </w:t>
      </w:r>
      <w:r w:rsidR="00947C31" w:rsidRPr="0065074B">
        <w:rPr>
          <w:rFonts w:ascii="Georgia" w:hAnsi="Georgia"/>
          <w:sz w:val="40"/>
          <w:szCs w:val="40"/>
        </w:rPr>
        <w:t>4</w:t>
      </w:r>
      <w:r w:rsidRPr="0065074B">
        <w:rPr>
          <w:rFonts w:ascii="Georgia" w:hAnsi="Georgia"/>
          <w:sz w:val="40"/>
          <w:szCs w:val="40"/>
        </w:rPr>
        <w:t>, 202</w:t>
      </w:r>
      <w:r w:rsidR="009D1207" w:rsidRPr="0065074B">
        <w:rPr>
          <w:rFonts w:ascii="Georgia" w:hAnsi="Georgia"/>
          <w:sz w:val="40"/>
          <w:szCs w:val="40"/>
        </w:rPr>
        <w:t>6</w:t>
      </w:r>
    </w:p>
    <w:p w14:paraId="3B30C527" w14:textId="1AEA54F2" w:rsidR="00216008" w:rsidRPr="00FF336E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October </w:t>
      </w:r>
      <w:r w:rsidR="00C70162">
        <w:rPr>
          <w:rFonts w:ascii="Georgia" w:hAnsi="Georgia"/>
          <w:sz w:val="40"/>
          <w:szCs w:val="40"/>
        </w:rPr>
        <w:t>2</w:t>
      </w:r>
      <w:r w:rsidRPr="00FF336E">
        <w:rPr>
          <w:rFonts w:ascii="Georgia" w:hAnsi="Georgia"/>
          <w:sz w:val="40"/>
          <w:szCs w:val="40"/>
        </w:rPr>
        <w:t>, 202</w:t>
      </w:r>
      <w:r w:rsidR="0000189F">
        <w:rPr>
          <w:rFonts w:ascii="Georgia" w:hAnsi="Georgia"/>
          <w:sz w:val="40"/>
          <w:szCs w:val="40"/>
        </w:rPr>
        <w:t>6</w:t>
      </w:r>
    </w:p>
    <w:p w14:paraId="3CC1C9F4" w14:textId="0F7292C9" w:rsidR="00216008" w:rsidRPr="00FF336E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>November 1</w:t>
      </w:r>
      <w:r w:rsidR="00C70162">
        <w:rPr>
          <w:rFonts w:ascii="Georgia" w:hAnsi="Georgia"/>
          <w:sz w:val="40"/>
          <w:szCs w:val="40"/>
        </w:rPr>
        <w:t>3</w:t>
      </w:r>
      <w:r w:rsidRPr="00FF336E">
        <w:rPr>
          <w:rFonts w:ascii="Georgia" w:hAnsi="Georgia"/>
          <w:sz w:val="40"/>
          <w:szCs w:val="40"/>
        </w:rPr>
        <w:t>, 202</w:t>
      </w:r>
      <w:r w:rsidR="0000189F">
        <w:rPr>
          <w:rFonts w:ascii="Georgia" w:hAnsi="Georgia"/>
          <w:sz w:val="40"/>
          <w:szCs w:val="40"/>
        </w:rPr>
        <w:t>6</w:t>
      </w:r>
    </w:p>
    <w:p w14:paraId="05B48E70" w14:textId="7C7B8492" w:rsidR="00216008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December </w:t>
      </w:r>
      <w:r w:rsidR="00C70162"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</w:t>
      </w:r>
      <w:r w:rsidR="0000189F">
        <w:rPr>
          <w:rFonts w:ascii="Georgia" w:hAnsi="Georgia"/>
          <w:sz w:val="40"/>
          <w:szCs w:val="40"/>
        </w:rPr>
        <w:t>6</w:t>
      </w:r>
    </w:p>
    <w:p w14:paraId="4D19924D" w14:textId="77777777" w:rsidR="003E12AE" w:rsidRPr="00FF336E" w:rsidRDefault="003E12AE" w:rsidP="00216008">
      <w:pPr>
        <w:jc w:val="center"/>
        <w:rPr>
          <w:rFonts w:ascii="Georgia" w:hAnsi="Georgia"/>
          <w:sz w:val="40"/>
          <w:szCs w:val="40"/>
        </w:rPr>
      </w:pPr>
    </w:p>
    <w:p w14:paraId="78D3C038" w14:textId="4A0DE3F5" w:rsidR="00C70162" w:rsidRPr="0065074B" w:rsidRDefault="007C6095" w:rsidP="00216008">
      <w:pPr>
        <w:jc w:val="center"/>
        <w:rPr>
          <w:rFonts w:ascii="Georgia" w:hAnsi="Georgia"/>
          <w:b/>
          <w:bCs/>
          <w:sz w:val="40"/>
          <w:szCs w:val="40"/>
          <w:u w:val="single"/>
        </w:rPr>
      </w:pPr>
      <w:r w:rsidRPr="0065074B">
        <w:rPr>
          <w:rFonts w:ascii="Georgia" w:hAnsi="Georgia"/>
          <w:b/>
          <w:bCs/>
          <w:sz w:val="40"/>
          <w:szCs w:val="40"/>
          <w:u w:val="single"/>
        </w:rPr>
        <w:t xml:space="preserve">Juntas los Jueves a las </w:t>
      </w:r>
      <w:r w:rsidR="003E12AE" w:rsidRPr="0065074B">
        <w:rPr>
          <w:rFonts w:ascii="Georgia" w:hAnsi="Georgia"/>
          <w:b/>
          <w:bCs/>
          <w:sz w:val="40"/>
          <w:szCs w:val="40"/>
          <w:u w:val="single"/>
        </w:rPr>
        <w:t xml:space="preserve">4:00pm </w:t>
      </w:r>
    </w:p>
    <w:p w14:paraId="747329A3" w14:textId="462D3940" w:rsidR="00216008" w:rsidRPr="00FF336E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>January 1</w:t>
      </w:r>
      <w:r w:rsidR="00170F3B"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2026</w:t>
      </w:r>
    </w:p>
    <w:p w14:paraId="6B740F54" w14:textId="384E0F2E" w:rsidR="00216008" w:rsidRPr="00FF336E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February </w:t>
      </w:r>
      <w:r w:rsidR="000B5FDD"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2026</w:t>
      </w:r>
    </w:p>
    <w:p w14:paraId="7159AEB2" w14:textId="63246AD4" w:rsidR="00216008" w:rsidRPr="00FF336E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March </w:t>
      </w:r>
      <w:r w:rsidR="000B5FDD"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2026</w:t>
      </w:r>
    </w:p>
    <w:p w14:paraId="55037B2D" w14:textId="09EE2F4F" w:rsidR="00216008" w:rsidRPr="00FF336E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April </w:t>
      </w:r>
      <w:r w:rsidR="000B5FDD">
        <w:rPr>
          <w:rFonts w:ascii="Georgia" w:hAnsi="Georgia"/>
          <w:sz w:val="40"/>
          <w:szCs w:val="40"/>
        </w:rPr>
        <w:t>8</w:t>
      </w:r>
      <w:r w:rsidRPr="00FF336E">
        <w:rPr>
          <w:rFonts w:ascii="Georgia" w:hAnsi="Georgia"/>
          <w:sz w:val="40"/>
          <w:szCs w:val="40"/>
        </w:rPr>
        <w:t>, 2026</w:t>
      </w:r>
    </w:p>
    <w:p w14:paraId="23109E13" w14:textId="6592804D" w:rsidR="00216008" w:rsidRPr="00FF336E" w:rsidRDefault="00216008" w:rsidP="00216008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May </w:t>
      </w:r>
      <w:r w:rsidR="007C6095">
        <w:rPr>
          <w:rFonts w:ascii="Georgia" w:hAnsi="Georgia"/>
          <w:sz w:val="40"/>
          <w:szCs w:val="40"/>
        </w:rPr>
        <w:t>6</w:t>
      </w:r>
      <w:r w:rsidRPr="00FF336E">
        <w:rPr>
          <w:rFonts w:ascii="Georgia" w:hAnsi="Georgia"/>
          <w:sz w:val="40"/>
          <w:szCs w:val="40"/>
        </w:rPr>
        <w:t>, 2026</w:t>
      </w:r>
    </w:p>
    <w:p w14:paraId="7BF46AF7" w14:textId="368D624C" w:rsidR="00B53CAE" w:rsidRDefault="00B53CAE" w:rsidP="00216008">
      <w:pPr>
        <w:jc w:val="center"/>
      </w:pPr>
    </w:p>
    <w:p w14:paraId="45024778" w14:textId="6900CD08" w:rsidR="00B53CAE" w:rsidRDefault="007C6095" w:rsidP="00216008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082670B" wp14:editId="71DED487">
            <wp:simplePos x="0" y="0"/>
            <wp:positionH relativeFrom="column">
              <wp:posOffset>1485900</wp:posOffset>
            </wp:positionH>
            <wp:positionV relativeFrom="paragraph">
              <wp:posOffset>12700</wp:posOffset>
            </wp:positionV>
            <wp:extent cx="2266950" cy="1238493"/>
            <wp:effectExtent l="0" t="0" r="0" b="0"/>
            <wp:wrapNone/>
            <wp:docPr id="2142986682" name="Picture 1" descr="A red cup of coffee and coffee beans on a wooden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986682" name="Picture 1" descr="A red cup of coffee and coffee beans on a wooden surface&#10;&#10;AI-generated content may be incorrect."/>
                    <pic:cNvPicPr/>
                  </pic:nvPicPr>
                  <pic:blipFill>
                    <a:blip r:embed="rId8">
                      <a:extLs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38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DCB15" w14:textId="04739481" w:rsidR="00B53CAE" w:rsidRDefault="00B53CAE" w:rsidP="00216008">
      <w:pPr>
        <w:jc w:val="center"/>
      </w:pPr>
    </w:p>
    <w:p w14:paraId="158F5568" w14:textId="0F36DEEC" w:rsidR="00B53CAE" w:rsidRDefault="00142272" w:rsidP="00216008">
      <w:pPr>
        <w:jc w:val="center"/>
      </w:pPr>
      <w:r>
        <w:rPr>
          <w:rFonts w:eastAsia="Arial Narrow" w:cs="Arial Narrow"/>
          <w:noProof/>
          <w:color w:val="FFFFFF"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 wp14:anchorId="6C50B657" wp14:editId="2DEFBED1">
            <wp:simplePos x="0" y="0"/>
            <wp:positionH relativeFrom="column">
              <wp:posOffset>5753100</wp:posOffset>
            </wp:positionH>
            <wp:positionV relativeFrom="paragraph">
              <wp:posOffset>7620</wp:posOffset>
            </wp:positionV>
            <wp:extent cx="731520" cy="774065"/>
            <wp:effectExtent l="0" t="0" r="0" b="6985"/>
            <wp:wrapNone/>
            <wp:docPr id="19998669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Arial Narrow" w:cs="Arial Narrow"/>
          <w:noProof/>
          <w:color w:val="FFFFFF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711DDD52" wp14:editId="03D042D9">
            <wp:simplePos x="0" y="0"/>
            <wp:positionH relativeFrom="column">
              <wp:posOffset>-952500</wp:posOffset>
            </wp:positionH>
            <wp:positionV relativeFrom="paragraph">
              <wp:posOffset>7620</wp:posOffset>
            </wp:positionV>
            <wp:extent cx="743585" cy="731520"/>
            <wp:effectExtent l="0" t="0" r="0" b="0"/>
            <wp:wrapNone/>
            <wp:docPr id="30532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DD2F88" w14:textId="6EAA1D67" w:rsidR="00B53CAE" w:rsidRPr="000E4E6D" w:rsidRDefault="00B53CAE" w:rsidP="00B53CAE">
      <w:pPr>
        <w:pStyle w:val="Heading2"/>
        <w:pBdr>
          <w:top w:val="single" w:sz="24" w:space="1" w:color="000000"/>
          <w:left w:val="single" w:sz="24" w:space="1" w:color="000000"/>
          <w:bottom w:val="single" w:sz="24" w:space="1" w:color="000000"/>
          <w:right w:val="single" w:sz="24" w:space="4" w:color="000000"/>
        </w:pBdr>
        <w:shd w:val="clear" w:color="auto" w:fill="C00000"/>
        <w:spacing w:line="240" w:lineRule="auto"/>
        <w:ind w:firstLine="14"/>
        <w:contextualSpacing/>
        <w:jc w:val="center"/>
        <w:rPr>
          <w:rFonts w:asciiTheme="minorHAnsi" w:eastAsia="Arial Narrow" w:hAnsiTheme="minorHAnsi" w:cs="Arial Narrow"/>
          <w:color w:val="FFFFFF"/>
          <w:sz w:val="32"/>
          <w:szCs w:val="32"/>
        </w:rPr>
      </w:pP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>EAST EARLY COLLEGE HIGH SCHOOL</w:t>
      </w:r>
    </w:p>
    <w:p w14:paraId="6C753DAF" w14:textId="697FA92D" w:rsidR="00B53CAE" w:rsidRPr="000E4E6D" w:rsidRDefault="00B53CAE" w:rsidP="00B53CAE">
      <w:pPr>
        <w:pStyle w:val="Heading2"/>
        <w:pBdr>
          <w:top w:val="single" w:sz="24" w:space="1" w:color="000000"/>
          <w:left w:val="single" w:sz="24" w:space="1" w:color="000000"/>
          <w:bottom w:val="single" w:sz="24" w:space="1" w:color="000000"/>
          <w:right w:val="single" w:sz="24" w:space="4" w:color="000000"/>
        </w:pBdr>
        <w:shd w:val="clear" w:color="auto" w:fill="C00000"/>
        <w:spacing w:line="240" w:lineRule="auto"/>
        <w:ind w:firstLine="14"/>
        <w:contextualSpacing/>
        <w:jc w:val="center"/>
        <w:rPr>
          <w:rFonts w:asciiTheme="minorHAnsi" w:eastAsia="Arial Narrow" w:hAnsiTheme="minorHAnsi" w:cs="Arial Narrow"/>
          <w:color w:val="FFFFFF"/>
          <w:sz w:val="32"/>
          <w:szCs w:val="32"/>
        </w:rPr>
      </w:pP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>202</w:t>
      </w:r>
      <w:r>
        <w:rPr>
          <w:rFonts w:asciiTheme="minorHAnsi" w:eastAsia="Arial Narrow" w:hAnsiTheme="minorHAnsi" w:cs="Arial Narrow"/>
          <w:color w:val="FFFFFF"/>
          <w:sz w:val="32"/>
          <w:szCs w:val="32"/>
        </w:rPr>
        <w:t>6</w:t>
      </w: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>-202</w:t>
      </w:r>
      <w:r>
        <w:rPr>
          <w:rFonts w:asciiTheme="minorHAnsi" w:eastAsia="Arial Narrow" w:hAnsiTheme="minorHAnsi" w:cs="Arial Narrow"/>
          <w:color w:val="FFFFFF"/>
          <w:sz w:val="32"/>
          <w:szCs w:val="32"/>
        </w:rPr>
        <w:t>7</w:t>
      </w:r>
      <w:r w:rsidRPr="000E4E6D">
        <w:rPr>
          <w:rFonts w:asciiTheme="minorHAnsi" w:eastAsia="Arial Narrow" w:hAnsiTheme="minorHAnsi" w:cs="Arial Narrow"/>
          <w:color w:val="FFFFFF"/>
          <w:sz w:val="32"/>
          <w:szCs w:val="32"/>
        </w:rPr>
        <w:t xml:space="preserve"> </w:t>
      </w:r>
      <w:r>
        <w:rPr>
          <w:rFonts w:asciiTheme="minorHAnsi" w:hAnsiTheme="minorHAnsi" w:cstheme="minorBidi"/>
          <w:color w:val="FFFFFF" w:themeColor="background1"/>
          <w:sz w:val="32"/>
          <w:szCs w:val="32"/>
        </w:rPr>
        <w:t>Coffee with the Principal</w:t>
      </w:r>
    </w:p>
    <w:p w14:paraId="538EDFDA" w14:textId="77777777" w:rsidR="00B53CAE" w:rsidRDefault="00B53CAE" w:rsidP="00216008">
      <w:pPr>
        <w:jc w:val="center"/>
      </w:pPr>
    </w:p>
    <w:p w14:paraId="415DC004" w14:textId="77777777" w:rsidR="00B53CAE" w:rsidRPr="00B53CAE" w:rsidRDefault="00B53CAE" w:rsidP="00B53CAE">
      <w:pPr>
        <w:jc w:val="center"/>
      </w:pPr>
      <w:r w:rsidRPr="00B53CAE">
        <w:t xml:space="preserve">We invite you to join us each month for </w:t>
      </w:r>
      <w:r w:rsidRPr="00B53CAE">
        <w:rPr>
          <w:b/>
          <w:bCs/>
        </w:rPr>
        <w:t>Coffee with the Principal</w:t>
      </w:r>
      <w:r w:rsidRPr="00B53CAE">
        <w:t>. During these meetings, we will share important updates, celebrate our successes, and provide strategies to help you support your child's academic success.</w:t>
      </w:r>
    </w:p>
    <w:p w14:paraId="3734B6E5" w14:textId="77777777" w:rsidR="00170F3B" w:rsidRDefault="00B53CAE" w:rsidP="00B53CAE">
      <w:pPr>
        <w:jc w:val="center"/>
      </w:pPr>
      <w:r w:rsidRPr="00B53CAE">
        <w:t xml:space="preserve">All meetings will be held in the library and will also be available virtually. </w:t>
      </w:r>
    </w:p>
    <w:p w14:paraId="449C4114" w14:textId="6BABC1BF" w:rsidR="00B53CAE" w:rsidRPr="00B53CAE" w:rsidRDefault="00B53CAE" w:rsidP="00B53CAE">
      <w:pPr>
        <w:jc w:val="center"/>
      </w:pPr>
      <w:r w:rsidRPr="00B53CAE">
        <w:rPr>
          <w:i/>
          <w:iCs/>
        </w:rPr>
        <w:t>(Virtual meeting links will be shared during the week of each meeting.)</w:t>
      </w:r>
    </w:p>
    <w:p w14:paraId="3CBFF663" w14:textId="4A0C68A8" w:rsidR="007C6095" w:rsidRPr="00C70162" w:rsidRDefault="007C6095" w:rsidP="007C6095">
      <w:pPr>
        <w:jc w:val="center"/>
        <w:rPr>
          <w:rFonts w:ascii="Georgia" w:hAnsi="Georgia"/>
          <w:b/>
          <w:bCs/>
          <w:sz w:val="40"/>
          <w:szCs w:val="40"/>
          <w:u w:val="single"/>
        </w:rPr>
      </w:pPr>
      <w:r w:rsidRPr="00C70162">
        <w:rPr>
          <w:rFonts w:ascii="Georgia" w:hAnsi="Georgia"/>
          <w:b/>
          <w:bCs/>
          <w:sz w:val="40"/>
          <w:szCs w:val="40"/>
          <w:u w:val="single"/>
        </w:rPr>
        <w:t xml:space="preserve">9:00am </w:t>
      </w:r>
      <w:r>
        <w:rPr>
          <w:rFonts w:ascii="Georgia" w:hAnsi="Georgia"/>
          <w:b/>
          <w:bCs/>
          <w:sz w:val="40"/>
          <w:szCs w:val="40"/>
          <w:u w:val="single"/>
        </w:rPr>
        <w:t xml:space="preserve">Friday </w:t>
      </w:r>
      <w:r w:rsidRPr="00C70162">
        <w:rPr>
          <w:rFonts w:ascii="Georgia" w:hAnsi="Georgia"/>
          <w:b/>
          <w:bCs/>
          <w:sz w:val="40"/>
          <w:szCs w:val="40"/>
          <w:u w:val="single"/>
        </w:rPr>
        <w:t>Meetings</w:t>
      </w:r>
    </w:p>
    <w:p w14:paraId="2B5C0C02" w14:textId="77777777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September </w:t>
      </w:r>
      <w:r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</w:t>
      </w:r>
      <w:r>
        <w:rPr>
          <w:rFonts w:ascii="Georgia" w:hAnsi="Georgia"/>
          <w:sz w:val="40"/>
          <w:szCs w:val="40"/>
        </w:rPr>
        <w:t>6</w:t>
      </w:r>
    </w:p>
    <w:p w14:paraId="05456C9E" w14:textId="0A074658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October </w:t>
      </w:r>
      <w:r>
        <w:rPr>
          <w:rFonts w:ascii="Georgia" w:hAnsi="Georgia"/>
          <w:sz w:val="40"/>
          <w:szCs w:val="40"/>
        </w:rPr>
        <w:t>2</w:t>
      </w:r>
      <w:r w:rsidRPr="00FF336E">
        <w:rPr>
          <w:rFonts w:ascii="Georgia" w:hAnsi="Georgia"/>
          <w:sz w:val="40"/>
          <w:szCs w:val="40"/>
        </w:rPr>
        <w:t>, 202</w:t>
      </w:r>
      <w:r w:rsidR="0000189F">
        <w:rPr>
          <w:rFonts w:ascii="Georgia" w:hAnsi="Georgia"/>
          <w:sz w:val="40"/>
          <w:szCs w:val="40"/>
        </w:rPr>
        <w:t>6</w:t>
      </w:r>
    </w:p>
    <w:p w14:paraId="53648C3D" w14:textId="45EE5951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>November 1</w:t>
      </w:r>
      <w:r>
        <w:rPr>
          <w:rFonts w:ascii="Georgia" w:hAnsi="Georgia"/>
          <w:sz w:val="40"/>
          <w:szCs w:val="40"/>
        </w:rPr>
        <w:t>3</w:t>
      </w:r>
      <w:r w:rsidRPr="00FF336E">
        <w:rPr>
          <w:rFonts w:ascii="Georgia" w:hAnsi="Georgia"/>
          <w:sz w:val="40"/>
          <w:szCs w:val="40"/>
        </w:rPr>
        <w:t>, 202</w:t>
      </w:r>
      <w:r w:rsidR="0000189F">
        <w:rPr>
          <w:rFonts w:ascii="Georgia" w:hAnsi="Georgia"/>
          <w:sz w:val="40"/>
          <w:szCs w:val="40"/>
        </w:rPr>
        <w:t>6</w:t>
      </w:r>
    </w:p>
    <w:p w14:paraId="5364EBC2" w14:textId="6E24BCCC" w:rsidR="007C6095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December </w:t>
      </w:r>
      <w:r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</w:t>
      </w:r>
      <w:r w:rsidR="0000189F">
        <w:rPr>
          <w:rFonts w:ascii="Georgia" w:hAnsi="Georgia"/>
          <w:sz w:val="40"/>
          <w:szCs w:val="40"/>
        </w:rPr>
        <w:t>6</w:t>
      </w:r>
    </w:p>
    <w:p w14:paraId="61B54505" w14:textId="77777777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</w:p>
    <w:p w14:paraId="0225BEF7" w14:textId="08422A7E" w:rsidR="007C6095" w:rsidRPr="003E12AE" w:rsidRDefault="007C6095" w:rsidP="007C6095">
      <w:pPr>
        <w:jc w:val="center"/>
        <w:rPr>
          <w:rFonts w:ascii="Georgia" w:hAnsi="Georgia"/>
          <w:b/>
          <w:bCs/>
          <w:sz w:val="40"/>
          <w:szCs w:val="40"/>
          <w:u w:val="single"/>
        </w:rPr>
      </w:pPr>
      <w:r w:rsidRPr="003E12AE">
        <w:rPr>
          <w:rFonts w:ascii="Georgia" w:hAnsi="Georgia"/>
          <w:b/>
          <w:bCs/>
          <w:sz w:val="40"/>
          <w:szCs w:val="40"/>
          <w:u w:val="single"/>
        </w:rPr>
        <w:t>4:00pm</w:t>
      </w:r>
      <w:r>
        <w:rPr>
          <w:rFonts w:ascii="Georgia" w:hAnsi="Georgia"/>
          <w:b/>
          <w:bCs/>
          <w:sz w:val="40"/>
          <w:szCs w:val="40"/>
          <w:u w:val="single"/>
        </w:rPr>
        <w:t xml:space="preserve"> Thursday</w:t>
      </w:r>
      <w:r w:rsidRPr="003E12AE">
        <w:rPr>
          <w:rFonts w:ascii="Georgia" w:hAnsi="Georgia"/>
          <w:b/>
          <w:bCs/>
          <w:sz w:val="40"/>
          <w:szCs w:val="40"/>
          <w:u w:val="single"/>
        </w:rPr>
        <w:t xml:space="preserve"> Meetings</w:t>
      </w:r>
      <w:r>
        <w:rPr>
          <w:rFonts w:ascii="Georgia" w:hAnsi="Georgia"/>
          <w:b/>
          <w:bCs/>
          <w:sz w:val="40"/>
          <w:szCs w:val="40"/>
          <w:u w:val="single"/>
        </w:rPr>
        <w:t xml:space="preserve"> </w:t>
      </w:r>
    </w:p>
    <w:p w14:paraId="7D1BBDA7" w14:textId="77777777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>January 1</w:t>
      </w:r>
      <w:r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2026</w:t>
      </w:r>
    </w:p>
    <w:p w14:paraId="2C47AB27" w14:textId="77777777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February </w:t>
      </w:r>
      <w:r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2026</w:t>
      </w:r>
    </w:p>
    <w:p w14:paraId="547DCEE8" w14:textId="77777777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March </w:t>
      </w:r>
      <w:r>
        <w:rPr>
          <w:rFonts w:ascii="Georgia" w:hAnsi="Georgia"/>
          <w:sz w:val="40"/>
          <w:szCs w:val="40"/>
        </w:rPr>
        <w:t>4</w:t>
      </w:r>
      <w:r w:rsidRPr="00FF336E">
        <w:rPr>
          <w:rFonts w:ascii="Georgia" w:hAnsi="Georgia"/>
          <w:sz w:val="40"/>
          <w:szCs w:val="40"/>
        </w:rPr>
        <w:t>, 2026</w:t>
      </w:r>
    </w:p>
    <w:p w14:paraId="79778F04" w14:textId="77777777" w:rsidR="007C6095" w:rsidRPr="00FF336E" w:rsidRDefault="007C6095" w:rsidP="007C6095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April </w:t>
      </w:r>
      <w:r>
        <w:rPr>
          <w:rFonts w:ascii="Georgia" w:hAnsi="Georgia"/>
          <w:sz w:val="40"/>
          <w:szCs w:val="40"/>
        </w:rPr>
        <w:t>8</w:t>
      </w:r>
      <w:r w:rsidRPr="00FF336E">
        <w:rPr>
          <w:rFonts w:ascii="Georgia" w:hAnsi="Georgia"/>
          <w:sz w:val="40"/>
          <w:szCs w:val="40"/>
        </w:rPr>
        <w:t>, 2026</w:t>
      </w:r>
    </w:p>
    <w:p w14:paraId="725451C4" w14:textId="4989C3E1" w:rsidR="00142272" w:rsidRDefault="007C6095" w:rsidP="00142272">
      <w:pPr>
        <w:jc w:val="center"/>
        <w:rPr>
          <w:rFonts w:ascii="Georgia" w:hAnsi="Georgia"/>
          <w:sz w:val="40"/>
          <w:szCs w:val="40"/>
        </w:rPr>
      </w:pPr>
      <w:r w:rsidRPr="00FF336E">
        <w:rPr>
          <w:rFonts w:ascii="Georgia" w:hAnsi="Georgia"/>
          <w:sz w:val="40"/>
          <w:szCs w:val="40"/>
        </w:rPr>
        <w:t xml:space="preserve">May </w:t>
      </w:r>
      <w:r>
        <w:rPr>
          <w:rFonts w:ascii="Georgia" w:hAnsi="Georgia"/>
          <w:sz w:val="40"/>
          <w:szCs w:val="40"/>
        </w:rPr>
        <w:t>6</w:t>
      </w:r>
      <w:r w:rsidRPr="00FF336E">
        <w:rPr>
          <w:rFonts w:ascii="Georgia" w:hAnsi="Georgia"/>
          <w:sz w:val="40"/>
          <w:szCs w:val="40"/>
        </w:rPr>
        <w:t>, 2026</w:t>
      </w:r>
    </w:p>
    <w:p w14:paraId="346D4433" w14:textId="452C6475" w:rsidR="00B53CAE" w:rsidRDefault="007C6095" w:rsidP="00216008">
      <w:pPr>
        <w:jc w:val="center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0F9828C" wp14:editId="4845B4D3">
            <wp:simplePos x="0" y="0"/>
            <wp:positionH relativeFrom="margin">
              <wp:posOffset>1562100</wp:posOffset>
            </wp:positionH>
            <wp:positionV relativeFrom="paragraph">
              <wp:posOffset>234950</wp:posOffset>
            </wp:positionV>
            <wp:extent cx="2161257" cy="1179830"/>
            <wp:effectExtent l="0" t="0" r="0" b="1270"/>
            <wp:wrapNone/>
            <wp:docPr id="5222227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257" cy="117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3A2E5" w14:textId="34A577EA" w:rsidR="00B53CAE" w:rsidRDefault="00B53CAE" w:rsidP="00216008">
      <w:pPr>
        <w:jc w:val="center"/>
      </w:pPr>
    </w:p>
    <w:p w14:paraId="0995588B" w14:textId="66171581" w:rsidR="00216008" w:rsidRDefault="00216008" w:rsidP="00216008">
      <w:pPr>
        <w:jc w:val="center"/>
      </w:pPr>
    </w:p>
    <w:sectPr w:rsidR="00216008" w:rsidSect="00216008">
      <w:pgSz w:w="12240" w:h="15840"/>
      <w:pgMar w:top="288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9726007">
    <w:abstractNumId w:val="8"/>
  </w:num>
  <w:num w:numId="2" w16cid:durableId="1373772584">
    <w:abstractNumId w:val="6"/>
  </w:num>
  <w:num w:numId="3" w16cid:durableId="589890698">
    <w:abstractNumId w:val="5"/>
  </w:num>
  <w:num w:numId="4" w16cid:durableId="1305354951">
    <w:abstractNumId w:val="4"/>
  </w:num>
  <w:num w:numId="5" w16cid:durableId="198251343">
    <w:abstractNumId w:val="7"/>
  </w:num>
  <w:num w:numId="6" w16cid:durableId="1377588294">
    <w:abstractNumId w:val="3"/>
  </w:num>
  <w:num w:numId="7" w16cid:durableId="763183937">
    <w:abstractNumId w:val="2"/>
  </w:num>
  <w:num w:numId="8" w16cid:durableId="664675009">
    <w:abstractNumId w:val="1"/>
  </w:num>
  <w:num w:numId="9" w16cid:durableId="61094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89F"/>
    <w:rsid w:val="00034616"/>
    <w:rsid w:val="0006063C"/>
    <w:rsid w:val="00073572"/>
    <w:rsid w:val="000B5FDD"/>
    <w:rsid w:val="000E4E6D"/>
    <w:rsid w:val="00142272"/>
    <w:rsid w:val="0015074B"/>
    <w:rsid w:val="00170F3B"/>
    <w:rsid w:val="00216008"/>
    <w:rsid w:val="0029639D"/>
    <w:rsid w:val="002F40BD"/>
    <w:rsid w:val="00304E51"/>
    <w:rsid w:val="00326F90"/>
    <w:rsid w:val="003E12AE"/>
    <w:rsid w:val="003E19B9"/>
    <w:rsid w:val="0041070F"/>
    <w:rsid w:val="00597554"/>
    <w:rsid w:val="00616399"/>
    <w:rsid w:val="006351C9"/>
    <w:rsid w:val="0065074B"/>
    <w:rsid w:val="006D79E4"/>
    <w:rsid w:val="007C6095"/>
    <w:rsid w:val="008900B0"/>
    <w:rsid w:val="00947C31"/>
    <w:rsid w:val="009D1207"/>
    <w:rsid w:val="009E7EC1"/>
    <w:rsid w:val="00A83A40"/>
    <w:rsid w:val="00AA1D8D"/>
    <w:rsid w:val="00B43F5B"/>
    <w:rsid w:val="00B47730"/>
    <w:rsid w:val="00B53CAE"/>
    <w:rsid w:val="00B869D1"/>
    <w:rsid w:val="00B87B35"/>
    <w:rsid w:val="00C37F6D"/>
    <w:rsid w:val="00C41E19"/>
    <w:rsid w:val="00C70162"/>
    <w:rsid w:val="00CB0664"/>
    <w:rsid w:val="00D62510"/>
    <w:rsid w:val="00EF03DA"/>
    <w:rsid w:val="00FC693F"/>
    <w:rsid w:val="00FC6A7F"/>
    <w:rsid w:val="00FF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0E39CD"/>
  <w14:defaultImageDpi w14:val="300"/>
  <w15:docId w15:val="{CF18183B-AB33-4B24-8432-1D8817C4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6163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7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wallpaperflare.com/cup-punch-mixed-drink-beverage-tea-crockery-coffee-saucer-wallpaper-mmnq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Castillo, Claudia</cp:lastModifiedBy>
  <cp:revision>14</cp:revision>
  <cp:lastPrinted>2025-08-04T19:26:00Z</cp:lastPrinted>
  <dcterms:created xsi:type="dcterms:W3CDTF">2026-06-29T13:47:00Z</dcterms:created>
  <dcterms:modified xsi:type="dcterms:W3CDTF">2026-10-09T17:18:00Z</dcterms:modified>
  <cp:category/>
</cp:coreProperties>
</file>