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CDBA4" w14:textId="77777777" w:rsidR="00EB2BDA" w:rsidRDefault="00EB2BDA">
      <w:pPr>
        <w:spacing w:after="80"/>
        <w:jc w:val="center"/>
        <w:rPr>
          <w:b/>
          <w:sz w:val="40"/>
        </w:rPr>
      </w:pPr>
    </w:p>
    <w:p w14:paraId="1EFC5269" w14:textId="24E6836E" w:rsidR="00C96FDA" w:rsidRDefault="00000000">
      <w:pPr>
        <w:spacing w:after="80"/>
        <w:jc w:val="center"/>
      </w:pPr>
      <w:r>
        <w:rPr>
          <w:b/>
          <w:sz w:val="40"/>
        </w:rPr>
        <w:t>AP EXAM REGISTRATION FORM</w:t>
      </w:r>
      <w:r>
        <w:rPr>
          <w:b/>
          <w:sz w:val="26"/>
        </w:rPr>
        <w:br/>
        <w:t>2026–2027</w:t>
      </w:r>
    </w:p>
    <w:p w14:paraId="50F247EE" w14:textId="77777777" w:rsidR="00C96FDA" w:rsidRDefault="00000000">
      <w:pPr>
        <w:spacing w:after="60"/>
        <w:jc w:val="center"/>
      </w:pPr>
      <w:r>
        <w:rPr>
          <w:b/>
          <w:sz w:val="22"/>
        </w:rPr>
        <w:t>REGISTRATION DEADLINE: Wednesday, November 4, 2026 by 2:30 p.m.</w:t>
      </w:r>
    </w:p>
    <w:p w14:paraId="79BE61BB" w14:textId="6096F271" w:rsidR="00C96FDA" w:rsidRDefault="00000000">
      <w:pPr>
        <w:spacing w:after="200"/>
        <w:jc w:val="center"/>
      </w:pPr>
      <w:r>
        <w:rPr>
          <w:sz w:val="19"/>
        </w:rPr>
        <w:t xml:space="preserve">Payment must accompany this form. A $40 late fee per exam applies to forms received after November </w:t>
      </w:r>
      <w:r w:rsidR="00664ACB">
        <w:rPr>
          <w:sz w:val="19"/>
        </w:rPr>
        <w:t>4</w:t>
      </w:r>
      <w:r>
        <w:rPr>
          <w:sz w:val="19"/>
        </w:rPr>
        <w:t>, exams cancelled after registration is submitted, and exams not taken.</w:t>
      </w:r>
    </w:p>
    <w:p w14:paraId="17B82ED5" w14:textId="77777777" w:rsidR="00C96FDA" w:rsidRDefault="00000000">
      <w:pPr>
        <w:spacing w:before="60" w:after="100"/>
      </w:pPr>
      <w:r>
        <w:rPr>
          <w:b/>
          <w:sz w:val="24"/>
        </w:rPr>
        <w:t>STUDENT INFORMATION (Please Print)</w:t>
      </w:r>
    </w:p>
    <w:tbl>
      <w:tblPr>
        <w:tblW w:w="0" w:type="auto"/>
        <w:jc w:val="center"/>
        <w:tblBorders>
          <w:top w:val="single" w:sz="5" w:space="0" w:color="AAB3BC"/>
          <w:left w:val="single" w:sz="5" w:space="0" w:color="AAB3BC"/>
          <w:bottom w:val="single" w:sz="5" w:space="0" w:color="AAB3BC"/>
          <w:right w:val="single" w:sz="5" w:space="0" w:color="AAB3BC"/>
          <w:insideH w:val="single" w:sz="5" w:space="0" w:color="AAB3BC"/>
          <w:insideV w:val="single" w:sz="5" w:space="0" w:color="AAB3BC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C96FDA" w14:paraId="3D49FC56" w14:textId="77777777">
        <w:trPr>
          <w:jc w:val="center"/>
        </w:trPr>
        <w:tc>
          <w:tcPr>
            <w:tcW w:w="5112" w:type="dxa"/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0FE96A70" w14:textId="54A3019D" w:rsidR="00C96FDA" w:rsidRDefault="00000000">
            <w:r>
              <w:rPr>
                <w:b/>
              </w:rPr>
              <w:t xml:space="preserve">Student Name: </w:t>
            </w:r>
          </w:p>
        </w:tc>
        <w:tc>
          <w:tcPr>
            <w:tcW w:w="5112" w:type="dxa"/>
            <w:tcMar>
              <w:top w:w="130" w:type="dxa"/>
              <w:left w:w="100" w:type="dxa"/>
              <w:bottom w:w="130" w:type="dxa"/>
              <w:right w:w="100" w:type="dxa"/>
            </w:tcMar>
          </w:tcPr>
          <w:p w14:paraId="08A501FD" w14:textId="674972A4" w:rsidR="00C96FDA" w:rsidRDefault="00000000">
            <w:r>
              <w:rPr>
                <w:b/>
              </w:rPr>
              <w:t>Grade:</w:t>
            </w:r>
          </w:p>
        </w:tc>
      </w:tr>
    </w:tbl>
    <w:p w14:paraId="5A623646" w14:textId="77777777" w:rsidR="00C96FDA" w:rsidRDefault="00000000">
      <w:pPr>
        <w:spacing w:before="200" w:after="80"/>
      </w:pPr>
      <w:r>
        <w:rPr>
          <w:b/>
          <w:sz w:val="24"/>
        </w:rPr>
        <w:t>EXAM SELECTION</w:t>
      </w:r>
      <w:r>
        <w:rPr>
          <w:i/>
        </w:rPr>
        <w:t xml:space="preserve">   Check each exam you are registering for.</w:t>
      </w:r>
    </w:p>
    <w:tbl>
      <w:tblPr>
        <w:tblW w:w="0" w:type="auto"/>
        <w:jc w:val="center"/>
        <w:tblBorders>
          <w:top w:val="single" w:sz="4" w:space="0" w:color="D0D5DA"/>
          <w:left w:val="single" w:sz="4" w:space="0" w:color="D0D5DA"/>
          <w:bottom w:val="single" w:sz="4" w:space="0" w:color="D0D5DA"/>
          <w:right w:val="single" w:sz="4" w:space="0" w:color="D0D5DA"/>
          <w:insideH w:val="single" w:sz="4" w:space="0" w:color="D0D5DA"/>
          <w:insideV w:val="single" w:sz="4" w:space="0" w:color="D0D5DA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C96FDA" w14:paraId="5FAD6E1D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04C8FCC4" w14:textId="77777777" w:rsidR="00C96FDA" w:rsidRDefault="00000000">
            <w:pPr>
              <w:spacing w:after="0"/>
            </w:pPr>
            <w:r>
              <w:rPr>
                <w:sz w:val="19"/>
              </w:rPr>
              <w:t>☐  ART HISTORY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2D959CCF" w14:textId="77777777" w:rsidR="00C96FDA" w:rsidRDefault="00000000">
            <w:pPr>
              <w:spacing w:after="0"/>
            </w:pPr>
            <w:r>
              <w:rPr>
                <w:sz w:val="19"/>
              </w:rPr>
              <w:t>☐  GOVERNMENT &amp; POLITICS/U.S. (Sophomores)</w:t>
            </w:r>
          </w:p>
        </w:tc>
      </w:tr>
      <w:tr w:rsidR="00C96FDA" w14:paraId="615DD487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1B66423A" w14:textId="77777777" w:rsidR="00C96FDA" w:rsidRDefault="00000000">
            <w:pPr>
              <w:spacing w:after="0"/>
            </w:pPr>
            <w:r>
              <w:rPr>
                <w:sz w:val="19"/>
              </w:rPr>
              <w:t>☐  BIOLOGY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3D076FEE" w14:textId="77777777" w:rsidR="00C96FDA" w:rsidRDefault="00000000">
            <w:pPr>
              <w:spacing w:after="0"/>
            </w:pPr>
            <w:r>
              <w:rPr>
                <w:sz w:val="19"/>
              </w:rPr>
              <w:t>☐  PHYSICS 1</w:t>
            </w:r>
          </w:p>
        </w:tc>
      </w:tr>
      <w:tr w:rsidR="00C96FDA" w14:paraId="23A6009B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67AF1B6D" w14:textId="77777777" w:rsidR="00C96FDA" w:rsidRDefault="00000000">
            <w:pPr>
              <w:spacing w:after="0"/>
            </w:pPr>
            <w:r>
              <w:rPr>
                <w:sz w:val="19"/>
              </w:rPr>
              <w:t>☐  CALCULUS AB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43BC2360" w14:textId="77777777" w:rsidR="00C96FDA" w:rsidRDefault="00000000">
            <w:pPr>
              <w:spacing w:after="0"/>
            </w:pPr>
            <w:r>
              <w:rPr>
                <w:sz w:val="19"/>
              </w:rPr>
              <w:t>☐  PSYCHOLOGY</w:t>
            </w:r>
          </w:p>
        </w:tc>
      </w:tr>
      <w:tr w:rsidR="00C96FDA" w14:paraId="59ECD90D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3271EEE9" w14:textId="77777777" w:rsidR="00C96FDA" w:rsidRDefault="00000000">
            <w:pPr>
              <w:spacing w:after="0"/>
            </w:pPr>
            <w:r>
              <w:rPr>
                <w:sz w:val="19"/>
              </w:rPr>
              <w:t>☐  CALCULUS BC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57E727C0" w14:textId="77777777" w:rsidR="00C96FDA" w:rsidRDefault="00000000">
            <w:pPr>
              <w:spacing w:after="0"/>
            </w:pPr>
            <w:r>
              <w:rPr>
                <w:sz w:val="19"/>
              </w:rPr>
              <w:t>☐  SPANISH LANGUAGE</w:t>
            </w:r>
          </w:p>
        </w:tc>
      </w:tr>
      <w:tr w:rsidR="00C96FDA" w14:paraId="21109FD6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6E4F9B91" w14:textId="77777777" w:rsidR="00C96FDA" w:rsidRDefault="00000000">
            <w:pPr>
              <w:spacing w:after="0"/>
            </w:pPr>
            <w:r>
              <w:rPr>
                <w:sz w:val="19"/>
              </w:rPr>
              <w:t>☐  CHEMISTRY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7F0FED54" w14:textId="77777777" w:rsidR="00C96FDA" w:rsidRDefault="00000000">
            <w:pPr>
              <w:spacing w:after="0"/>
            </w:pPr>
            <w:r>
              <w:rPr>
                <w:sz w:val="19"/>
              </w:rPr>
              <w:t>☐  STATISTICS</w:t>
            </w:r>
          </w:p>
        </w:tc>
      </w:tr>
      <w:tr w:rsidR="00C96FDA" w14:paraId="2C846919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15D09303" w14:textId="77777777" w:rsidR="00C96FDA" w:rsidRDefault="00000000">
            <w:pPr>
              <w:spacing w:after="0"/>
            </w:pPr>
            <w:r>
              <w:rPr>
                <w:sz w:val="19"/>
              </w:rPr>
              <w:t>☐  COMPUTER SCIENCE A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7DA48B64" w14:textId="77777777" w:rsidR="00C96FDA" w:rsidRDefault="00000000">
            <w:pPr>
              <w:spacing w:after="0"/>
            </w:pPr>
            <w:r>
              <w:rPr>
                <w:sz w:val="19"/>
              </w:rPr>
              <w:t>☐  U.S. HISTORY</w:t>
            </w:r>
          </w:p>
        </w:tc>
      </w:tr>
      <w:tr w:rsidR="00C96FDA" w14:paraId="294F3D45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6EC0C1F7" w14:textId="77777777" w:rsidR="00C96FDA" w:rsidRDefault="00000000">
            <w:pPr>
              <w:spacing w:after="0"/>
            </w:pPr>
            <w:r>
              <w:rPr>
                <w:sz w:val="19"/>
              </w:rPr>
              <w:t>☐  COMPUTER SCIENCE PRINCIPLES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73DE116B" w14:textId="77777777" w:rsidR="00C96FDA" w:rsidRDefault="00000000">
            <w:pPr>
              <w:spacing w:after="0"/>
            </w:pPr>
            <w:r>
              <w:rPr>
                <w:sz w:val="19"/>
              </w:rPr>
              <w:t>☐  WORLD HISTORY (Juniors)</w:t>
            </w:r>
          </w:p>
        </w:tc>
      </w:tr>
      <w:tr w:rsidR="00C96FDA" w14:paraId="27859F54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5FEE3C3B" w14:textId="77777777" w:rsidR="00C96FDA" w:rsidRDefault="00000000">
            <w:pPr>
              <w:spacing w:after="0"/>
            </w:pPr>
            <w:r>
              <w:rPr>
                <w:sz w:val="19"/>
              </w:rPr>
              <w:t>☐  ENGLISH LANGUAGE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51899E2A" w14:textId="358A8A06" w:rsidR="00C96FDA" w:rsidRDefault="00000000">
            <w:pPr>
              <w:spacing w:after="0"/>
            </w:pPr>
            <w:r>
              <w:rPr>
                <w:sz w:val="19"/>
              </w:rPr>
              <w:t xml:space="preserve">☐  </w:t>
            </w:r>
          </w:p>
        </w:tc>
      </w:tr>
      <w:tr w:rsidR="00C96FDA" w14:paraId="3C8C11D6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4C3E2CD6" w14:textId="77777777" w:rsidR="00C96FDA" w:rsidRDefault="00000000">
            <w:pPr>
              <w:spacing w:after="0"/>
            </w:pPr>
            <w:r>
              <w:rPr>
                <w:sz w:val="19"/>
              </w:rPr>
              <w:t>☐  ENGLISH LITERATURE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084AE6FC" w14:textId="43AA8F6B" w:rsidR="00C96FDA" w:rsidRDefault="00000000">
            <w:pPr>
              <w:spacing w:after="0"/>
            </w:pPr>
            <w:r>
              <w:rPr>
                <w:sz w:val="19"/>
              </w:rPr>
              <w:t xml:space="preserve">☐  </w:t>
            </w:r>
          </w:p>
        </w:tc>
      </w:tr>
      <w:tr w:rsidR="00C96FDA" w14:paraId="08C19765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649512BC" w14:textId="77777777" w:rsidR="00C96FDA" w:rsidRDefault="00000000">
            <w:pPr>
              <w:spacing w:after="0"/>
            </w:pPr>
            <w:r>
              <w:rPr>
                <w:sz w:val="19"/>
              </w:rPr>
              <w:t>☐  ENVIRONMENTAL SCIENCE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45FCA7E3" w14:textId="77777777" w:rsidR="00C96FDA" w:rsidRDefault="00C96FDA">
            <w:pPr>
              <w:spacing w:after="0"/>
            </w:pPr>
          </w:p>
        </w:tc>
      </w:tr>
      <w:tr w:rsidR="00C96FDA" w14:paraId="748EC03E" w14:textId="77777777">
        <w:trPr>
          <w:jc w:val="center"/>
        </w:trPr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05D9AEB3" w14:textId="77777777" w:rsidR="00C96FDA" w:rsidRDefault="00000000">
            <w:pPr>
              <w:spacing w:after="0"/>
            </w:pPr>
            <w:r>
              <w:rPr>
                <w:sz w:val="19"/>
              </w:rPr>
              <w:t>☐  EUROPEAN HISTORY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75" w:type="dxa"/>
            </w:tcMar>
            <w:vAlign w:val="center"/>
          </w:tcPr>
          <w:p w14:paraId="0B0FB490" w14:textId="77777777" w:rsidR="00C96FDA" w:rsidRDefault="00C96FDA">
            <w:pPr>
              <w:spacing w:after="0"/>
            </w:pPr>
          </w:p>
        </w:tc>
      </w:tr>
    </w:tbl>
    <w:p w14:paraId="2371F2C0" w14:textId="77777777" w:rsidR="00C96FDA" w:rsidRDefault="00000000">
      <w:pPr>
        <w:spacing w:before="200" w:after="80"/>
      </w:pPr>
      <w:r>
        <w:rPr>
          <w:b/>
          <w:sz w:val="24"/>
        </w:rPr>
        <w:t>PAYMENT INFORMATION</w:t>
      </w:r>
    </w:p>
    <w:tbl>
      <w:tblPr>
        <w:tblW w:w="0" w:type="auto"/>
        <w:jc w:val="center"/>
        <w:tblBorders>
          <w:top w:val="single" w:sz="5" w:space="0" w:color="AAB3BC"/>
          <w:left w:val="single" w:sz="5" w:space="0" w:color="AAB3BC"/>
          <w:bottom w:val="single" w:sz="5" w:space="0" w:color="AAB3BC"/>
          <w:right w:val="single" w:sz="5" w:space="0" w:color="AAB3BC"/>
          <w:insideH w:val="single" w:sz="5" w:space="0" w:color="AAB3BC"/>
          <w:insideV w:val="single" w:sz="5" w:space="0" w:color="AAB3BC"/>
        </w:tblBorders>
        <w:tblLook w:val="04A0" w:firstRow="1" w:lastRow="0" w:firstColumn="1" w:lastColumn="0" w:noHBand="0" w:noVBand="1"/>
      </w:tblPr>
      <w:tblGrid>
        <w:gridCol w:w="10212"/>
      </w:tblGrid>
      <w:tr w:rsidR="00C96FDA" w14:paraId="270ECDC6" w14:textId="77777777">
        <w:trPr>
          <w:jc w:val="center"/>
        </w:trPr>
        <w:tc>
          <w:tcPr>
            <w:tcW w:w="10224" w:type="dxa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657A7CB3" w14:textId="639C7D38" w:rsidR="00C96FDA" w:rsidRDefault="00000000">
            <w:r>
              <w:rPr>
                <w:sz w:val="19"/>
              </w:rPr>
              <w:t xml:space="preserve"># of Exams: ______  ×  $99  =  $________     Cash: $________     Check: $________     Check #: __________   </w:t>
            </w:r>
          </w:p>
        </w:tc>
      </w:tr>
    </w:tbl>
    <w:p w14:paraId="7DF8EA3C" w14:textId="77777777" w:rsidR="00C96FDA" w:rsidRDefault="00000000">
      <w:pPr>
        <w:spacing w:before="200" w:after="80"/>
      </w:pPr>
      <w:r>
        <w:rPr>
          <w:b/>
          <w:sz w:val="24"/>
        </w:rPr>
        <w:t>ELIGIBILITY OPTION(S)</w:t>
      </w:r>
      <w:r>
        <w:rPr>
          <w:i/>
        </w:rPr>
        <w:t xml:space="preserve">   Check any that apply.</w:t>
      </w:r>
    </w:p>
    <w:tbl>
      <w:tblPr>
        <w:tblW w:w="0" w:type="auto"/>
        <w:jc w:val="center"/>
        <w:tblBorders>
          <w:top w:val="single" w:sz="4" w:space="0" w:color="D0D5DA"/>
          <w:left w:val="single" w:sz="4" w:space="0" w:color="D0D5DA"/>
          <w:bottom w:val="single" w:sz="4" w:space="0" w:color="D0D5DA"/>
          <w:right w:val="single" w:sz="4" w:space="0" w:color="D0D5DA"/>
          <w:insideH w:val="single" w:sz="4" w:space="0" w:color="D0D5DA"/>
          <w:insideV w:val="single" w:sz="4" w:space="0" w:color="D0D5DA"/>
        </w:tblBorders>
        <w:tblLook w:val="04A0" w:firstRow="1" w:lastRow="0" w:firstColumn="1" w:lastColumn="0" w:noHBand="0" w:noVBand="1"/>
      </w:tblPr>
      <w:tblGrid>
        <w:gridCol w:w="10214"/>
      </w:tblGrid>
      <w:tr w:rsidR="00C96FDA" w14:paraId="7909B081" w14:textId="77777777">
        <w:trPr>
          <w:jc w:val="center"/>
        </w:trPr>
        <w:tc>
          <w:tcPr>
            <w:tcW w:w="10224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13F00AC" w14:textId="77777777" w:rsidR="00C96FDA" w:rsidRDefault="00000000">
            <w:r>
              <w:rPr>
                <w:sz w:val="19"/>
              </w:rPr>
              <w:t>☐  FEE WAIVER: I receive free/reduced lunch and am eligible for a fee reduction. Total cost of each reduced exam = $53.</w:t>
            </w:r>
          </w:p>
        </w:tc>
      </w:tr>
      <w:tr w:rsidR="00C96FDA" w14:paraId="42170D93" w14:textId="77777777">
        <w:trPr>
          <w:jc w:val="center"/>
        </w:trPr>
        <w:tc>
          <w:tcPr>
            <w:tcW w:w="10224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C545E5" w14:textId="77777777" w:rsidR="00C96FDA" w:rsidRDefault="00000000">
            <w:r>
              <w:rPr>
                <w:sz w:val="19"/>
              </w:rPr>
              <w:t>☐  EXTENDED TIME: I have an IEP/504 Plan, want extended time, and have been approved for accommodation(s) through College Board.</w:t>
            </w:r>
          </w:p>
        </w:tc>
      </w:tr>
    </w:tbl>
    <w:p w14:paraId="183F39C1" w14:textId="5BC4B87D" w:rsidR="00883CE1" w:rsidRDefault="00EB2BDA">
      <w:pPr>
        <w:spacing w:before="200"/>
        <w:jc w:val="center"/>
        <w:rPr>
          <w:b/>
        </w:rPr>
      </w:pPr>
      <w:r>
        <w:rPr>
          <w:b/>
        </w:rPr>
        <w:t>Registration form and payment due in the Counseling Office by November 4 at 2:30pm.</w:t>
      </w:r>
    </w:p>
    <w:p w14:paraId="0970A0C4" w14:textId="67DCAF55" w:rsidR="00C96FDA" w:rsidRDefault="00883CE1">
      <w:pPr>
        <w:spacing w:before="200"/>
        <w:jc w:val="center"/>
      </w:pPr>
      <w:r>
        <w:rPr>
          <w:b/>
        </w:rPr>
        <w:t>Checks should be made payable to LDSD.</w:t>
      </w:r>
    </w:p>
    <w:sectPr w:rsidR="00C96FDA" w:rsidSect="00034616"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699523">
    <w:abstractNumId w:val="8"/>
  </w:num>
  <w:num w:numId="2" w16cid:durableId="744182144">
    <w:abstractNumId w:val="6"/>
  </w:num>
  <w:num w:numId="3" w16cid:durableId="1652901547">
    <w:abstractNumId w:val="5"/>
  </w:num>
  <w:num w:numId="4" w16cid:durableId="2068721735">
    <w:abstractNumId w:val="4"/>
  </w:num>
  <w:num w:numId="5" w16cid:durableId="1068697949">
    <w:abstractNumId w:val="7"/>
  </w:num>
  <w:num w:numId="6" w16cid:durableId="821504729">
    <w:abstractNumId w:val="3"/>
  </w:num>
  <w:num w:numId="7" w16cid:durableId="1647661572">
    <w:abstractNumId w:val="2"/>
  </w:num>
  <w:num w:numId="8" w16cid:durableId="63643724">
    <w:abstractNumId w:val="1"/>
  </w:num>
  <w:num w:numId="9" w16cid:durableId="34316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3C6D"/>
    <w:rsid w:val="0029639D"/>
    <w:rsid w:val="00326F90"/>
    <w:rsid w:val="004A60A6"/>
    <w:rsid w:val="00664ACB"/>
    <w:rsid w:val="00713CBD"/>
    <w:rsid w:val="00883CE1"/>
    <w:rsid w:val="00AA1D8D"/>
    <w:rsid w:val="00B47730"/>
    <w:rsid w:val="00C96FDA"/>
    <w:rsid w:val="00CB0664"/>
    <w:rsid w:val="00EB2B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BA5E6C"/>
  <w14:defaultImageDpi w14:val="300"/>
  <w15:docId w15:val="{274FD102-00A9-47AF-A603-E8FEC204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Beaver, Lori</cp:lastModifiedBy>
  <cp:revision>3</cp:revision>
  <dcterms:created xsi:type="dcterms:W3CDTF">2026-10-15T19:17:00Z</dcterms:created>
  <dcterms:modified xsi:type="dcterms:W3CDTF">2026-10-19T12:58:00Z</dcterms:modified>
  <cp:category/>
</cp:coreProperties>
</file>