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39383" w14:textId="77777777" w:rsidR="006000C0" w:rsidRDefault="007868AA">
      <w:pPr>
        <w:spacing w:after="40"/>
        <w:jc w:val="center"/>
      </w:pPr>
      <w:r>
        <w:rPr>
          <w:noProof/>
        </w:rPr>
        <w:drawing>
          <wp:inline distT="0" distB="0" distL="0" distR="0" wp14:anchorId="132061D9" wp14:editId="5C566DF7">
            <wp:extent cx="438912" cy="5592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sd-log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55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EBEFD" w14:textId="77777777" w:rsidR="006000C0" w:rsidRDefault="007868AA">
      <w:pPr>
        <w:spacing w:after="20"/>
        <w:jc w:val="center"/>
      </w:pPr>
      <w:r>
        <w:rPr>
          <w:rFonts w:ascii="Aptos Display" w:hAnsi="Aptos Display"/>
          <w:b/>
          <w:color w:val="92343B"/>
          <w:sz w:val="24"/>
        </w:rPr>
        <w:t>TRACY UNIFIED SCHOOL DISTRICT</w:t>
      </w:r>
    </w:p>
    <w:p w14:paraId="3531C4CE" w14:textId="77777777" w:rsidR="006000C0" w:rsidRDefault="007868AA">
      <w:pPr>
        <w:spacing w:after="20"/>
        <w:jc w:val="center"/>
      </w:pPr>
      <w:r>
        <w:rPr>
          <w:rFonts w:ascii="Aptos Display" w:hAnsi="Aptos Display"/>
          <w:b/>
          <w:color w:val="743439"/>
          <w:sz w:val="44"/>
        </w:rPr>
        <w:t>Interpreter &amp; Translator List</w:t>
      </w:r>
    </w:p>
    <w:p w14:paraId="5157E4F5" w14:textId="77777777" w:rsidR="006000C0" w:rsidRDefault="007868AA">
      <w:pPr>
        <w:spacing w:after="160"/>
        <w:jc w:val="center"/>
      </w:pPr>
      <w:r>
        <w:rPr>
          <w:b/>
          <w:color w:val="666666"/>
          <w:sz w:val="22"/>
        </w:rPr>
        <w:t>Interpreter and Translation Services</w:t>
      </w:r>
    </w:p>
    <w:tbl>
      <w:tblPr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6000C0" w14:paraId="35577EF8" w14:textId="77777777">
        <w:trPr>
          <w:jc w:val="center"/>
        </w:trPr>
        <w:tc>
          <w:tcPr>
            <w:tcW w:w="10656" w:type="dxa"/>
            <w:shd w:val="clear" w:color="auto" w:fill="EBD8D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F767D7" w14:textId="77777777" w:rsidR="006000C0" w:rsidRDefault="007868AA">
            <w:pPr>
              <w:spacing w:after="0"/>
              <w:jc w:val="center"/>
            </w:pPr>
            <w:r>
              <w:rPr>
                <w:b/>
                <w:color w:val="743439"/>
              </w:rPr>
              <w:t>Interpreters</w:t>
            </w:r>
            <w:r>
              <w:t xml:space="preserve"> communicate spoken language.  </w:t>
            </w:r>
            <w:r>
              <w:rPr>
                <w:b/>
                <w:color w:val="743439"/>
              </w:rPr>
              <w:t>Translators</w:t>
            </w:r>
            <w:r>
              <w:t xml:space="preserve"> translate written language.</w:t>
            </w:r>
          </w:p>
        </w:tc>
      </w:tr>
    </w:tbl>
    <w:p w14:paraId="78AEBE17" w14:textId="77777777" w:rsidR="006000C0" w:rsidRDefault="007868AA">
      <w:pPr>
        <w:pStyle w:val="Heading1"/>
      </w:pPr>
      <w:r>
        <w:t>Requesting Interpreter Services</w:t>
      </w:r>
    </w:p>
    <w:p w14:paraId="62BF7BEE" w14:textId="77777777" w:rsidR="006000C0" w:rsidRPr="0017398A" w:rsidRDefault="007868AA">
      <w:pPr>
        <w:spacing w:after="40"/>
        <w:rPr>
          <w:bCs/>
        </w:rPr>
      </w:pPr>
      <w:r w:rsidRPr="0017398A">
        <w:rPr>
          <w:bCs/>
        </w:rPr>
        <w:t>1. Spanish requests: Contact the Parent Liaison at your school site first.</w:t>
      </w:r>
    </w:p>
    <w:p w14:paraId="670231CD" w14:textId="77777777" w:rsidR="006000C0" w:rsidRPr="0017398A" w:rsidRDefault="007868AA">
      <w:pPr>
        <w:spacing w:after="100"/>
        <w:rPr>
          <w:bCs/>
        </w:rPr>
      </w:pPr>
      <w:r w:rsidRPr="0017398A">
        <w:rPr>
          <w:bCs/>
        </w:rPr>
        <w:t>2. Spanish and other languages: Contact an interpreter from the list below.</w:t>
      </w:r>
    </w:p>
    <w:p w14:paraId="5A3D653B" w14:textId="77777777" w:rsidR="006000C0" w:rsidRDefault="007868AA">
      <w:pPr>
        <w:pStyle w:val="Heading1"/>
      </w:pPr>
      <w:r>
        <w:t>Important Guidelines</w:t>
      </w:r>
    </w:p>
    <w:p w14:paraId="00616786" w14:textId="6726F467" w:rsidR="006000C0" w:rsidRDefault="006038D2">
      <w:pPr>
        <w:pStyle w:val="ListBullet"/>
        <w:spacing w:after="40"/>
        <w:ind w:hanging="202"/>
      </w:pPr>
      <w:r>
        <w:t>For TUSD interpreters c</w:t>
      </w:r>
      <w:r w:rsidR="007868AA">
        <w:t>ontact the interpreter before scheduling the meeting to confirm availability. After the date and time are agreed upon, send the interpreter an Outlook calendar invitation.</w:t>
      </w:r>
    </w:p>
    <w:p w14:paraId="33CD200D" w14:textId="14933A5C" w:rsidR="006000C0" w:rsidRDefault="007868AA">
      <w:pPr>
        <w:pStyle w:val="ListBullet"/>
        <w:spacing w:after="40"/>
        <w:ind w:hanging="202"/>
      </w:pPr>
      <w:r>
        <w:t xml:space="preserve">If no one on the list is available, contact Pia De Rosa at </w:t>
      </w:r>
      <w:hyperlink r:id="rId9">
        <w:r w:rsidR="0071054C">
          <w:rPr>
            <w:color w:val="92343B"/>
            <w:sz w:val="18"/>
            <w:u w:val="single"/>
          </w:rPr>
          <w:t>pderosa@tusd.net</w:t>
        </w:r>
      </w:hyperlink>
    </w:p>
    <w:p w14:paraId="5F53582E" w14:textId="1D9FE29F" w:rsidR="006000C0" w:rsidRDefault="007868AA">
      <w:pPr>
        <w:pStyle w:val="ListBullet"/>
        <w:spacing w:after="40"/>
        <w:ind w:hanging="202"/>
      </w:pPr>
      <w:r>
        <w:t xml:space="preserve">Use the Interpreter Request Form only when you need a language not included on this list. Email the completed </w:t>
      </w:r>
      <w:r w:rsidR="00DB3765">
        <w:t xml:space="preserve">editable </w:t>
      </w:r>
      <w:r>
        <w:t xml:space="preserve">form to </w:t>
      </w:r>
      <w:hyperlink r:id="rId10">
        <w:r w:rsidR="0071054C">
          <w:rPr>
            <w:color w:val="92343B"/>
            <w:sz w:val="18"/>
            <w:u w:val="single"/>
          </w:rPr>
          <w:t>pderosa@tusd.net</w:t>
        </w:r>
      </w:hyperlink>
      <w:r w:rsidR="0071054C">
        <w:t xml:space="preserve"> </w:t>
      </w:r>
      <w:r>
        <w:t>at least 48 hours before the meeting. For American Sign Language (ASL), submit the completed form at least one week before the meeting.</w:t>
      </w:r>
    </w:p>
    <w:p w14:paraId="5B00EEA1" w14:textId="77777777" w:rsidR="0071054C" w:rsidRDefault="0071054C">
      <w:pPr>
        <w:pStyle w:val="ListBullet"/>
        <w:spacing w:after="40"/>
        <w:ind w:hanging="202"/>
      </w:pPr>
      <w:r w:rsidRPr="0071054C">
        <w:t>Provide at least 24 hours’ notice when canceling interpreter services. For ASL interpreter services, provide at least 36 hours’ notice.</w:t>
      </w:r>
    </w:p>
    <w:p w14:paraId="6C427ED8" w14:textId="2A7E6D75" w:rsidR="006000C0" w:rsidRDefault="0071054C">
      <w:pPr>
        <w:pStyle w:val="ListBullet"/>
        <w:spacing w:after="40"/>
        <w:ind w:hanging="202"/>
      </w:pPr>
      <w:r w:rsidRPr="0071054C">
        <w:t xml:space="preserve">For document translations, including IEPs, reports, and legal letters, contact Pia De Rosa at </w:t>
      </w:r>
      <w:hyperlink r:id="rId11">
        <w:r w:rsidR="00A10420">
          <w:rPr>
            <w:color w:val="92343B"/>
            <w:sz w:val="18"/>
            <w:u w:val="single"/>
          </w:rPr>
          <w:t>pderosa@tusd.net</w:t>
        </w:r>
      </w:hyperlink>
      <w:r w:rsidR="00A10420">
        <w:t xml:space="preserve">. </w:t>
      </w:r>
      <w:r w:rsidRPr="0071054C">
        <w:t>Please provide all documents in an editable Microsoft Word format.</w:t>
      </w:r>
    </w:p>
    <w:p w14:paraId="4E090E44" w14:textId="77777777" w:rsidR="006000C0" w:rsidRDefault="007868AA">
      <w:pPr>
        <w:pStyle w:val="Heading1"/>
      </w:pPr>
      <w:r>
        <w:t>Questions or Concerns</w:t>
      </w:r>
    </w:p>
    <w:p w14:paraId="4C7532D3" w14:textId="77777777" w:rsidR="006000C0" w:rsidRPr="00B72FB8" w:rsidRDefault="007868AA">
      <w:pPr>
        <w:spacing w:after="140"/>
        <w:rPr>
          <w:lang w:val="es-CO"/>
        </w:rPr>
      </w:pPr>
      <w:r w:rsidRPr="00B72FB8">
        <w:rPr>
          <w:b/>
          <w:lang w:val="es-CO"/>
        </w:rPr>
        <w:t>Pia De Rosa</w:t>
      </w:r>
      <w:r w:rsidRPr="00B72FB8">
        <w:rPr>
          <w:lang w:val="es-CO"/>
        </w:rPr>
        <w:t xml:space="preserve">  |  TUSD Translator/Interpreter Specialist  |  209-830-3280, ext. 1602  |  </w:t>
      </w:r>
      <w:hyperlink r:id="rId12">
        <w:r w:rsidRPr="00B72FB8">
          <w:rPr>
            <w:color w:val="92343B"/>
            <w:sz w:val="18"/>
            <w:u w:val="single"/>
            <w:lang w:val="es-CO"/>
          </w:rPr>
          <w:t>pderosa@tusd.net</w:t>
        </w:r>
      </w:hyperlink>
    </w:p>
    <w:p w14:paraId="472BA69D" w14:textId="77777777" w:rsidR="006000C0" w:rsidRDefault="007868AA">
      <w:pPr>
        <w:pStyle w:val="Heading1"/>
      </w:pPr>
      <w:r>
        <w:t>Interpreter Directory</w:t>
      </w:r>
    </w:p>
    <w:tbl>
      <w:tblPr>
        <w:tblStyle w:val="TableGrid"/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1510"/>
        <w:gridCol w:w="1500"/>
        <w:gridCol w:w="2150"/>
        <w:gridCol w:w="1400"/>
        <w:gridCol w:w="2470"/>
        <w:gridCol w:w="1626"/>
      </w:tblGrid>
      <w:tr w:rsidR="006000C0" w14:paraId="35078A83" w14:textId="77777777">
        <w:trPr>
          <w:cantSplit/>
          <w:tblHeader/>
          <w:jc w:val="center"/>
        </w:trPr>
        <w:tc>
          <w:tcPr>
            <w:tcW w:w="1510" w:type="dxa"/>
            <w:shd w:val="clear" w:color="auto" w:fill="74343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A3A654" w14:textId="77777777" w:rsidR="006000C0" w:rsidRDefault="007868A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Language</w:t>
            </w:r>
          </w:p>
        </w:tc>
        <w:tc>
          <w:tcPr>
            <w:tcW w:w="1500" w:type="dxa"/>
            <w:shd w:val="clear" w:color="auto" w:fill="74343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30E7CA" w14:textId="77777777" w:rsidR="006000C0" w:rsidRDefault="007868A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w="2150" w:type="dxa"/>
            <w:shd w:val="clear" w:color="auto" w:fill="74343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391336" w14:textId="77777777" w:rsidR="006000C0" w:rsidRDefault="007868A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Availability</w:t>
            </w:r>
          </w:p>
        </w:tc>
        <w:tc>
          <w:tcPr>
            <w:tcW w:w="1400" w:type="dxa"/>
            <w:shd w:val="clear" w:color="auto" w:fill="74343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A2EEDD" w14:textId="77777777" w:rsidR="006000C0" w:rsidRDefault="007868A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Phone</w:t>
            </w:r>
          </w:p>
        </w:tc>
        <w:tc>
          <w:tcPr>
            <w:tcW w:w="2470" w:type="dxa"/>
            <w:shd w:val="clear" w:color="auto" w:fill="74343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B24B82" w14:textId="77777777" w:rsidR="006000C0" w:rsidRDefault="007868A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Email</w:t>
            </w:r>
          </w:p>
        </w:tc>
        <w:tc>
          <w:tcPr>
            <w:tcW w:w="1626" w:type="dxa"/>
            <w:shd w:val="clear" w:color="auto" w:fill="74343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078F0B" w14:textId="77777777" w:rsidR="006000C0" w:rsidRDefault="007868A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6000C0" w14:paraId="508C87FE" w14:textId="77777777">
        <w:trPr>
          <w:cantSplit/>
          <w:jc w:val="center"/>
        </w:trPr>
        <w:tc>
          <w:tcPr>
            <w:tcW w:w="151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59A48B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Arabic</w:t>
            </w:r>
          </w:p>
        </w:tc>
        <w:tc>
          <w:tcPr>
            <w:tcW w:w="15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0A6A58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Najwa Sabliny</w:t>
            </w:r>
          </w:p>
        </w:tc>
        <w:tc>
          <w:tcPr>
            <w:tcW w:w="21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9EA9ED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3:15-5:00 p.m.</w:t>
            </w:r>
          </w:p>
        </w:tc>
        <w:tc>
          <w:tcPr>
            <w:tcW w:w="14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E9E1F4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209-914-9306</w:t>
            </w:r>
          </w:p>
        </w:tc>
        <w:tc>
          <w:tcPr>
            <w:tcW w:w="24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8E4D65" w14:textId="77777777" w:rsidR="006000C0" w:rsidRDefault="007868AA">
            <w:pPr>
              <w:spacing w:after="0" w:line="240" w:lineRule="auto"/>
            </w:pPr>
            <w:hyperlink r:id="rId13">
              <w:r>
                <w:rPr>
                  <w:color w:val="92343B"/>
                  <w:sz w:val="18"/>
                  <w:u w:val="single"/>
                </w:rPr>
                <w:t>nsabliny@tusd.net</w:t>
              </w:r>
            </w:hyperlink>
          </w:p>
        </w:tc>
        <w:tc>
          <w:tcPr>
            <w:tcW w:w="162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3BE9FD" w14:textId="77777777" w:rsidR="006000C0" w:rsidRDefault="006000C0">
            <w:pPr>
              <w:spacing w:after="0" w:line="240" w:lineRule="auto"/>
            </w:pPr>
          </w:p>
        </w:tc>
      </w:tr>
      <w:tr w:rsidR="006000C0" w14:paraId="2E50B23E" w14:textId="77777777">
        <w:trPr>
          <w:cantSplit/>
          <w:jc w:val="center"/>
        </w:trPr>
        <w:tc>
          <w:tcPr>
            <w:tcW w:w="151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4A097E" w14:textId="758C752C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Farsi</w:t>
            </w:r>
            <w:r w:rsidR="00E839F8">
              <w:rPr>
                <w:b/>
                <w:sz w:val="17"/>
              </w:rPr>
              <w:t>, Dari</w:t>
            </w:r>
          </w:p>
        </w:tc>
        <w:tc>
          <w:tcPr>
            <w:tcW w:w="15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5B0808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Maryam Ali</w:t>
            </w:r>
          </w:p>
        </w:tc>
        <w:tc>
          <w:tcPr>
            <w:tcW w:w="215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CB58C0" w14:textId="77777777" w:rsidR="00584D71" w:rsidRDefault="007868AA">
            <w:pPr>
              <w:spacing w:after="0" w:line="240" w:lineRule="auto"/>
              <w:rPr>
                <w:sz w:val="17"/>
              </w:rPr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</w:r>
            <w:r w:rsidR="0020254E">
              <w:rPr>
                <w:sz w:val="17"/>
              </w:rPr>
              <w:t>11</w:t>
            </w:r>
            <w:r w:rsidR="00CB2053">
              <w:rPr>
                <w:sz w:val="17"/>
              </w:rPr>
              <w:t>:00 am -12:00 p</w:t>
            </w:r>
            <w:r w:rsidR="00584D71">
              <w:rPr>
                <w:sz w:val="17"/>
              </w:rPr>
              <w:t>.</w:t>
            </w:r>
            <w:r w:rsidR="00CB2053">
              <w:rPr>
                <w:sz w:val="17"/>
              </w:rPr>
              <w:t>m</w:t>
            </w:r>
            <w:r w:rsidR="00584D71">
              <w:rPr>
                <w:sz w:val="17"/>
              </w:rPr>
              <w:t>.</w:t>
            </w:r>
          </w:p>
          <w:p w14:paraId="504FEBE7" w14:textId="031CA3FA" w:rsidR="006000C0" w:rsidRDefault="00F14097">
            <w:pPr>
              <w:spacing w:after="0" w:line="240" w:lineRule="auto"/>
            </w:pPr>
            <w:r>
              <w:rPr>
                <w:sz w:val="17"/>
              </w:rPr>
              <w:t>3:</w:t>
            </w:r>
            <w:r w:rsidR="006D00D2">
              <w:rPr>
                <w:sz w:val="17"/>
              </w:rPr>
              <w:t xml:space="preserve">00 </w:t>
            </w:r>
            <w:r>
              <w:rPr>
                <w:sz w:val="17"/>
              </w:rPr>
              <w:t>p</w:t>
            </w:r>
            <w:r w:rsidR="007868AA">
              <w:rPr>
                <w:sz w:val="17"/>
              </w:rPr>
              <w:t>.</w:t>
            </w:r>
            <w:r w:rsidR="006D00D2">
              <w:rPr>
                <w:sz w:val="17"/>
              </w:rPr>
              <w:t>m</w:t>
            </w:r>
            <w:r w:rsidR="007868AA">
              <w:rPr>
                <w:sz w:val="17"/>
              </w:rPr>
              <w:t>-5:00 p.m.</w:t>
            </w:r>
          </w:p>
        </w:tc>
        <w:tc>
          <w:tcPr>
            <w:tcW w:w="14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19E452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209-541-4069</w:t>
            </w:r>
          </w:p>
        </w:tc>
        <w:tc>
          <w:tcPr>
            <w:tcW w:w="247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58EABD" w14:textId="77777777" w:rsidR="006000C0" w:rsidRDefault="007868AA">
            <w:pPr>
              <w:spacing w:after="0" w:line="240" w:lineRule="auto"/>
            </w:pPr>
            <w:hyperlink r:id="rId14">
              <w:r>
                <w:rPr>
                  <w:color w:val="92343B"/>
                  <w:sz w:val="18"/>
                  <w:u w:val="single"/>
                </w:rPr>
                <w:t>mali@tusd.net</w:t>
              </w:r>
            </w:hyperlink>
          </w:p>
        </w:tc>
        <w:tc>
          <w:tcPr>
            <w:tcW w:w="1626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324368" w14:textId="77777777" w:rsidR="006000C0" w:rsidRDefault="006000C0">
            <w:pPr>
              <w:spacing w:after="0" w:line="240" w:lineRule="auto"/>
            </w:pPr>
          </w:p>
        </w:tc>
      </w:tr>
      <w:tr w:rsidR="006000C0" w14:paraId="0BC4DEAE" w14:textId="77777777">
        <w:trPr>
          <w:cantSplit/>
          <w:jc w:val="center"/>
        </w:trPr>
        <w:tc>
          <w:tcPr>
            <w:tcW w:w="151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DF66CE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Farsi, Dari, Urdu</w:t>
            </w:r>
          </w:p>
        </w:tc>
        <w:tc>
          <w:tcPr>
            <w:tcW w:w="15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77A7BB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Sosan Nadery</w:t>
            </w:r>
          </w:p>
        </w:tc>
        <w:tc>
          <w:tcPr>
            <w:tcW w:w="21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6A81EF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Contact for availability</w:t>
            </w:r>
          </w:p>
        </w:tc>
        <w:tc>
          <w:tcPr>
            <w:tcW w:w="14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076EDC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209-814-8687</w:t>
            </w:r>
          </w:p>
        </w:tc>
        <w:tc>
          <w:tcPr>
            <w:tcW w:w="24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34E13D" w14:textId="77777777" w:rsidR="006000C0" w:rsidRDefault="007868AA">
            <w:pPr>
              <w:spacing w:after="0" w:line="240" w:lineRule="auto"/>
            </w:pPr>
            <w:hyperlink r:id="rId15">
              <w:r>
                <w:rPr>
                  <w:color w:val="92343B"/>
                  <w:sz w:val="18"/>
                  <w:u w:val="single"/>
                </w:rPr>
                <w:t>snadery@tusd.net</w:t>
              </w:r>
            </w:hyperlink>
          </w:p>
        </w:tc>
        <w:tc>
          <w:tcPr>
            <w:tcW w:w="162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B1A99F" w14:textId="1E9A9B46" w:rsidR="006000C0" w:rsidRPr="00EB633D" w:rsidRDefault="00BF1B7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color w:val="C0504D" w:themeColor="accent2"/>
              </w:rPr>
              <w:t xml:space="preserve">Available only </w:t>
            </w:r>
            <w:r w:rsidR="00F14097">
              <w:rPr>
                <w:b/>
                <w:bCs/>
                <w:color w:val="C0504D" w:themeColor="accent2"/>
              </w:rPr>
              <w:t>on Zoom</w:t>
            </w:r>
            <w:r w:rsidR="00511730">
              <w:rPr>
                <w:b/>
                <w:bCs/>
                <w:color w:val="C0504D" w:themeColor="accent2"/>
              </w:rPr>
              <w:t>/</w:t>
            </w:r>
            <w:r w:rsidR="00F14097">
              <w:rPr>
                <w:b/>
                <w:bCs/>
                <w:color w:val="C0504D" w:themeColor="accent2"/>
              </w:rPr>
              <w:t xml:space="preserve"> Teams</w:t>
            </w:r>
            <w:r w:rsidR="00D65789">
              <w:rPr>
                <w:b/>
                <w:bCs/>
                <w:color w:val="C0504D" w:themeColor="accent2"/>
              </w:rPr>
              <w:t>/Phone</w:t>
            </w:r>
            <w:r w:rsidR="00F14097">
              <w:rPr>
                <w:b/>
                <w:bCs/>
                <w:color w:val="C0504D" w:themeColor="accent2"/>
              </w:rPr>
              <w:t xml:space="preserve"> </w:t>
            </w:r>
            <w:r w:rsidR="00BF4347" w:rsidRPr="00EB633D">
              <w:rPr>
                <w:b/>
                <w:bCs/>
                <w:color w:val="C0504D" w:themeColor="accent2"/>
              </w:rPr>
              <w:t xml:space="preserve"> </w:t>
            </w:r>
          </w:p>
        </w:tc>
      </w:tr>
      <w:tr w:rsidR="006000C0" w14:paraId="6AB56E87" w14:textId="77777777">
        <w:trPr>
          <w:cantSplit/>
          <w:jc w:val="center"/>
        </w:trPr>
        <w:tc>
          <w:tcPr>
            <w:tcW w:w="151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9F693E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Hindi, Urdu</w:t>
            </w:r>
          </w:p>
        </w:tc>
        <w:tc>
          <w:tcPr>
            <w:tcW w:w="15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95338E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Fizza Rehan Anwar</w:t>
            </w:r>
          </w:p>
        </w:tc>
        <w:tc>
          <w:tcPr>
            <w:tcW w:w="215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E7CC18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9:00 a.m.-1:00 p.m.</w:t>
            </w:r>
            <w:r>
              <w:rPr>
                <w:sz w:val="17"/>
              </w:rPr>
              <w:br/>
              <w:t>3:15-5:00 p.m.</w:t>
            </w:r>
          </w:p>
        </w:tc>
        <w:tc>
          <w:tcPr>
            <w:tcW w:w="14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8D71CA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510-424-9395</w:t>
            </w:r>
          </w:p>
        </w:tc>
        <w:tc>
          <w:tcPr>
            <w:tcW w:w="247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530748" w14:textId="77777777" w:rsidR="006000C0" w:rsidRDefault="007868AA">
            <w:pPr>
              <w:spacing w:after="0" w:line="240" w:lineRule="auto"/>
            </w:pPr>
            <w:hyperlink r:id="rId16">
              <w:r>
                <w:rPr>
                  <w:color w:val="92343B"/>
                  <w:sz w:val="18"/>
                  <w:u w:val="single"/>
                </w:rPr>
                <w:t>fanwar@tusd.net</w:t>
              </w:r>
            </w:hyperlink>
          </w:p>
        </w:tc>
        <w:tc>
          <w:tcPr>
            <w:tcW w:w="1626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4B3824" w14:textId="77777777" w:rsidR="006000C0" w:rsidRDefault="006000C0">
            <w:pPr>
              <w:spacing w:after="0" w:line="240" w:lineRule="auto"/>
            </w:pPr>
          </w:p>
        </w:tc>
      </w:tr>
      <w:tr w:rsidR="006000C0" w14:paraId="32E6FE22" w14:textId="77777777">
        <w:trPr>
          <w:cantSplit/>
          <w:jc w:val="center"/>
        </w:trPr>
        <w:tc>
          <w:tcPr>
            <w:tcW w:w="151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5E2CC0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Hindi, Punjabi, Urdu</w:t>
            </w:r>
          </w:p>
        </w:tc>
        <w:tc>
          <w:tcPr>
            <w:tcW w:w="15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E79752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Meenakshi Kalia</w:t>
            </w:r>
          </w:p>
        </w:tc>
        <w:tc>
          <w:tcPr>
            <w:tcW w:w="21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A4E8E6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Contact for availability</w:t>
            </w:r>
          </w:p>
        </w:tc>
        <w:tc>
          <w:tcPr>
            <w:tcW w:w="14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879DAA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209-640-0718</w:t>
            </w:r>
          </w:p>
        </w:tc>
        <w:tc>
          <w:tcPr>
            <w:tcW w:w="24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B861FE" w14:textId="77777777" w:rsidR="006000C0" w:rsidRDefault="007868AA">
            <w:pPr>
              <w:spacing w:after="0" w:line="240" w:lineRule="auto"/>
            </w:pPr>
            <w:hyperlink r:id="rId17">
              <w:r>
                <w:rPr>
                  <w:color w:val="92343B"/>
                  <w:sz w:val="18"/>
                  <w:u w:val="single"/>
                </w:rPr>
                <w:t>mkalia@tusd.net</w:t>
              </w:r>
            </w:hyperlink>
          </w:p>
        </w:tc>
        <w:tc>
          <w:tcPr>
            <w:tcW w:w="162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9421F2" w14:textId="77777777" w:rsidR="006000C0" w:rsidRDefault="006000C0">
            <w:pPr>
              <w:spacing w:after="0" w:line="240" w:lineRule="auto"/>
            </w:pPr>
          </w:p>
        </w:tc>
      </w:tr>
      <w:tr w:rsidR="006000C0" w14:paraId="2042E59D" w14:textId="77777777">
        <w:trPr>
          <w:cantSplit/>
          <w:jc w:val="center"/>
        </w:trPr>
        <w:tc>
          <w:tcPr>
            <w:tcW w:w="151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B02130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Hindi, Tamil</w:t>
            </w:r>
          </w:p>
        </w:tc>
        <w:tc>
          <w:tcPr>
            <w:tcW w:w="15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6092E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Priya Kutti</w:t>
            </w:r>
          </w:p>
        </w:tc>
        <w:tc>
          <w:tcPr>
            <w:tcW w:w="215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CADBEB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2:45-5:00 p.m.</w:t>
            </w:r>
          </w:p>
        </w:tc>
        <w:tc>
          <w:tcPr>
            <w:tcW w:w="14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636E50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650-293-1553</w:t>
            </w:r>
          </w:p>
        </w:tc>
        <w:tc>
          <w:tcPr>
            <w:tcW w:w="247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8B9F6B" w14:textId="77777777" w:rsidR="006000C0" w:rsidRDefault="007868AA">
            <w:pPr>
              <w:spacing w:after="0" w:line="240" w:lineRule="auto"/>
            </w:pPr>
            <w:hyperlink r:id="rId18">
              <w:r>
                <w:rPr>
                  <w:color w:val="92343B"/>
                  <w:sz w:val="18"/>
                  <w:u w:val="single"/>
                </w:rPr>
                <w:t>pkutti@tusd.net</w:t>
              </w:r>
            </w:hyperlink>
          </w:p>
        </w:tc>
        <w:tc>
          <w:tcPr>
            <w:tcW w:w="1626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6FBA16" w14:textId="77777777" w:rsidR="006000C0" w:rsidRDefault="006000C0">
            <w:pPr>
              <w:spacing w:after="0" w:line="240" w:lineRule="auto"/>
            </w:pPr>
          </w:p>
        </w:tc>
      </w:tr>
      <w:tr w:rsidR="006000C0" w14:paraId="3D838568" w14:textId="77777777">
        <w:trPr>
          <w:cantSplit/>
          <w:jc w:val="center"/>
        </w:trPr>
        <w:tc>
          <w:tcPr>
            <w:tcW w:w="151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6F892F" w14:textId="77777777" w:rsidR="006000C0" w:rsidRPr="0071054C" w:rsidRDefault="007868AA">
            <w:pPr>
              <w:spacing w:after="0" w:line="240" w:lineRule="auto"/>
              <w:rPr>
                <w:lang w:val="es-CO"/>
              </w:rPr>
            </w:pPr>
            <w:r w:rsidRPr="0071054C">
              <w:rPr>
                <w:b/>
                <w:sz w:val="17"/>
                <w:lang w:val="es-CO"/>
              </w:rPr>
              <w:t>Pashto, Dari, Farsi, Persian, Urdu</w:t>
            </w:r>
          </w:p>
        </w:tc>
        <w:tc>
          <w:tcPr>
            <w:tcW w:w="15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EE9F0C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Sadaf Ghafoory</w:t>
            </w:r>
          </w:p>
        </w:tc>
        <w:tc>
          <w:tcPr>
            <w:tcW w:w="21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587A6E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Contact for availability</w:t>
            </w:r>
          </w:p>
        </w:tc>
        <w:tc>
          <w:tcPr>
            <w:tcW w:w="14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5DBD88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209-603-6842</w:t>
            </w:r>
          </w:p>
        </w:tc>
        <w:tc>
          <w:tcPr>
            <w:tcW w:w="24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3CCFA4" w14:textId="77777777" w:rsidR="006000C0" w:rsidRDefault="007868AA">
            <w:pPr>
              <w:spacing w:after="0" w:line="240" w:lineRule="auto"/>
            </w:pPr>
            <w:hyperlink r:id="rId19">
              <w:r>
                <w:rPr>
                  <w:color w:val="92343B"/>
                  <w:sz w:val="18"/>
                  <w:u w:val="single"/>
                </w:rPr>
                <w:t>sghafoory@tusd.net</w:t>
              </w:r>
            </w:hyperlink>
          </w:p>
        </w:tc>
        <w:tc>
          <w:tcPr>
            <w:tcW w:w="162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F69A21" w14:textId="77777777" w:rsidR="006000C0" w:rsidRDefault="006000C0">
            <w:pPr>
              <w:spacing w:after="0" w:line="240" w:lineRule="auto"/>
            </w:pPr>
          </w:p>
        </w:tc>
      </w:tr>
      <w:tr w:rsidR="006000C0" w14:paraId="223788B4" w14:textId="77777777">
        <w:trPr>
          <w:cantSplit/>
          <w:jc w:val="center"/>
        </w:trPr>
        <w:tc>
          <w:tcPr>
            <w:tcW w:w="151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A1C111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Punjabi, Hindi, Urdu</w:t>
            </w:r>
          </w:p>
        </w:tc>
        <w:tc>
          <w:tcPr>
            <w:tcW w:w="15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78A4A8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Balijit Kalathil</w:t>
            </w:r>
          </w:p>
        </w:tc>
        <w:tc>
          <w:tcPr>
            <w:tcW w:w="215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51A80F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2:15-5:00 p.m.</w:t>
            </w:r>
          </w:p>
        </w:tc>
        <w:tc>
          <w:tcPr>
            <w:tcW w:w="14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A917EC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209-914-4457</w:t>
            </w:r>
          </w:p>
        </w:tc>
        <w:tc>
          <w:tcPr>
            <w:tcW w:w="247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0795B8" w14:textId="77777777" w:rsidR="006000C0" w:rsidRDefault="007868AA">
            <w:pPr>
              <w:spacing w:after="0" w:line="240" w:lineRule="auto"/>
            </w:pPr>
            <w:hyperlink r:id="rId20">
              <w:r>
                <w:rPr>
                  <w:color w:val="92343B"/>
                  <w:sz w:val="18"/>
                  <w:u w:val="single"/>
                </w:rPr>
                <w:t>bkalathil@tusd.net</w:t>
              </w:r>
            </w:hyperlink>
          </w:p>
        </w:tc>
        <w:tc>
          <w:tcPr>
            <w:tcW w:w="1626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079DA5" w14:textId="77777777" w:rsidR="006000C0" w:rsidRDefault="006000C0">
            <w:pPr>
              <w:spacing w:after="0" w:line="240" w:lineRule="auto"/>
            </w:pPr>
          </w:p>
        </w:tc>
      </w:tr>
      <w:tr w:rsidR="006000C0" w14:paraId="2978BA7F" w14:textId="77777777">
        <w:trPr>
          <w:cantSplit/>
          <w:jc w:val="center"/>
        </w:trPr>
        <w:tc>
          <w:tcPr>
            <w:tcW w:w="151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8418FD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lastRenderedPageBreak/>
              <w:t>Punjabi, Hindi</w:t>
            </w:r>
          </w:p>
        </w:tc>
        <w:tc>
          <w:tcPr>
            <w:tcW w:w="15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BF7335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Mandeep Kaur</w:t>
            </w:r>
          </w:p>
        </w:tc>
        <w:tc>
          <w:tcPr>
            <w:tcW w:w="21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B3952B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Friday</w:t>
            </w:r>
            <w:r>
              <w:rPr>
                <w:sz w:val="17"/>
              </w:rPr>
              <w:br/>
              <w:t>8:00 a.m.-5:00 p.m.</w:t>
            </w:r>
          </w:p>
        </w:tc>
        <w:tc>
          <w:tcPr>
            <w:tcW w:w="14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6E4F17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209-321-7898</w:t>
            </w:r>
          </w:p>
        </w:tc>
        <w:tc>
          <w:tcPr>
            <w:tcW w:w="24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DCEF3B" w14:textId="77777777" w:rsidR="006000C0" w:rsidRDefault="007868AA">
            <w:pPr>
              <w:spacing w:after="0" w:line="240" w:lineRule="auto"/>
            </w:pPr>
            <w:hyperlink r:id="rId21">
              <w:r>
                <w:rPr>
                  <w:color w:val="92343B"/>
                  <w:sz w:val="18"/>
                  <w:u w:val="single"/>
                </w:rPr>
                <w:t>makaur@tusd.net</w:t>
              </w:r>
            </w:hyperlink>
          </w:p>
        </w:tc>
        <w:tc>
          <w:tcPr>
            <w:tcW w:w="162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D2AE62" w14:textId="77777777" w:rsidR="006000C0" w:rsidRDefault="006000C0">
            <w:pPr>
              <w:spacing w:after="0" w:line="240" w:lineRule="auto"/>
            </w:pPr>
          </w:p>
        </w:tc>
      </w:tr>
      <w:tr w:rsidR="006000C0" w14:paraId="7B612BBF" w14:textId="77777777">
        <w:trPr>
          <w:cantSplit/>
          <w:jc w:val="center"/>
        </w:trPr>
        <w:tc>
          <w:tcPr>
            <w:tcW w:w="151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976C43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Punjabi, Urdu</w:t>
            </w:r>
          </w:p>
        </w:tc>
        <w:tc>
          <w:tcPr>
            <w:tcW w:w="15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20FCD1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Sonia Atsebha</w:t>
            </w:r>
          </w:p>
        </w:tc>
        <w:tc>
          <w:tcPr>
            <w:tcW w:w="215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8F936D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3:15-5:00 p.m.</w:t>
            </w:r>
          </w:p>
        </w:tc>
        <w:tc>
          <w:tcPr>
            <w:tcW w:w="14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178A9A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510-506-8397</w:t>
            </w:r>
          </w:p>
        </w:tc>
        <w:tc>
          <w:tcPr>
            <w:tcW w:w="247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2CECCC" w14:textId="77777777" w:rsidR="006000C0" w:rsidRDefault="007868AA">
            <w:pPr>
              <w:spacing w:after="0" w:line="240" w:lineRule="auto"/>
            </w:pPr>
            <w:hyperlink r:id="rId22">
              <w:r>
                <w:rPr>
                  <w:color w:val="92343B"/>
                  <w:sz w:val="18"/>
                  <w:u w:val="single"/>
                </w:rPr>
                <w:t>satsebha@tusd.net</w:t>
              </w:r>
            </w:hyperlink>
          </w:p>
        </w:tc>
        <w:tc>
          <w:tcPr>
            <w:tcW w:w="1626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850017" w14:textId="77777777" w:rsidR="006000C0" w:rsidRDefault="006000C0">
            <w:pPr>
              <w:spacing w:after="0" w:line="240" w:lineRule="auto"/>
            </w:pPr>
          </w:p>
        </w:tc>
      </w:tr>
      <w:tr w:rsidR="006000C0" w14:paraId="6D51A2B5" w14:textId="77777777">
        <w:trPr>
          <w:cantSplit/>
          <w:jc w:val="center"/>
        </w:trPr>
        <w:tc>
          <w:tcPr>
            <w:tcW w:w="151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D843D5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Russian, Tajik</w:t>
            </w:r>
          </w:p>
        </w:tc>
        <w:tc>
          <w:tcPr>
            <w:tcW w:w="15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AF2F8C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Takhmina Izomova</w:t>
            </w:r>
          </w:p>
        </w:tc>
        <w:tc>
          <w:tcPr>
            <w:tcW w:w="21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C000A6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8:00 a.m.-3:00 p.m.</w:t>
            </w:r>
          </w:p>
        </w:tc>
        <w:tc>
          <w:tcPr>
            <w:tcW w:w="14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E5C4A3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408-304-4054</w:t>
            </w:r>
          </w:p>
        </w:tc>
        <w:tc>
          <w:tcPr>
            <w:tcW w:w="24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B55D03" w14:textId="77777777" w:rsidR="006000C0" w:rsidRDefault="007868AA">
            <w:pPr>
              <w:spacing w:after="0" w:line="240" w:lineRule="auto"/>
            </w:pPr>
            <w:hyperlink r:id="rId23">
              <w:r>
                <w:rPr>
                  <w:color w:val="92343B"/>
                  <w:sz w:val="18"/>
                  <w:u w:val="single"/>
                </w:rPr>
                <w:t>tizomova@tusd.net</w:t>
              </w:r>
            </w:hyperlink>
          </w:p>
        </w:tc>
        <w:tc>
          <w:tcPr>
            <w:tcW w:w="162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BDED9F" w14:textId="77777777" w:rsidR="006000C0" w:rsidRDefault="006000C0">
            <w:pPr>
              <w:spacing w:after="0" w:line="240" w:lineRule="auto"/>
            </w:pPr>
          </w:p>
        </w:tc>
      </w:tr>
      <w:tr w:rsidR="006000C0" w14:paraId="61A18A25" w14:textId="77777777">
        <w:trPr>
          <w:cantSplit/>
          <w:jc w:val="center"/>
        </w:trPr>
        <w:tc>
          <w:tcPr>
            <w:tcW w:w="151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DBF190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Spanish</w:t>
            </w:r>
          </w:p>
        </w:tc>
        <w:tc>
          <w:tcPr>
            <w:tcW w:w="15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CF0C3C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Erika Cabral</w:t>
            </w:r>
          </w:p>
        </w:tc>
        <w:tc>
          <w:tcPr>
            <w:tcW w:w="215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153B6E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Tuesday-Friday</w:t>
            </w:r>
            <w:r>
              <w:rPr>
                <w:sz w:val="17"/>
              </w:rPr>
              <w:br/>
              <w:t>Contact for availability</w:t>
            </w:r>
          </w:p>
        </w:tc>
        <w:tc>
          <w:tcPr>
            <w:tcW w:w="14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95B86F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650-440-8661</w:t>
            </w:r>
          </w:p>
        </w:tc>
        <w:tc>
          <w:tcPr>
            <w:tcW w:w="247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D1737C" w14:textId="77777777" w:rsidR="006000C0" w:rsidRDefault="007868AA">
            <w:pPr>
              <w:spacing w:after="0" w:line="240" w:lineRule="auto"/>
            </w:pPr>
            <w:hyperlink r:id="rId24">
              <w:r>
                <w:rPr>
                  <w:color w:val="92343B"/>
                  <w:sz w:val="18"/>
                  <w:u w:val="single"/>
                </w:rPr>
                <w:t>ecabral@tusd.net</w:t>
              </w:r>
            </w:hyperlink>
          </w:p>
        </w:tc>
        <w:tc>
          <w:tcPr>
            <w:tcW w:w="1626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482ADE" w14:textId="77777777" w:rsidR="006000C0" w:rsidRDefault="007868AA">
            <w:pPr>
              <w:spacing w:after="0" w:line="240" w:lineRule="auto"/>
            </w:pPr>
            <w:r>
              <w:rPr>
                <w:b/>
                <w:color w:val="92343B"/>
                <w:sz w:val="17"/>
              </w:rPr>
              <w:t>Jacobson only</w:t>
            </w:r>
          </w:p>
        </w:tc>
      </w:tr>
      <w:tr w:rsidR="006000C0" w14:paraId="6D93FC0F" w14:textId="77777777">
        <w:trPr>
          <w:cantSplit/>
          <w:jc w:val="center"/>
        </w:trPr>
        <w:tc>
          <w:tcPr>
            <w:tcW w:w="151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3DA541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Spanish</w:t>
            </w:r>
          </w:p>
        </w:tc>
        <w:tc>
          <w:tcPr>
            <w:tcW w:w="15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F9731A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Graciela Osejo</w:t>
            </w:r>
          </w:p>
        </w:tc>
        <w:tc>
          <w:tcPr>
            <w:tcW w:w="21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C160AB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8:00 a.m.-5:00 p.m.</w:t>
            </w:r>
          </w:p>
        </w:tc>
        <w:tc>
          <w:tcPr>
            <w:tcW w:w="14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A6711D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209-456-0703</w:t>
            </w:r>
          </w:p>
        </w:tc>
        <w:tc>
          <w:tcPr>
            <w:tcW w:w="24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4E3C13" w14:textId="77777777" w:rsidR="006000C0" w:rsidRDefault="007868AA">
            <w:pPr>
              <w:spacing w:after="0" w:line="240" w:lineRule="auto"/>
            </w:pPr>
            <w:hyperlink r:id="rId25">
              <w:r>
                <w:rPr>
                  <w:color w:val="92343B"/>
                  <w:sz w:val="18"/>
                  <w:u w:val="single"/>
                </w:rPr>
                <w:t>gosejo@tusd.net</w:t>
              </w:r>
            </w:hyperlink>
          </w:p>
        </w:tc>
        <w:tc>
          <w:tcPr>
            <w:tcW w:w="162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639D3D" w14:textId="77777777" w:rsidR="006000C0" w:rsidRDefault="006000C0">
            <w:pPr>
              <w:spacing w:after="0" w:line="240" w:lineRule="auto"/>
            </w:pPr>
          </w:p>
        </w:tc>
      </w:tr>
      <w:tr w:rsidR="006000C0" w14:paraId="40583A56" w14:textId="77777777">
        <w:trPr>
          <w:cantSplit/>
          <w:jc w:val="center"/>
        </w:trPr>
        <w:tc>
          <w:tcPr>
            <w:tcW w:w="151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39AF8D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Spanish</w:t>
            </w:r>
          </w:p>
        </w:tc>
        <w:tc>
          <w:tcPr>
            <w:tcW w:w="15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10A7D5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San Juana Rosales</w:t>
            </w:r>
          </w:p>
        </w:tc>
        <w:tc>
          <w:tcPr>
            <w:tcW w:w="215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03A100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3:00-4:30 p.m.</w:t>
            </w:r>
          </w:p>
        </w:tc>
        <w:tc>
          <w:tcPr>
            <w:tcW w:w="14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4431FA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209-830-33400</w:t>
            </w:r>
            <w:r>
              <w:rPr>
                <w:sz w:val="17"/>
              </w:rPr>
              <w:br/>
              <w:t>ext. 5221</w:t>
            </w:r>
          </w:p>
        </w:tc>
        <w:tc>
          <w:tcPr>
            <w:tcW w:w="247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3E0768" w14:textId="77777777" w:rsidR="006000C0" w:rsidRDefault="007868AA">
            <w:pPr>
              <w:spacing w:after="0" w:line="240" w:lineRule="auto"/>
            </w:pPr>
            <w:hyperlink r:id="rId26">
              <w:r>
                <w:rPr>
                  <w:color w:val="92343B"/>
                  <w:sz w:val="18"/>
                  <w:u w:val="single"/>
                </w:rPr>
                <w:t>sanrosales@tusd.net</w:t>
              </w:r>
            </w:hyperlink>
          </w:p>
        </w:tc>
        <w:tc>
          <w:tcPr>
            <w:tcW w:w="1626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AF0B7A" w14:textId="77777777" w:rsidR="006000C0" w:rsidRDefault="007868AA">
            <w:pPr>
              <w:spacing w:after="0" w:line="240" w:lineRule="auto"/>
            </w:pPr>
            <w:r>
              <w:rPr>
                <w:b/>
                <w:color w:val="92343B"/>
                <w:sz w:val="17"/>
              </w:rPr>
              <w:t>MVMS only</w:t>
            </w:r>
          </w:p>
        </w:tc>
      </w:tr>
      <w:tr w:rsidR="006000C0" w14:paraId="788E4315" w14:textId="77777777">
        <w:trPr>
          <w:cantSplit/>
          <w:jc w:val="center"/>
        </w:trPr>
        <w:tc>
          <w:tcPr>
            <w:tcW w:w="151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C2C831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Spanish</w:t>
            </w:r>
          </w:p>
        </w:tc>
        <w:tc>
          <w:tcPr>
            <w:tcW w:w="15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86B633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Claudia Sanchez</w:t>
            </w:r>
          </w:p>
        </w:tc>
        <w:tc>
          <w:tcPr>
            <w:tcW w:w="21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08976B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8:00 a.m.-5:00 p.m.</w:t>
            </w:r>
          </w:p>
        </w:tc>
        <w:tc>
          <w:tcPr>
            <w:tcW w:w="14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A5DC5B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209-627-6469</w:t>
            </w:r>
          </w:p>
        </w:tc>
        <w:tc>
          <w:tcPr>
            <w:tcW w:w="24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036BE6" w14:textId="77777777" w:rsidR="006000C0" w:rsidRDefault="007868AA">
            <w:pPr>
              <w:spacing w:after="0" w:line="240" w:lineRule="auto"/>
            </w:pPr>
            <w:hyperlink r:id="rId27">
              <w:r>
                <w:rPr>
                  <w:color w:val="92343B"/>
                  <w:sz w:val="18"/>
                  <w:u w:val="single"/>
                </w:rPr>
                <w:t>clsanchez@tusd.net</w:t>
              </w:r>
            </w:hyperlink>
          </w:p>
        </w:tc>
        <w:tc>
          <w:tcPr>
            <w:tcW w:w="162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4F0C0E" w14:textId="37C790A3" w:rsidR="006000C0" w:rsidRPr="0086750B" w:rsidRDefault="006000C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6000C0" w14:paraId="7E3C0C6D" w14:textId="77777777">
        <w:trPr>
          <w:cantSplit/>
          <w:jc w:val="center"/>
        </w:trPr>
        <w:tc>
          <w:tcPr>
            <w:tcW w:w="151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B08035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Spanish</w:t>
            </w:r>
          </w:p>
        </w:tc>
        <w:tc>
          <w:tcPr>
            <w:tcW w:w="15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33233C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Elena Sanchez</w:t>
            </w:r>
          </w:p>
        </w:tc>
        <w:tc>
          <w:tcPr>
            <w:tcW w:w="215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DB6E30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Contact for availability</w:t>
            </w:r>
          </w:p>
        </w:tc>
        <w:tc>
          <w:tcPr>
            <w:tcW w:w="140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1F2CE3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209-482-6501</w:t>
            </w:r>
          </w:p>
        </w:tc>
        <w:tc>
          <w:tcPr>
            <w:tcW w:w="2470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09DE34" w14:textId="77777777" w:rsidR="006000C0" w:rsidRDefault="007868AA">
            <w:pPr>
              <w:spacing w:after="0" w:line="240" w:lineRule="auto"/>
            </w:pPr>
            <w:hyperlink r:id="rId28">
              <w:r>
                <w:rPr>
                  <w:color w:val="92343B"/>
                  <w:sz w:val="18"/>
                  <w:u w:val="single"/>
                </w:rPr>
                <w:t>esanchez@tusd.net</w:t>
              </w:r>
            </w:hyperlink>
          </w:p>
        </w:tc>
        <w:tc>
          <w:tcPr>
            <w:tcW w:w="1626" w:type="dxa"/>
            <w:shd w:val="clear" w:color="auto" w:fill="F9F1F2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9E2D48" w14:textId="77777777" w:rsidR="006000C0" w:rsidRDefault="006000C0">
            <w:pPr>
              <w:spacing w:after="0" w:line="240" w:lineRule="auto"/>
            </w:pPr>
          </w:p>
        </w:tc>
      </w:tr>
      <w:tr w:rsidR="006000C0" w14:paraId="3886C88B" w14:textId="77777777">
        <w:trPr>
          <w:cantSplit/>
          <w:jc w:val="center"/>
        </w:trPr>
        <w:tc>
          <w:tcPr>
            <w:tcW w:w="151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B5B9BE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Spanish</w:t>
            </w:r>
          </w:p>
        </w:tc>
        <w:tc>
          <w:tcPr>
            <w:tcW w:w="15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A38983" w14:textId="77777777" w:rsidR="006000C0" w:rsidRDefault="007868AA">
            <w:pPr>
              <w:spacing w:after="0" w:line="240" w:lineRule="auto"/>
            </w:pPr>
            <w:r>
              <w:rPr>
                <w:b/>
                <w:sz w:val="17"/>
              </w:rPr>
              <w:t>Jessica Sandoval</w:t>
            </w:r>
          </w:p>
        </w:tc>
        <w:tc>
          <w:tcPr>
            <w:tcW w:w="21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DF381D" w14:textId="77777777" w:rsidR="006000C0" w:rsidRDefault="007868AA">
            <w:pPr>
              <w:spacing w:after="0" w:line="240" w:lineRule="auto"/>
            </w:pPr>
            <w:r>
              <w:rPr>
                <w:sz w:val="17"/>
              </w:rPr>
              <w:t>Monday-Friday</w:t>
            </w:r>
            <w:r>
              <w:rPr>
                <w:sz w:val="17"/>
              </w:rPr>
              <w:br/>
              <w:t>8:00 a.m.-5:00 p.m.</w:t>
            </w:r>
          </w:p>
        </w:tc>
        <w:tc>
          <w:tcPr>
            <w:tcW w:w="14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787BFD" w14:textId="77777777" w:rsidR="006000C0" w:rsidRDefault="007868AA">
            <w:pPr>
              <w:spacing w:after="0" w:line="240" w:lineRule="auto"/>
              <w:jc w:val="center"/>
            </w:pPr>
            <w:r>
              <w:rPr>
                <w:sz w:val="17"/>
              </w:rPr>
              <w:t>209-597-6722</w:t>
            </w:r>
          </w:p>
        </w:tc>
        <w:tc>
          <w:tcPr>
            <w:tcW w:w="24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396F61" w14:textId="77777777" w:rsidR="006000C0" w:rsidRDefault="007868AA">
            <w:pPr>
              <w:spacing w:after="0" w:line="240" w:lineRule="auto"/>
            </w:pPr>
            <w:hyperlink r:id="rId29">
              <w:r>
                <w:rPr>
                  <w:color w:val="92343B"/>
                  <w:sz w:val="18"/>
                  <w:u w:val="single"/>
                </w:rPr>
                <w:t>jsandoval@tusd.net</w:t>
              </w:r>
            </w:hyperlink>
          </w:p>
        </w:tc>
        <w:tc>
          <w:tcPr>
            <w:tcW w:w="162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72A73E" w14:textId="77777777" w:rsidR="006000C0" w:rsidRDefault="006000C0">
            <w:pPr>
              <w:spacing w:after="0" w:line="240" w:lineRule="auto"/>
            </w:pPr>
          </w:p>
        </w:tc>
      </w:tr>
      <w:tr w:rsidR="00190C3B" w14:paraId="34769E43" w14:textId="77777777">
        <w:trPr>
          <w:cantSplit/>
          <w:jc w:val="center"/>
        </w:trPr>
        <w:tc>
          <w:tcPr>
            <w:tcW w:w="151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3B8C03" w14:textId="2302195A" w:rsidR="00190C3B" w:rsidRDefault="00190C3B">
            <w:pPr>
              <w:spacing w:after="0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Spanish </w:t>
            </w:r>
          </w:p>
        </w:tc>
        <w:tc>
          <w:tcPr>
            <w:tcW w:w="15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772DCD" w14:textId="4A92B403" w:rsidR="00190C3B" w:rsidRDefault="00190C3B">
            <w:pPr>
              <w:spacing w:after="0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>Denise Soria</w:t>
            </w:r>
          </w:p>
        </w:tc>
        <w:tc>
          <w:tcPr>
            <w:tcW w:w="21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F059C5" w14:textId="5AD2F563" w:rsidR="00BD0B54" w:rsidRPr="00BD0B54" w:rsidRDefault="00BD0B54" w:rsidP="00BD0B54">
            <w:pPr>
              <w:spacing w:after="0" w:line="240" w:lineRule="auto"/>
              <w:rPr>
                <w:sz w:val="17"/>
              </w:rPr>
            </w:pPr>
            <w:r w:rsidRPr="00BD0B54">
              <w:rPr>
                <w:sz w:val="17"/>
              </w:rPr>
              <w:t>Mon</w:t>
            </w:r>
            <w:r w:rsidR="00A45297">
              <w:rPr>
                <w:sz w:val="17"/>
              </w:rPr>
              <w:t>, Tues, Wed,</w:t>
            </w:r>
            <w:r w:rsidR="001D4488">
              <w:rPr>
                <w:sz w:val="17"/>
              </w:rPr>
              <w:t xml:space="preserve"> </w:t>
            </w:r>
            <w:r w:rsidRPr="00BD0B54">
              <w:rPr>
                <w:sz w:val="17"/>
              </w:rPr>
              <w:t>Fri</w:t>
            </w:r>
            <w:r w:rsidR="00A45297">
              <w:rPr>
                <w:sz w:val="17"/>
              </w:rPr>
              <w:t>.</w:t>
            </w:r>
          </w:p>
          <w:p w14:paraId="2C24DBBA" w14:textId="4B2162AA" w:rsidR="00190C3B" w:rsidRDefault="001D4488" w:rsidP="00BD0B54">
            <w:pPr>
              <w:spacing w:after="0" w:line="240" w:lineRule="auto"/>
              <w:rPr>
                <w:sz w:val="17"/>
              </w:rPr>
            </w:pPr>
            <w:r>
              <w:rPr>
                <w:sz w:val="17"/>
              </w:rPr>
              <w:t>9</w:t>
            </w:r>
            <w:r w:rsidR="00BD0B54" w:rsidRPr="00BD0B54">
              <w:rPr>
                <w:sz w:val="17"/>
              </w:rPr>
              <w:t>:00 a.m.-</w:t>
            </w:r>
            <w:r>
              <w:rPr>
                <w:sz w:val="17"/>
              </w:rPr>
              <w:t>3</w:t>
            </w:r>
            <w:r w:rsidR="00BD0B54" w:rsidRPr="00BD0B54">
              <w:rPr>
                <w:sz w:val="17"/>
              </w:rPr>
              <w:t>:00 p.m.</w:t>
            </w:r>
          </w:p>
        </w:tc>
        <w:tc>
          <w:tcPr>
            <w:tcW w:w="140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0E48A3" w14:textId="6A6909D1" w:rsidR="00190C3B" w:rsidRDefault="00DA2479">
            <w:pPr>
              <w:spacing w:after="0" w:line="240" w:lineRule="auto"/>
              <w:jc w:val="center"/>
              <w:rPr>
                <w:sz w:val="17"/>
              </w:rPr>
            </w:pPr>
            <w:r>
              <w:rPr>
                <w:sz w:val="17"/>
              </w:rPr>
              <w:t>925-336-0803</w:t>
            </w:r>
          </w:p>
        </w:tc>
        <w:tc>
          <w:tcPr>
            <w:tcW w:w="24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05556E" w14:textId="6CEC428D" w:rsidR="00190C3B" w:rsidRDefault="00511730">
            <w:pPr>
              <w:spacing w:after="0" w:line="240" w:lineRule="auto"/>
            </w:pPr>
            <w:hyperlink r:id="rId30" w:history="1">
              <w:r w:rsidRPr="00511730">
                <w:rPr>
                  <w:rStyle w:val="Hyperlink"/>
                  <w:color w:val="984806" w:themeColor="accent6" w:themeShade="80"/>
                </w:rPr>
                <w:t>dsoria</w:t>
              </w:r>
              <w:r w:rsidRPr="00511730">
                <w:rPr>
                  <w:rStyle w:val="Hyperlink"/>
                  <w:color w:val="984806" w:themeColor="accent6" w:themeShade="80"/>
                </w:rPr>
                <w:t>@tusd.net</w:t>
              </w:r>
            </w:hyperlink>
            <w:r w:rsidRPr="00511730">
              <w:rPr>
                <w:color w:val="984806" w:themeColor="accent6" w:themeShade="80"/>
              </w:rPr>
              <w:t xml:space="preserve"> </w:t>
            </w:r>
          </w:p>
        </w:tc>
        <w:tc>
          <w:tcPr>
            <w:tcW w:w="162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AB29FE" w14:textId="77777777" w:rsidR="00190C3B" w:rsidRDefault="00190C3B">
            <w:pPr>
              <w:spacing w:after="0" w:line="240" w:lineRule="auto"/>
            </w:pPr>
          </w:p>
        </w:tc>
      </w:tr>
    </w:tbl>
    <w:p w14:paraId="25C8603A" w14:textId="77777777" w:rsidR="007868AA" w:rsidRDefault="007868AA"/>
    <w:p w14:paraId="0032AEC4" w14:textId="77777777" w:rsidR="00AA234D" w:rsidRDefault="00AA234D"/>
    <w:p w14:paraId="1D42028A" w14:textId="77777777" w:rsidR="00AA234D" w:rsidRDefault="00AA234D"/>
    <w:p w14:paraId="21648E64" w14:textId="77777777" w:rsidR="00AA234D" w:rsidRDefault="00AA234D"/>
    <w:p w14:paraId="7ACF1589" w14:textId="77777777" w:rsidR="00AA234D" w:rsidRDefault="00AA234D"/>
    <w:p w14:paraId="709E34AC" w14:textId="77777777" w:rsidR="00AA234D" w:rsidRPr="00B73C35" w:rsidRDefault="00AA234D" w:rsidP="00AA234D">
      <w:pPr>
        <w:jc w:val="center"/>
        <w:rPr>
          <w:color w:val="943634" w:themeColor="accent2" w:themeShade="BF"/>
        </w:rPr>
      </w:pPr>
      <w:r w:rsidRPr="00B73C35">
        <w:rPr>
          <w:color w:val="943634" w:themeColor="accent2" w:themeShade="BF"/>
        </w:rPr>
        <w:t>If you know anyone who may be interested in working as an on-call interpreter/ translator, please share my contact information and encourage them to reach out for more information.</w:t>
      </w:r>
    </w:p>
    <w:p w14:paraId="0057A4D9" w14:textId="77777777" w:rsidR="00AA234D" w:rsidRPr="00B73C35" w:rsidRDefault="00AA234D" w:rsidP="00AA234D">
      <w:pPr>
        <w:jc w:val="center"/>
        <w:rPr>
          <w:color w:val="943634" w:themeColor="accent2" w:themeShade="BF"/>
        </w:rPr>
      </w:pPr>
    </w:p>
    <w:p w14:paraId="676F0DA3" w14:textId="3D5BBDC6" w:rsidR="00AA234D" w:rsidRPr="00B73C35" w:rsidRDefault="00AA234D" w:rsidP="00AA234D">
      <w:pPr>
        <w:jc w:val="center"/>
        <w:rPr>
          <w:color w:val="943634" w:themeColor="accent2" w:themeShade="BF"/>
        </w:rPr>
      </w:pPr>
      <w:r w:rsidRPr="00B73C35">
        <w:rPr>
          <w:color w:val="943634" w:themeColor="accent2" w:themeShade="BF"/>
        </w:rPr>
        <w:t>Thank you for helping us connect families with the language support they need!</w:t>
      </w:r>
    </w:p>
    <w:sectPr w:rsidR="00AA234D" w:rsidRPr="00B73C35" w:rsidSect="00034616">
      <w:headerReference w:type="default" r:id="rId31"/>
      <w:footerReference w:type="default" r:id="rId32"/>
      <w:pgSz w:w="12240" w:h="15840"/>
      <w:pgMar w:top="691" w:right="691" w:bottom="691" w:left="691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3E341" w14:textId="77777777" w:rsidR="00F922B6" w:rsidRDefault="00F922B6">
      <w:pPr>
        <w:spacing w:after="0" w:line="240" w:lineRule="auto"/>
      </w:pPr>
      <w:r>
        <w:separator/>
      </w:r>
    </w:p>
  </w:endnote>
  <w:endnote w:type="continuationSeparator" w:id="0">
    <w:p w14:paraId="699429AE" w14:textId="77777777" w:rsidR="00F922B6" w:rsidRDefault="00F92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1FBB" w14:textId="77777777" w:rsidR="006000C0" w:rsidRDefault="007868AA">
    <w:pPr>
      <w:pStyle w:val="Footer"/>
      <w:jc w:val="center"/>
    </w:pPr>
    <w:r>
      <w:rPr>
        <w:color w:val="666666"/>
        <w:sz w:val="16"/>
      </w:rPr>
      <w:t xml:space="preserve">TUSD Interpreter/Translator List  •  </w:t>
    </w:r>
    <w:r>
      <w:fldChar w:fldCharType="begin"/>
    </w:r>
    <w:r>
      <w:instrText>PAGE</w:instrText>
    </w:r>
    <w:r>
      <w:fldChar w:fldCharType="separate"/>
    </w:r>
    <w:r w:rsidR="00B1586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91AC" w14:textId="77777777" w:rsidR="00F922B6" w:rsidRDefault="00F922B6">
      <w:pPr>
        <w:spacing w:after="0" w:line="240" w:lineRule="auto"/>
      </w:pPr>
      <w:r>
        <w:separator/>
      </w:r>
    </w:p>
  </w:footnote>
  <w:footnote w:type="continuationSeparator" w:id="0">
    <w:p w14:paraId="54B573E5" w14:textId="77777777" w:rsidR="00F922B6" w:rsidRDefault="00F92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3D6EE" w14:textId="38A6A3B3" w:rsidR="006000C0" w:rsidRDefault="007868AA">
    <w:pPr>
      <w:pStyle w:val="Header"/>
      <w:jc w:val="right"/>
    </w:pPr>
    <w:r>
      <w:rPr>
        <w:b/>
        <w:color w:val="666666"/>
        <w:sz w:val="16"/>
      </w:rPr>
      <w:t>TRACY UNIFIED SCHOOL DISTRICT    STUDENT SERVICES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BFAD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072338">
    <w:abstractNumId w:val="8"/>
  </w:num>
  <w:num w:numId="2" w16cid:durableId="319620705">
    <w:abstractNumId w:val="6"/>
  </w:num>
  <w:num w:numId="3" w16cid:durableId="1132408582">
    <w:abstractNumId w:val="5"/>
  </w:num>
  <w:num w:numId="4" w16cid:durableId="335228911">
    <w:abstractNumId w:val="4"/>
  </w:num>
  <w:num w:numId="5" w16cid:durableId="809592448">
    <w:abstractNumId w:val="7"/>
  </w:num>
  <w:num w:numId="6" w16cid:durableId="835611096">
    <w:abstractNumId w:val="3"/>
  </w:num>
  <w:num w:numId="7" w16cid:durableId="1265193068">
    <w:abstractNumId w:val="2"/>
  </w:num>
  <w:num w:numId="8" w16cid:durableId="127746067">
    <w:abstractNumId w:val="1"/>
  </w:num>
  <w:num w:numId="9" w16cid:durableId="2125029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787"/>
    <w:rsid w:val="00034616"/>
    <w:rsid w:val="000578EA"/>
    <w:rsid w:val="0006063C"/>
    <w:rsid w:val="00062A86"/>
    <w:rsid w:val="00104B8B"/>
    <w:rsid w:val="0015074B"/>
    <w:rsid w:val="0017398A"/>
    <w:rsid w:val="00190C3B"/>
    <w:rsid w:val="001D4488"/>
    <w:rsid w:val="0020254E"/>
    <w:rsid w:val="0029639D"/>
    <w:rsid w:val="00326F90"/>
    <w:rsid w:val="003638D2"/>
    <w:rsid w:val="00405F8B"/>
    <w:rsid w:val="004A1BC9"/>
    <w:rsid w:val="004F1E3B"/>
    <w:rsid w:val="00511730"/>
    <w:rsid w:val="00530BEA"/>
    <w:rsid w:val="00573383"/>
    <w:rsid w:val="00584D71"/>
    <w:rsid w:val="005A0658"/>
    <w:rsid w:val="006000C0"/>
    <w:rsid w:val="006038D2"/>
    <w:rsid w:val="006D00D2"/>
    <w:rsid w:val="0071054C"/>
    <w:rsid w:val="007868AA"/>
    <w:rsid w:val="007B03C7"/>
    <w:rsid w:val="007F5C52"/>
    <w:rsid w:val="0086750B"/>
    <w:rsid w:val="00910FB7"/>
    <w:rsid w:val="0094628C"/>
    <w:rsid w:val="009C6D03"/>
    <w:rsid w:val="00A10420"/>
    <w:rsid w:val="00A45297"/>
    <w:rsid w:val="00AA1D8D"/>
    <w:rsid w:val="00AA234D"/>
    <w:rsid w:val="00B1586B"/>
    <w:rsid w:val="00B47730"/>
    <w:rsid w:val="00B72FB8"/>
    <w:rsid w:val="00B73C35"/>
    <w:rsid w:val="00B84637"/>
    <w:rsid w:val="00BD001E"/>
    <w:rsid w:val="00BD0B54"/>
    <w:rsid w:val="00BF1B7C"/>
    <w:rsid w:val="00BF4347"/>
    <w:rsid w:val="00C319DA"/>
    <w:rsid w:val="00C65309"/>
    <w:rsid w:val="00CB0664"/>
    <w:rsid w:val="00CB2053"/>
    <w:rsid w:val="00D54691"/>
    <w:rsid w:val="00D65789"/>
    <w:rsid w:val="00D904A6"/>
    <w:rsid w:val="00DA2479"/>
    <w:rsid w:val="00DB3765"/>
    <w:rsid w:val="00DF79C4"/>
    <w:rsid w:val="00E839F8"/>
    <w:rsid w:val="00EB633D"/>
    <w:rsid w:val="00F14097"/>
    <w:rsid w:val="00F922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181A9C"/>
  <w14:defaultImageDpi w14:val="300"/>
  <w15:docId w15:val="{FB4622FA-5B59-4164-B883-E4A71F1C1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E1E1E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92343B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92343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74343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105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0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sabliny@tusd.net" TargetMode="External"/><Relationship Id="rId18" Type="http://schemas.openxmlformats.org/officeDocument/2006/relationships/hyperlink" Target="mailto:pkutti@tusd.net" TargetMode="External"/><Relationship Id="rId26" Type="http://schemas.openxmlformats.org/officeDocument/2006/relationships/hyperlink" Target="mailto:sanrosales@tusd.net" TargetMode="External"/><Relationship Id="rId3" Type="http://schemas.openxmlformats.org/officeDocument/2006/relationships/styles" Target="styles.xml"/><Relationship Id="rId21" Type="http://schemas.openxmlformats.org/officeDocument/2006/relationships/hyperlink" Target="mailto:makaur@tusd.net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derosa@tusd.net" TargetMode="External"/><Relationship Id="rId17" Type="http://schemas.openxmlformats.org/officeDocument/2006/relationships/hyperlink" Target="mailto:mkalia@tusd.net" TargetMode="External"/><Relationship Id="rId25" Type="http://schemas.openxmlformats.org/officeDocument/2006/relationships/hyperlink" Target="mailto:gosejo@tusd.net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fanwar@tusd.net" TargetMode="External"/><Relationship Id="rId20" Type="http://schemas.openxmlformats.org/officeDocument/2006/relationships/hyperlink" Target="mailto:bkalathil@tusd.net" TargetMode="External"/><Relationship Id="rId29" Type="http://schemas.openxmlformats.org/officeDocument/2006/relationships/hyperlink" Target="mailto:jsandoval@tusd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derosa@tusd.net" TargetMode="External"/><Relationship Id="rId24" Type="http://schemas.openxmlformats.org/officeDocument/2006/relationships/hyperlink" Target="mailto:ecabral@tusd.net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snadery@tusd.net" TargetMode="External"/><Relationship Id="rId23" Type="http://schemas.openxmlformats.org/officeDocument/2006/relationships/hyperlink" Target="mailto:tizomova@tusd.net" TargetMode="External"/><Relationship Id="rId28" Type="http://schemas.openxmlformats.org/officeDocument/2006/relationships/hyperlink" Target="mailto:esanchez@tusd.net" TargetMode="External"/><Relationship Id="rId10" Type="http://schemas.openxmlformats.org/officeDocument/2006/relationships/hyperlink" Target="mailto:pderosa@tusd.net" TargetMode="External"/><Relationship Id="rId19" Type="http://schemas.openxmlformats.org/officeDocument/2006/relationships/hyperlink" Target="mailto:sghafoory@tusd.net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derosa@tusd.net" TargetMode="External"/><Relationship Id="rId14" Type="http://schemas.openxmlformats.org/officeDocument/2006/relationships/hyperlink" Target="mailto:mali@tusd.net" TargetMode="External"/><Relationship Id="rId22" Type="http://schemas.openxmlformats.org/officeDocument/2006/relationships/hyperlink" Target="mailto:satsebha@tusd.net" TargetMode="External"/><Relationship Id="rId27" Type="http://schemas.openxmlformats.org/officeDocument/2006/relationships/hyperlink" Target="mailto:clsanchez@tusd.net" TargetMode="External"/><Relationship Id="rId30" Type="http://schemas.openxmlformats.org/officeDocument/2006/relationships/hyperlink" Target="mailto:dsoria@tusd.net" TargetMode="Externa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TUSD Interpreter &amp; Translator List</dc:title>
  <dc:subject>Interpreter and translation services contact directory</dc:subject>
  <dc:creator>Tracy Unified School District</dc:creator>
  <cp:keywords/>
  <dc:description>generated by python-docx</dc:description>
  <cp:lastModifiedBy>De Rosa, Pia</cp:lastModifiedBy>
  <cp:revision>38</cp:revision>
  <cp:lastPrinted>2026-09-08T23:20:00Z</cp:lastPrinted>
  <dcterms:created xsi:type="dcterms:W3CDTF">2026-09-02T18:57:00Z</dcterms:created>
  <dcterms:modified xsi:type="dcterms:W3CDTF">2026-10-14T16:19:00Z</dcterms:modified>
  <cp:category/>
</cp:coreProperties>
</file>