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jc w:val="center"/>
        <w:tblLayout w:type="fixed"/>
        <w:tblLook w:firstColumn="1" w:firstRow="1" w:lastColumn="0" w:lastRow="0" w:noHBand="0" w:noVBand="1" w:val="04A0"/>
        <w:tblBorders>
          <w:top w:val="single" w:sz="10" w:space="0" w:color="000000"/>
          <w:left w:val="single" w:sz="10" w:space="0" w:color="000000"/>
          <w:bottom w:val="single" w:sz="10" w:space="0" w:color="000000"/>
          <w:right w:val="single" w:sz="10" w:space="0" w:color="000000"/>
          <w:insideH w:val="single" w:sz="10" w:space="0" w:color="000000"/>
          <w:insideV w:val="single" w:sz="10" w:space="0" w:color="000000"/>
        </w:tblBorders>
      </w:tblPr>
      <w:tblGrid>
        <w:gridCol w:w="11520"/>
      </w:tblGrid>
      <w:tr>
        <w:tc>
          <w:tcPr>
            <w:tcW w:type="dxa" w:w="11520"/>
            <w:tcMar>
              <w:top w:w="45" w:type="dxa"/>
              <w:start w:w="70" w:type="dxa"/>
              <w:bottom w:w="40" w:type="dxa"/>
              <w:end w:w="70" w:type="dxa"/>
            </w:tcMar>
            <w:vAlign w:val="top"/>
          </w:tcPr>
          <w:p>
            <w:pPr>
              <w:spacing w:before="0" w:after="20" w:line="240" w:lineRule="auto"/>
              <w:jc w:val="center"/>
            </w:pPr>
            <w:r>
              <w:rPr>
                <w:rFonts w:ascii="Aptos" w:hAnsi="Aptos"/>
                <w:b/>
                <w:sz w:val="20"/>
              </w:rPr>
              <w:t>SCHOOL BUS BEHAVIOR REFERRAL - GRADES K-8</w:t>
            </w:r>
          </w:p>
          <w:p>
            <w:pPr>
              <w:spacing w:before="0" w:after="20" w:line="240" w:lineRule="auto"/>
              <w:jc w:val="center"/>
            </w:pPr>
            <w:r>
              <w:rPr>
                <w:rFonts w:ascii="Aptos" w:hAnsi="Aptos"/>
                <w:b w:val="0"/>
                <w:sz w:val="14"/>
              </w:rPr>
              <w:t>Driver completes this form when a student needs additional school follow-up.</w:t>
            </w:r>
          </w:p>
          <w:tbl>
            <w:tblPr>
              <w:tblW w:type="auto" w:w="0"/>
              <w:jc w:val="center"/>
              <w:tblLayout w:type="fixed"/>
              <w:tblLook w:firstColumn="1" w:firstRow="1" w:lastColumn="0" w:lastRow="0" w:noHBand="0" w:noVBand="1" w:val="04A0"/>
              <w:tblBorders>
                <w:top w:val="nil" w:sz="0" w:space="0" w:color="FFFFFF"/>
                <w:left w:val="nil" w:sz="0" w:space="0" w:color="FFFFFF"/>
                <w:bottom w:val="nil" w:sz="0" w:space="0" w:color="FFFFFF"/>
                <w:right w:val="nil" w:sz="0" w:space="0" w:color="FFFFFF"/>
                <w:insideH w:val="nil" w:sz="0" w:space="0" w:color="FFFFFF"/>
                <w:insideV w:val="nil" w:sz="0" w:space="0" w:color="FFFFFF"/>
              </w:tblBorders>
            </w:tblPr>
            <w:tblGrid>
              <w:gridCol w:w="5760"/>
              <w:gridCol w:w="5760"/>
            </w:tblGrid>
            <w:tr>
              <w:tc>
                <w:tcPr>
                  <w:tcW w:type="dxa" w:w="5112"/>
                  <w:tcMar>
                    <w:top w:w="0" w:type="dxa"/>
                    <w:start w:w="0" w:type="dxa"/>
                    <w:bottom w:w="0" w:type="dxa"/>
                    <w:end w:w="30" w:type="dxa"/>
                  </w:tcMar>
                </w:tcPr>
                <w:p>
                  <w:pPr>
                    <w:spacing w:before="0" w:after="0" w:line="240" w:lineRule="auto"/>
                  </w:pPr>
                  <w:r>
                    <w:rPr>
                      <w:rFonts w:ascii="Aptos" w:hAnsi="Aptos"/>
                      <w:b/>
                      <w:sz w:val="16"/>
                    </w:rPr>
                    <w:t xml:space="preserve">Student Name: </w:t>
                  </w:r>
                  <w:r>
                    <w:rPr>
                      <w:rFonts w:ascii="Aptos" w:hAnsi="Aptos"/>
                      <w:b w:val="0"/>
                      <w:sz w:val="16"/>
                    </w:rPr>
                    <w:t>__________________________</w:t>
                  </w:r>
                </w:p>
              </w:tc>
              <w:tc>
                <w:tcPr>
                  <w:tcW w:type="dxa" w:w="4680"/>
                  <w:tcMar>
                    <w:top w:w="0" w:type="dxa"/>
                    <w:start w:w="0" w:type="dxa"/>
                    <w:bottom w:w="0" w:type="dxa"/>
                    <w:end w:w="30" w:type="dxa"/>
                  </w:tcMar>
                </w:tcPr>
                <w:p>
                  <w:pPr>
                    <w:spacing w:before="0" w:after="0" w:line="240" w:lineRule="auto"/>
                  </w:pPr>
                  <w:r>
                    <w:rPr>
                      <w:rFonts w:ascii="Aptos" w:hAnsi="Aptos"/>
                      <w:b/>
                      <w:sz w:val="16"/>
                    </w:rPr>
                    <w:t xml:space="preserve">Grade: </w:t>
                  </w:r>
                  <w:r>
                    <w:rPr>
                      <w:rFonts w:ascii="Aptos" w:hAnsi="Aptos"/>
                      <w:b w:val="0"/>
                      <w:sz w:val="16"/>
                    </w:rPr>
                    <w:t>_________</w:t>
                  </w:r>
                </w:p>
              </w:tc>
            </w:tr>
          </w:tbl>
          <w:p/>
          <w:tbl>
            <w:tblPr>
              <w:tblW w:type="auto" w:w="0"/>
              <w:jc w:val="center"/>
              <w:tblLayout w:type="fixed"/>
              <w:tblLook w:firstColumn="1" w:firstRow="1" w:lastColumn="0" w:lastRow="0" w:noHBand="0" w:noVBand="1" w:val="04A0"/>
              <w:tblBorders>
                <w:top w:val="nil" w:sz="0" w:space="0" w:color="FFFFFF"/>
                <w:left w:val="nil" w:sz="0" w:space="0" w:color="FFFFFF"/>
                <w:bottom w:val="nil" w:sz="0" w:space="0" w:color="FFFFFF"/>
                <w:right w:val="nil" w:sz="0" w:space="0" w:color="FFFFFF"/>
                <w:insideH w:val="nil" w:sz="0" w:space="0" w:color="FFFFFF"/>
                <w:insideV w:val="nil" w:sz="0" w:space="0" w:color="FFFFFF"/>
              </w:tblBorders>
            </w:tblPr>
            <w:tblGrid>
              <w:gridCol w:w="5760"/>
              <w:gridCol w:w="5760"/>
            </w:tblGrid>
            <w:tr>
              <w:tc>
                <w:tcPr>
                  <w:tcW w:type="dxa" w:w="5112"/>
                  <w:tcMar>
                    <w:top w:w="0" w:type="dxa"/>
                    <w:start w:w="0" w:type="dxa"/>
                    <w:bottom w:w="0" w:type="dxa"/>
                    <w:end w:w="30" w:type="dxa"/>
                  </w:tcMar>
                </w:tcPr>
                <w:p>
                  <w:pPr>
                    <w:spacing w:before="0" w:after="0" w:line="240" w:lineRule="auto"/>
                  </w:pPr>
                  <w:r>
                    <w:rPr>
                      <w:rFonts w:ascii="Aptos" w:hAnsi="Aptos"/>
                      <w:b/>
                      <w:sz w:val="16"/>
                    </w:rPr>
                    <w:t xml:space="preserve">Date: </w:t>
                  </w:r>
                  <w:r>
                    <w:rPr>
                      <w:rFonts w:ascii="Aptos" w:hAnsi="Aptos"/>
                      <w:b w:val="0"/>
                      <w:sz w:val="16"/>
                    </w:rPr>
                    <w:t>______________</w:t>
                  </w:r>
                </w:p>
              </w:tc>
              <w:tc>
                <w:tcPr>
                  <w:tcW w:type="dxa" w:w="4680"/>
                  <w:tcMar>
                    <w:top w:w="0" w:type="dxa"/>
                    <w:start w:w="0" w:type="dxa"/>
                    <w:bottom w:w="0" w:type="dxa"/>
                    <w:end w:w="30" w:type="dxa"/>
                  </w:tcMar>
                </w:tcPr>
                <w:p>
                  <w:pPr>
                    <w:spacing w:before="0" w:after="0" w:line="240" w:lineRule="auto"/>
                  </w:pPr>
                  <w:r>
                    <w:rPr>
                      <w:rFonts w:ascii="Aptos" w:hAnsi="Aptos"/>
                      <w:b/>
                      <w:sz w:val="16"/>
                    </w:rPr>
                    <w:t xml:space="preserve">Bus Number/Route: </w:t>
                  </w:r>
                  <w:r>
                    <w:rPr>
                      <w:rFonts w:ascii="Aptos" w:hAnsi="Aptos"/>
                      <w:b w:val="0"/>
                      <w:sz w:val="16"/>
                    </w:rPr>
                    <w:t>________________</w:t>
                  </w:r>
                </w:p>
              </w:tc>
            </w:tr>
          </w:tbl>
          <w:p/>
          <w:tbl>
            <w:tblPr>
              <w:tblW w:type="auto" w:w="0"/>
              <w:jc w:val="center"/>
              <w:tblLayout w:type="fixed"/>
              <w:tblLook w:firstColumn="1" w:firstRow="1" w:lastColumn="0" w:lastRow="0" w:noHBand="0" w:noVBand="1" w:val="04A0"/>
              <w:tblBorders>
                <w:top w:val="nil" w:sz="0" w:space="0" w:color="FFFFFF"/>
                <w:left w:val="nil" w:sz="0" w:space="0" w:color="FFFFFF"/>
                <w:bottom w:val="nil" w:sz="0" w:space="0" w:color="FFFFFF"/>
                <w:right w:val="nil" w:sz="0" w:space="0" w:color="FFFFFF"/>
                <w:insideH w:val="nil" w:sz="0" w:space="0" w:color="FFFFFF"/>
                <w:insideV w:val="nil" w:sz="0" w:space="0" w:color="FFFFFF"/>
              </w:tblBorders>
            </w:tblPr>
            <w:tblGrid>
              <w:gridCol w:w="5760"/>
              <w:gridCol w:w="5760"/>
            </w:tblGrid>
            <w:tr>
              <w:tc>
                <w:tcPr>
                  <w:tcW w:type="dxa" w:w="5112"/>
                  <w:tcMar>
                    <w:top w:w="0" w:type="dxa"/>
                    <w:start w:w="0" w:type="dxa"/>
                    <w:bottom w:w="0" w:type="dxa"/>
                    <w:end w:w="30" w:type="dxa"/>
                  </w:tcMar>
                </w:tcPr>
                <w:p>
                  <w:pPr>
                    <w:spacing w:before="0" w:after="0" w:line="240" w:lineRule="auto"/>
                  </w:pPr>
                  <w:r>
                    <w:rPr>
                      <w:rFonts w:ascii="Aptos" w:hAnsi="Aptos"/>
                      <w:b/>
                      <w:sz w:val="16"/>
                    </w:rPr>
                    <w:t xml:space="preserve">Bus Driver: </w:t>
                  </w:r>
                  <w:r>
                    <w:rPr>
                      <w:rFonts w:ascii="Aptos" w:hAnsi="Aptos"/>
                      <w:b w:val="0"/>
                      <w:sz w:val="16"/>
                    </w:rPr>
                    <w:t>_____________________</w:t>
                  </w:r>
                </w:p>
              </w:tc>
              <w:tc>
                <w:tcPr>
                  <w:tcW w:type="dxa" w:w="4680"/>
                  <w:tcMar>
                    <w:top w:w="0" w:type="dxa"/>
                    <w:start w:w="0" w:type="dxa"/>
                    <w:bottom w:w="0" w:type="dxa"/>
                    <w:end w:w="30" w:type="dxa"/>
                  </w:tcMar>
                </w:tcPr>
                <w:p>
                  <w:pPr>
                    <w:spacing w:before="0" w:after="0" w:line="240" w:lineRule="auto"/>
                  </w:pPr>
                  <w:r>
                    <w:rPr>
                      <w:rFonts w:ascii="Aptos" w:hAnsi="Aptos"/>
                      <w:b/>
                      <w:sz w:val="16"/>
                    </w:rPr>
                    <w:t xml:space="preserve">Time of Incident: </w:t>
                  </w:r>
                  <w:r>
                    <w:rPr>
                      <w:rFonts w:ascii="Aptos" w:hAnsi="Aptos"/>
                      <w:b w:val="0"/>
                      <w:sz w:val="16"/>
                    </w:rPr>
                    <w:t>______________</w:t>
                  </w:r>
                </w:p>
              </w:tc>
            </w:tr>
          </w:tbl>
          <w:p/>
          <w:p>
            <w:pPr>
              <w:spacing w:before="0" w:after="20" w:line="240" w:lineRule="auto"/>
            </w:pPr>
            <w:r>
              <w:rPr>
                <w:rFonts w:ascii="Aptos" w:hAnsi="Aptos"/>
                <w:b/>
                <w:sz w:val="16"/>
              </w:rPr>
              <w:t xml:space="preserve">Location/Bus Stop (if applicable): </w:t>
            </w:r>
            <w:r>
              <w:rPr>
                <w:rFonts w:ascii="Aptos" w:hAnsi="Aptos"/>
                <w:b w:val="0"/>
                <w:sz w:val="16"/>
              </w:rPr>
              <w:t>__________________________________</w:t>
            </w:r>
          </w:p>
          <w:p>
            <w:pPr>
              <w:spacing w:before="20" w:after="20" w:line="240" w:lineRule="auto"/>
            </w:pPr>
            <w:r>
              <w:rPr>
                <w:rFonts w:ascii="Aptos" w:hAnsi="Aptos"/>
                <w:b/>
                <w:sz w:val="15"/>
              </w:rPr>
              <w:t>REASON FOR REFERRAL</w:t>
            </w:r>
          </w:p>
          <w:tbl>
            <w:tblPr>
              <w:tblW w:type="auto" w:w="0"/>
              <w:jc w:val="center"/>
              <w:tblLayout w:type="fixed"/>
              <w:tblLook w:firstColumn="1" w:firstRow="1" w:lastColumn="0" w:lastRow="0" w:noHBand="0" w:noVBand="1" w:val="04A0"/>
              <w:tblBorders>
                <w:top w:val="nil" w:sz="0" w:space="0" w:color="FFFFFF"/>
                <w:left w:val="nil" w:sz="0" w:space="0" w:color="FFFFFF"/>
                <w:bottom w:val="nil" w:sz="0" w:space="0" w:color="FFFFFF"/>
                <w:right w:val="nil" w:sz="0" w:space="0" w:color="FFFFFF"/>
                <w:insideH w:val="nil" w:sz="0" w:space="0" w:color="FFFFFF"/>
                <w:insideV w:val="nil" w:sz="0" w:space="0" w:color="FFFFFF"/>
              </w:tblBorders>
            </w:tblPr>
            <w:tblGrid>
              <w:gridCol w:w="5760"/>
              <w:gridCol w:w="5760"/>
            </w:tblGrid>
            <w:tr>
              <w:tc>
                <w:tcPr>
                  <w:tcW w:type="dxa" w:w="5760"/>
                  <w:tcMar>
                    <w:top w:w="0" w:type="dxa"/>
                    <w:start w:w="0" w:type="dxa"/>
                    <w:bottom w:w="0" w:type="dxa"/>
                    <w:end w:w="25" w:type="dxa"/>
                  </w:tcMar>
                </w:tcPr>
                <w:p>
                  <w:pPr>
                    <w:spacing w:before="0" w:after="0" w:line="228" w:lineRule="auto"/>
                  </w:pPr>
                  <w:r>
                    <w:rPr>
                      <w:rFonts w:ascii="Aptos" w:hAnsi="Aptos"/>
                      <w:b w:val="0"/>
                      <w:sz w:val="14"/>
                    </w:rPr>
                    <w:t>[ ] Did not follow driver directions</w:t>
                  </w:r>
                </w:p>
              </w:tc>
              <w:tc>
                <w:tcPr>
                  <w:tcW w:type="dxa" w:w="5760"/>
                  <w:tcMar>
                    <w:top w:w="0" w:type="dxa"/>
                    <w:start w:w="0" w:type="dxa"/>
                    <w:bottom w:w="0" w:type="dxa"/>
                    <w:end w:w="25" w:type="dxa"/>
                  </w:tcMar>
                </w:tcPr>
                <w:p>
                  <w:pPr>
                    <w:spacing w:before="0" w:after="0" w:line="228" w:lineRule="auto"/>
                  </w:pPr>
                  <w:r>
                    <w:rPr>
                      <w:rFonts w:ascii="Aptos" w:hAnsi="Aptos"/>
                      <w:b w:val="0"/>
                      <w:sz w:val="14"/>
                    </w:rPr>
                    <w:t>[ ] Standing/moving while bus was in motion</w:t>
                  </w:r>
                </w:p>
              </w:tc>
            </w:tr>
            <w:tr>
              <w:tc>
                <w:tcPr>
                  <w:tcW w:type="dxa" w:w="5760"/>
                  <w:tcMar>
                    <w:top w:w="0" w:type="dxa"/>
                    <w:start w:w="0" w:type="dxa"/>
                    <w:bottom w:w="0" w:type="dxa"/>
                    <w:end w:w="25" w:type="dxa"/>
                  </w:tcMar>
                </w:tcPr>
                <w:p>
                  <w:pPr>
                    <w:spacing w:before="0" w:after="0" w:line="228" w:lineRule="auto"/>
                  </w:pPr>
                  <w:r>
                    <w:rPr>
                      <w:rFonts w:ascii="Aptos" w:hAnsi="Aptos"/>
                      <w:b w:val="0"/>
                      <w:sz w:val="14"/>
                    </w:rPr>
                    <w:t>[ ] Did not stay in assigned seat</w:t>
                  </w:r>
                </w:p>
              </w:tc>
              <w:tc>
                <w:tcPr>
                  <w:tcW w:type="dxa" w:w="5760"/>
                  <w:tcMar>
                    <w:top w:w="0" w:type="dxa"/>
                    <w:start w:w="0" w:type="dxa"/>
                    <w:bottom w:w="0" w:type="dxa"/>
                    <w:end w:w="25" w:type="dxa"/>
                  </w:tcMar>
                </w:tcPr>
                <w:p>
                  <w:pPr>
                    <w:spacing w:before="0" w:after="0" w:line="228" w:lineRule="auto"/>
                  </w:pPr>
                  <w:r>
                    <w:rPr>
                      <w:rFonts w:ascii="Aptos" w:hAnsi="Aptos"/>
                      <w:b w:val="0"/>
                      <w:sz w:val="14"/>
                    </w:rPr>
                    <w:t>[ ] Excessive noise/yelling</w:t>
                  </w:r>
                </w:p>
              </w:tc>
            </w:tr>
            <w:tr>
              <w:tc>
                <w:tcPr>
                  <w:tcW w:type="dxa" w:w="5760"/>
                  <w:tcMar>
                    <w:top w:w="0" w:type="dxa"/>
                    <w:start w:w="0" w:type="dxa"/>
                    <w:bottom w:w="0" w:type="dxa"/>
                    <w:end w:w="25" w:type="dxa"/>
                  </w:tcMar>
                </w:tcPr>
                <w:p>
                  <w:pPr>
                    <w:spacing w:before="0" w:after="0" w:line="228" w:lineRule="auto"/>
                  </w:pPr>
                  <w:r>
                    <w:rPr>
                      <w:rFonts w:ascii="Aptos" w:hAnsi="Aptos"/>
                      <w:b w:val="0"/>
                      <w:sz w:val="14"/>
                    </w:rPr>
                    <w:t>[ ] Disrespectful/inappropriate language</w:t>
                  </w:r>
                </w:p>
              </w:tc>
              <w:tc>
                <w:tcPr>
                  <w:tcW w:type="dxa" w:w="5760"/>
                  <w:tcMar>
                    <w:top w:w="0" w:type="dxa"/>
                    <w:start w:w="0" w:type="dxa"/>
                    <w:bottom w:w="0" w:type="dxa"/>
                    <w:end w:w="25" w:type="dxa"/>
                  </w:tcMar>
                </w:tcPr>
                <w:p>
                  <w:pPr>
                    <w:spacing w:before="0" w:after="0" w:line="228" w:lineRule="auto"/>
                  </w:pPr>
                  <w:r>
                    <w:rPr>
                      <w:rFonts w:ascii="Aptos" w:hAnsi="Aptos"/>
                      <w:b w:val="0"/>
                      <w:sz w:val="14"/>
                    </w:rPr>
                    <w:t>[ ] Teasing or bullying</w:t>
                  </w:r>
                </w:p>
              </w:tc>
            </w:tr>
            <w:tr>
              <w:tc>
                <w:tcPr>
                  <w:tcW w:type="dxa" w:w="5760"/>
                  <w:tcMar>
                    <w:top w:w="0" w:type="dxa"/>
                    <w:start w:w="0" w:type="dxa"/>
                    <w:bottom w:w="0" w:type="dxa"/>
                    <w:end w:w="25" w:type="dxa"/>
                  </w:tcMar>
                </w:tcPr>
                <w:p>
                  <w:pPr>
                    <w:spacing w:before="0" w:after="0" w:line="228" w:lineRule="auto"/>
                  </w:pPr>
                  <w:r>
                    <w:rPr>
                      <w:rFonts w:ascii="Aptos" w:hAnsi="Aptos"/>
                      <w:b w:val="0"/>
                      <w:sz w:val="14"/>
                    </w:rPr>
                    <w:t>[ ] Physical contact/fighting</w:t>
                  </w:r>
                </w:p>
              </w:tc>
              <w:tc>
                <w:tcPr>
                  <w:tcW w:type="dxa" w:w="5760"/>
                  <w:tcMar>
                    <w:top w:w="0" w:type="dxa"/>
                    <w:start w:w="0" w:type="dxa"/>
                    <w:bottom w:w="0" w:type="dxa"/>
                    <w:end w:w="25" w:type="dxa"/>
                  </w:tcMar>
                </w:tcPr>
                <w:p>
                  <w:pPr>
                    <w:spacing w:before="0" w:after="0" w:line="228" w:lineRule="auto"/>
                  </w:pPr>
                  <w:r>
                    <w:rPr>
                      <w:rFonts w:ascii="Aptos" w:hAnsi="Aptos"/>
                      <w:b w:val="0"/>
                      <w:sz w:val="14"/>
                    </w:rPr>
                    <w:t>[ ] Throwing objects</w:t>
                  </w:r>
                </w:p>
              </w:tc>
            </w:tr>
            <w:tr>
              <w:tc>
                <w:tcPr>
                  <w:tcW w:type="dxa" w:w="5760"/>
                  <w:tcMar>
                    <w:top w:w="0" w:type="dxa"/>
                    <w:start w:w="0" w:type="dxa"/>
                    <w:bottom w:w="0" w:type="dxa"/>
                    <w:end w:w="25" w:type="dxa"/>
                  </w:tcMar>
                </w:tcPr>
                <w:p>
                  <w:pPr>
                    <w:spacing w:before="0" w:after="0" w:line="228" w:lineRule="auto"/>
                  </w:pPr>
                  <w:r>
                    <w:rPr>
                      <w:rFonts w:ascii="Aptos" w:hAnsi="Aptos"/>
                      <w:b w:val="0"/>
                      <w:sz w:val="14"/>
                    </w:rPr>
                    <w:t>[ ] Damaging bus property</w:t>
                  </w:r>
                </w:p>
              </w:tc>
              <w:tc>
                <w:tcPr>
                  <w:tcW w:type="dxa" w:w="5760"/>
                  <w:tcMar>
                    <w:top w:w="0" w:type="dxa"/>
                    <w:start w:w="0" w:type="dxa"/>
                    <w:bottom w:w="0" w:type="dxa"/>
                    <w:end w:w="25" w:type="dxa"/>
                  </w:tcMar>
                </w:tcPr>
                <w:p>
                  <w:pPr>
                    <w:spacing w:before="0" w:after="0" w:line="228" w:lineRule="auto"/>
                  </w:pPr>
                  <w:r>
                    <w:rPr>
                      <w:rFonts w:ascii="Aptos" w:hAnsi="Aptos"/>
                      <w:b w:val="0"/>
                      <w:sz w:val="14"/>
                    </w:rPr>
                    <w:t>[ ] Eating/drinking when not permitted</w:t>
                  </w:r>
                </w:p>
              </w:tc>
            </w:tr>
            <w:tr>
              <w:tc>
                <w:tcPr>
                  <w:tcW w:type="dxa" w:w="5760"/>
                  <w:tcMar>
                    <w:top w:w="0" w:type="dxa"/>
                    <w:start w:w="0" w:type="dxa"/>
                    <w:bottom w:w="0" w:type="dxa"/>
                    <w:end w:w="25" w:type="dxa"/>
                  </w:tcMar>
                </w:tcPr>
                <w:p>
                  <w:pPr>
                    <w:spacing w:before="0" w:after="0" w:line="228" w:lineRule="auto"/>
                  </w:pPr>
                  <w:r>
                    <w:rPr>
                      <w:rFonts w:ascii="Aptos" w:hAnsi="Aptos"/>
                      <w:b w:val="0"/>
                      <w:sz w:val="14"/>
                    </w:rPr>
                    <w:t>[ ] Unsafe behavior</w:t>
                  </w:r>
                </w:p>
              </w:tc>
              <w:tc>
                <w:tcPr>
                  <w:tcW w:type="dxa" w:w="5760"/>
                  <w:tcMar>
                    <w:top w:w="0" w:type="dxa"/>
                    <w:start w:w="0" w:type="dxa"/>
                    <w:bottom w:w="0" w:type="dxa"/>
                    <w:end w:w="25" w:type="dxa"/>
                  </w:tcMar>
                </w:tcPr>
                <w:p>
                  <w:pPr>
                    <w:spacing w:before="0" w:after="0" w:line="228" w:lineRule="auto"/>
                  </w:pPr>
                  <w:r>
                    <w:rPr>
                      <w:rFonts w:ascii="Aptos" w:hAnsi="Aptos"/>
                      <w:b w:val="0"/>
                      <w:sz w:val="14"/>
                    </w:rPr>
                    <w:t>[ ] Inappropriate use of technology</w:t>
                  </w:r>
                </w:p>
              </w:tc>
            </w:tr>
            <w:tr>
              <w:tc>
                <w:tcPr>
                  <w:tcW w:type="dxa" w:w="5760"/>
                  <w:tcMar>
                    <w:top w:w="0" w:type="dxa"/>
                    <w:start w:w="0" w:type="dxa"/>
                    <w:bottom w:w="0" w:type="dxa"/>
                    <w:end w:w="25" w:type="dxa"/>
                  </w:tcMar>
                </w:tcPr>
                <w:p>
                  <w:pPr>
                    <w:spacing w:before="0" w:after="0" w:line="228" w:lineRule="auto"/>
                  </w:pPr>
                  <w:r>
                    <w:rPr>
                      <w:rFonts w:ascii="Aptos" w:hAnsi="Aptos"/>
                      <w:b w:val="0"/>
                      <w:sz w:val="14"/>
                    </w:rPr>
                    <w:t>[ ] Other: ___________________________</w:t>
                  </w:r>
                </w:p>
              </w:tc>
              <w:tc>
                <w:tcPr>
                  <w:tcW w:type="dxa" w:w="5760"/>
                  <w:tcMar>
                    <w:top w:w="0" w:type="dxa"/>
                    <w:start w:w="0" w:type="dxa"/>
                    <w:bottom w:w="0" w:type="dxa"/>
                    <w:end w:w="25" w:type="dxa"/>
                  </w:tcMar>
                </w:tcPr>
                <w:p>
                  <w:pPr>
                    <w:spacing w:before="0" w:after="0" w:line="228" w:lineRule="auto"/>
                  </w:pPr>
                </w:p>
              </w:tc>
            </w:tr>
          </w:tbl>
          <w:p/>
          <w:p>
            <w:pPr>
              <w:spacing w:before="20" w:after="20" w:line="240" w:lineRule="auto"/>
            </w:pPr>
            <w:r>
              <w:rPr>
                <w:rFonts w:ascii="Aptos" w:hAnsi="Aptos"/>
                <w:b/>
                <w:sz w:val="15"/>
              </w:rPr>
              <w:t>BRIEF DESCRIPTION OF WHAT HAPPENED</w:t>
            </w:r>
          </w:p>
          <w:p>
            <w:pPr>
              <w:spacing w:before="0" w:after="0" w:line="216" w:lineRule="auto"/>
            </w:pPr>
            <w:r>
              <w:rPr>
                <w:rFonts w:ascii="Aptos" w:hAnsi="Aptos"/>
                <w:b w:val="0"/>
                <w:sz w:val="15"/>
              </w:rPr>
              <w:t>________________________________________________________________________________________</w:t>
            </w:r>
          </w:p>
          <w:p>
            <w:pPr>
              <w:spacing w:before="0" w:after="0" w:line="216" w:lineRule="auto"/>
            </w:pPr>
            <w:r>
              <w:rPr>
                <w:rFonts w:ascii="Aptos" w:hAnsi="Aptos"/>
                <w:b w:val="0"/>
                <w:sz w:val="15"/>
              </w:rPr>
              <w:t>________________________________________________________________________________________</w:t>
            </w:r>
          </w:p>
          <w:p>
            <w:pPr>
              <w:spacing w:before="20" w:after="20" w:line="240" w:lineRule="auto"/>
            </w:pPr>
            <w:r>
              <w:rPr>
                <w:rFonts w:ascii="Aptos" w:hAnsi="Aptos"/>
                <w:b/>
                <w:sz w:val="15"/>
              </w:rPr>
              <w:t>DRIVER RESPONSE</w:t>
            </w:r>
          </w:p>
          <w:tbl>
            <w:tblPr>
              <w:tblW w:type="auto" w:w="0"/>
              <w:jc w:val="center"/>
              <w:tblLayout w:type="fixed"/>
              <w:tblLook w:firstColumn="1" w:firstRow="1" w:lastColumn="0" w:lastRow="0" w:noHBand="0" w:noVBand="1" w:val="04A0"/>
              <w:tblBorders>
                <w:top w:val="nil" w:sz="0" w:space="0" w:color="FFFFFF"/>
                <w:left w:val="nil" w:sz="0" w:space="0" w:color="FFFFFF"/>
                <w:bottom w:val="nil" w:sz="0" w:space="0" w:color="FFFFFF"/>
                <w:right w:val="nil" w:sz="0" w:space="0" w:color="FFFFFF"/>
                <w:insideH w:val="nil" w:sz="0" w:space="0" w:color="FFFFFF"/>
                <w:insideV w:val="nil" w:sz="0" w:space="0" w:color="FFFFFF"/>
              </w:tblBorders>
            </w:tblPr>
            <w:tblGrid>
              <w:gridCol w:w="3840"/>
              <w:gridCol w:w="3840"/>
              <w:gridCol w:w="3840"/>
            </w:tblGrid>
            <w:tr>
              <w:tc>
                <w:tcPr>
                  <w:tcW w:type="dxa" w:w="3840"/>
                  <w:tcMar>
                    <w:top w:w="0" w:type="dxa"/>
                    <w:start w:w="0" w:type="dxa"/>
                    <w:bottom w:w="0" w:type="dxa"/>
                    <w:end w:w="25" w:type="dxa"/>
                  </w:tcMar>
                </w:tcPr>
                <w:p>
                  <w:pPr>
                    <w:spacing w:before="0" w:after="0" w:line="228" w:lineRule="auto"/>
                  </w:pPr>
                  <w:r>
                    <w:rPr>
                      <w:rFonts w:ascii="Aptos" w:hAnsi="Aptos"/>
                      <w:b w:val="0"/>
                      <w:sz w:val="14"/>
                    </w:rPr>
                    <w:t>[ ] Verbal reminder</w:t>
                  </w:r>
                </w:p>
              </w:tc>
              <w:tc>
                <w:tcPr>
                  <w:tcW w:type="dxa" w:w="3840"/>
                  <w:tcMar>
                    <w:top w:w="0" w:type="dxa"/>
                    <w:start w:w="0" w:type="dxa"/>
                    <w:bottom w:w="0" w:type="dxa"/>
                    <w:end w:w="25" w:type="dxa"/>
                  </w:tcMar>
                </w:tcPr>
                <w:p>
                  <w:pPr>
                    <w:spacing w:before="0" w:after="0" w:line="228" w:lineRule="auto"/>
                  </w:pPr>
                  <w:r>
                    <w:rPr>
                      <w:rFonts w:ascii="Aptos" w:hAnsi="Aptos"/>
                      <w:b w:val="0"/>
                      <w:sz w:val="14"/>
                    </w:rPr>
                    <w:t>[ ] Retaught bus expectation</w:t>
                  </w:r>
                </w:p>
              </w:tc>
              <w:tc>
                <w:tcPr>
                  <w:tcW w:type="dxa" w:w="3840"/>
                  <w:tcMar>
                    <w:top w:w="0" w:type="dxa"/>
                    <w:start w:w="0" w:type="dxa"/>
                    <w:bottom w:w="0" w:type="dxa"/>
                    <w:end w:w="25" w:type="dxa"/>
                  </w:tcMar>
                </w:tcPr>
                <w:p>
                  <w:pPr>
                    <w:spacing w:before="0" w:after="0" w:line="228" w:lineRule="auto"/>
                  </w:pPr>
                  <w:r>
                    <w:rPr>
                      <w:rFonts w:ascii="Aptos" w:hAnsi="Aptos"/>
                      <w:b w:val="0"/>
                      <w:sz w:val="14"/>
                    </w:rPr>
                    <w:t>[ ] Changed student seat</w:t>
                  </w:r>
                </w:p>
              </w:tc>
            </w:tr>
            <w:tr>
              <w:tc>
                <w:tcPr>
                  <w:tcW w:type="dxa" w:w="3840"/>
                  <w:tcMar>
                    <w:top w:w="0" w:type="dxa"/>
                    <w:start w:w="0" w:type="dxa"/>
                    <w:bottom w:w="0" w:type="dxa"/>
                    <w:end w:w="25" w:type="dxa"/>
                  </w:tcMar>
                </w:tcPr>
                <w:p>
                  <w:pPr>
                    <w:spacing w:before="0" w:after="0" w:line="228" w:lineRule="auto"/>
                  </w:pPr>
                  <w:r>
                    <w:rPr>
                      <w:rFonts w:ascii="Aptos" w:hAnsi="Aptos"/>
                      <w:b w:val="0"/>
                      <w:sz w:val="14"/>
                    </w:rPr>
                    <w:t>[ ] Spoke with student privately</w:t>
                  </w:r>
                </w:p>
              </w:tc>
              <w:tc>
                <w:tcPr>
                  <w:tcW w:type="dxa" w:w="3840"/>
                  <w:tcMar>
                    <w:top w:w="0" w:type="dxa"/>
                    <w:start w:w="0" w:type="dxa"/>
                    <w:bottom w:w="0" w:type="dxa"/>
                    <w:end w:w="25" w:type="dxa"/>
                  </w:tcMar>
                </w:tcPr>
                <w:p>
                  <w:pPr>
                    <w:spacing w:before="0" w:after="0" w:line="228" w:lineRule="auto"/>
                  </w:pPr>
                  <w:r>
                    <w:rPr>
                      <w:rFonts w:ascii="Aptos" w:hAnsi="Aptos"/>
                      <w:b w:val="0"/>
                      <w:sz w:val="14"/>
                    </w:rPr>
                    <w:t>[ ] Previous warning(s) given</w:t>
                  </w:r>
                </w:p>
              </w:tc>
              <w:tc>
                <w:tcPr>
                  <w:tcW w:type="dxa" w:w="3840"/>
                  <w:tcMar>
                    <w:top w:w="0" w:type="dxa"/>
                    <w:start w:w="0" w:type="dxa"/>
                    <w:bottom w:w="0" w:type="dxa"/>
                    <w:end w:w="25" w:type="dxa"/>
                  </w:tcMar>
                </w:tcPr>
                <w:p>
                  <w:pPr>
                    <w:spacing w:before="0" w:after="0" w:line="228" w:lineRule="auto"/>
                  </w:pPr>
                  <w:r>
                    <w:rPr>
                      <w:rFonts w:ascii="Aptos" w:hAnsi="Aptos"/>
                      <w:b w:val="0"/>
                      <w:sz w:val="14"/>
                    </w:rPr>
                    <w:t>[ ] Immediate referral - safety concern</w:t>
                  </w:r>
                </w:p>
              </w:tc>
            </w:tr>
          </w:tbl>
          <w:p/>
          <w:p>
            <w:pPr>
              <w:spacing w:before="0" w:after="0" w:line="240" w:lineRule="auto"/>
            </w:pPr>
            <w:r>
              <w:rPr>
                <w:rFonts w:ascii="Aptos" w:hAnsi="Aptos"/>
                <w:b/>
                <w:sz w:val="15"/>
              </w:rPr>
              <w:t xml:space="preserve">Driver Comments: </w:t>
            </w:r>
            <w:r>
              <w:rPr>
                <w:rFonts w:ascii="Aptos" w:hAnsi="Aptos"/>
                <w:b w:val="0"/>
                <w:sz w:val="15"/>
              </w:rPr>
              <w:t>______________________________________________________________________</w:t>
            </w:r>
          </w:p>
          <w:tbl>
            <w:tblPr>
              <w:tblW w:type="auto" w:w="0"/>
              <w:jc w:val="center"/>
              <w:tblLayout w:type="fixed"/>
              <w:tblLook w:firstColumn="1" w:firstRow="1" w:lastColumn="0" w:lastRow="0" w:noHBand="0" w:noVBand="1" w:val="04A0"/>
              <w:tblBorders>
                <w:top w:val="nil" w:sz="0" w:space="0" w:color="FFFFFF"/>
                <w:left w:val="nil" w:sz="0" w:space="0" w:color="FFFFFF"/>
                <w:bottom w:val="nil" w:sz="0" w:space="0" w:color="FFFFFF"/>
                <w:right w:val="nil" w:sz="0" w:space="0" w:color="FFFFFF"/>
                <w:insideH w:val="nil" w:sz="0" w:space="0" w:color="FFFFFF"/>
                <w:insideV w:val="nil" w:sz="0" w:space="0" w:color="FFFFFF"/>
              </w:tblBorders>
            </w:tblPr>
            <w:tblGrid>
              <w:gridCol w:w="5760"/>
              <w:gridCol w:w="5760"/>
            </w:tblGrid>
            <w:tr>
              <w:tc>
                <w:tcPr>
                  <w:tcW w:type="dxa" w:w="5112"/>
                  <w:tcMar>
                    <w:top w:w="0" w:type="dxa"/>
                    <w:start w:w="0" w:type="dxa"/>
                    <w:bottom w:w="0" w:type="dxa"/>
                    <w:end w:w="30" w:type="dxa"/>
                  </w:tcMar>
                </w:tcPr>
                <w:p>
                  <w:pPr>
                    <w:spacing w:before="0" w:after="0" w:line="240" w:lineRule="auto"/>
                  </w:pPr>
                  <w:r>
                    <w:rPr>
                      <w:rFonts w:ascii="Aptos" w:hAnsi="Aptos"/>
                      <w:b/>
                      <w:sz w:val="15"/>
                    </w:rPr>
                    <w:t xml:space="preserve">Driver Signature: </w:t>
                  </w:r>
                  <w:r>
                    <w:rPr>
                      <w:rFonts w:ascii="Aptos" w:hAnsi="Aptos"/>
                      <w:b w:val="0"/>
                      <w:sz w:val="15"/>
                    </w:rPr>
                    <w:t>_________________________</w:t>
                  </w:r>
                </w:p>
              </w:tc>
              <w:tc>
                <w:tcPr>
                  <w:tcW w:type="dxa" w:w="4680"/>
                  <w:tcMar>
                    <w:top w:w="0" w:type="dxa"/>
                    <w:start w:w="0" w:type="dxa"/>
                    <w:bottom w:w="0" w:type="dxa"/>
                    <w:end w:w="30" w:type="dxa"/>
                  </w:tcMar>
                </w:tcPr>
                <w:p>
                  <w:pPr>
                    <w:spacing w:before="0" w:after="0" w:line="240" w:lineRule="auto"/>
                  </w:pPr>
                  <w:r>
                    <w:rPr>
                      <w:rFonts w:ascii="Aptos" w:hAnsi="Aptos"/>
                      <w:b/>
                      <w:sz w:val="15"/>
                    </w:rPr>
                    <w:t xml:space="preserve">Date: </w:t>
                  </w:r>
                  <w:r>
                    <w:rPr>
                      <w:rFonts w:ascii="Aptos" w:hAnsi="Aptos"/>
                      <w:b w:val="0"/>
                      <w:sz w:val="15"/>
                    </w:rPr>
                    <w:t>____________</w:t>
                  </w:r>
                </w:p>
              </w:tc>
            </w:tr>
          </w:tbl>
          <w:p/>
        </w:tc>
      </w:tr>
    </w:tbl>
    <w:p>
      <w:pPr>
        <w:spacing w:before="20" w:after="20" w:line="240" w:lineRule="auto"/>
        <w:jc w:val="center"/>
      </w:pPr>
      <w:r>
        <w:rPr>
          <w:rFonts w:ascii="Aptos" w:hAnsi="Aptos"/>
          <w:b w:val="0"/>
          <w:sz w:val="12"/>
        </w:rPr>
        <w:t>- - - - - - - - - - - - - - - - - - - - - - - - - - - - CUT HERE - - - - - - - - - - - - - - - - - - - - - - - - - - - -</w:t>
      </w:r>
    </w:p>
    <w:tbl>
      <w:tblPr>
        <w:tblW w:type="auto" w:w="0"/>
        <w:jc w:val="center"/>
        <w:tblLayout w:type="fixed"/>
        <w:tblLook w:firstColumn="1" w:firstRow="1" w:lastColumn="0" w:lastRow="0" w:noHBand="0" w:noVBand="1" w:val="04A0"/>
        <w:tblBorders>
          <w:top w:val="single" w:sz="10" w:space="0" w:color="000000"/>
          <w:left w:val="single" w:sz="10" w:space="0" w:color="000000"/>
          <w:bottom w:val="single" w:sz="10" w:space="0" w:color="000000"/>
          <w:right w:val="single" w:sz="10" w:space="0" w:color="000000"/>
          <w:insideH w:val="single" w:sz="10" w:space="0" w:color="000000"/>
          <w:insideV w:val="single" w:sz="10" w:space="0" w:color="000000"/>
        </w:tblBorders>
      </w:tblPr>
      <w:tblGrid>
        <w:gridCol w:w="11520"/>
      </w:tblGrid>
      <w:tr>
        <w:tc>
          <w:tcPr>
            <w:tcW w:type="dxa" w:w="11520"/>
            <w:tcMar>
              <w:top w:w="45" w:type="dxa"/>
              <w:start w:w="70" w:type="dxa"/>
              <w:bottom w:w="40" w:type="dxa"/>
              <w:end w:w="70" w:type="dxa"/>
            </w:tcMar>
            <w:vAlign w:val="top"/>
          </w:tcPr>
          <w:p>
            <w:pPr>
              <w:spacing w:before="0" w:after="20" w:line="240" w:lineRule="auto"/>
              <w:jc w:val="center"/>
            </w:pPr>
            <w:r>
              <w:rPr>
                <w:rFonts w:ascii="Aptos" w:hAnsi="Aptos"/>
                <w:b/>
                <w:sz w:val="20"/>
              </w:rPr>
              <w:t>SCHOOL BUS BEHAVIOR REFERRAL - GRADES K-8</w:t>
            </w:r>
          </w:p>
          <w:p>
            <w:pPr>
              <w:spacing w:before="0" w:after="20" w:line="240" w:lineRule="auto"/>
              <w:jc w:val="center"/>
            </w:pPr>
            <w:r>
              <w:rPr>
                <w:rFonts w:ascii="Aptos" w:hAnsi="Aptos"/>
                <w:b w:val="0"/>
                <w:sz w:val="14"/>
              </w:rPr>
              <w:t>Driver completes this form when a student needs additional school follow-up.</w:t>
            </w:r>
          </w:p>
          <w:tbl>
            <w:tblPr>
              <w:tblW w:type="auto" w:w="0"/>
              <w:jc w:val="center"/>
              <w:tblLayout w:type="fixed"/>
              <w:tblLook w:firstColumn="1" w:firstRow="1" w:lastColumn="0" w:lastRow="0" w:noHBand="0" w:noVBand="1" w:val="04A0"/>
              <w:tblBorders>
                <w:top w:val="nil" w:sz="0" w:space="0" w:color="FFFFFF"/>
                <w:left w:val="nil" w:sz="0" w:space="0" w:color="FFFFFF"/>
                <w:bottom w:val="nil" w:sz="0" w:space="0" w:color="FFFFFF"/>
                <w:right w:val="nil" w:sz="0" w:space="0" w:color="FFFFFF"/>
                <w:insideH w:val="nil" w:sz="0" w:space="0" w:color="FFFFFF"/>
                <w:insideV w:val="nil" w:sz="0" w:space="0" w:color="FFFFFF"/>
              </w:tblBorders>
            </w:tblPr>
            <w:tblGrid>
              <w:gridCol w:w="5760"/>
              <w:gridCol w:w="5760"/>
            </w:tblGrid>
            <w:tr>
              <w:tc>
                <w:tcPr>
                  <w:tcW w:type="dxa" w:w="5112"/>
                  <w:tcMar>
                    <w:top w:w="0" w:type="dxa"/>
                    <w:start w:w="0" w:type="dxa"/>
                    <w:bottom w:w="0" w:type="dxa"/>
                    <w:end w:w="30" w:type="dxa"/>
                  </w:tcMar>
                </w:tcPr>
                <w:p>
                  <w:pPr>
                    <w:spacing w:before="0" w:after="0" w:line="240" w:lineRule="auto"/>
                  </w:pPr>
                  <w:r>
                    <w:rPr>
                      <w:rFonts w:ascii="Aptos" w:hAnsi="Aptos"/>
                      <w:b/>
                      <w:sz w:val="16"/>
                    </w:rPr>
                    <w:t xml:space="preserve">Student Name: </w:t>
                  </w:r>
                  <w:r>
                    <w:rPr>
                      <w:rFonts w:ascii="Aptos" w:hAnsi="Aptos"/>
                      <w:b w:val="0"/>
                      <w:sz w:val="16"/>
                    </w:rPr>
                    <w:t>__________________________</w:t>
                  </w:r>
                </w:p>
              </w:tc>
              <w:tc>
                <w:tcPr>
                  <w:tcW w:type="dxa" w:w="4680"/>
                  <w:tcMar>
                    <w:top w:w="0" w:type="dxa"/>
                    <w:start w:w="0" w:type="dxa"/>
                    <w:bottom w:w="0" w:type="dxa"/>
                    <w:end w:w="30" w:type="dxa"/>
                  </w:tcMar>
                </w:tcPr>
                <w:p>
                  <w:pPr>
                    <w:spacing w:before="0" w:after="0" w:line="240" w:lineRule="auto"/>
                  </w:pPr>
                  <w:r>
                    <w:rPr>
                      <w:rFonts w:ascii="Aptos" w:hAnsi="Aptos"/>
                      <w:b/>
                      <w:sz w:val="16"/>
                    </w:rPr>
                    <w:t xml:space="preserve">Grade: </w:t>
                  </w:r>
                  <w:r>
                    <w:rPr>
                      <w:rFonts w:ascii="Aptos" w:hAnsi="Aptos"/>
                      <w:b w:val="0"/>
                      <w:sz w:val="16"/>
                    </w:rPr>
                    <w:t>_________</w:t>
                  </w:r>
                </w:p>
              </w:tc>
            </w:tr>
          </w:tbl>
          <w:p/>
          <w:tbl>
            <w:tblPr>
              <w:tblW w:type="auto" w:w="0"/>
              <w:jc w:val="center"/>
              <w:tblLayout w:type="fixed"/>
              <w:tblLook w:firstColumn="1" w:firstRow="1" w:lastColumn="0" w:lastRow="0" w:noHBand="0" w:noVBand="1" w:val="04A0"/>
              <w:tblBorders>
                <w:top w:val="nil" w:sz="0" w:space="0" w:color="FFFFFF"/>
                <w:left w:val="nil" w:sz="0" w:space="0" w:color="FFFFFF"/>
                <w:bottom w:val="nil" w:sz="0" w:space="0" w:color="FFFFFF"/>
                <w:right w:val="nil" w:sz="0" w:space="0" w:color="FFFFFF"/>
                <w:insideH w:val="nil" w:sz="0" w:space="0" w:color="FFFFFF"/>
                <w:insideV w:val="nil" w:sz="0" w:space="0" w:color="FFFFFF"/>
              </w:tblBorders>
            </w:tblPr>
            <w:tblGrid>
              <w:gridCol w:w="5760"/>
              <w:gridCol w:w="5760"/>
            </w:tblGrid>
            <w:tr>
              <w:tc>
                <w:tcPr>
                  <w:tcW w:type="dxa" w:w="5112"/>
                  <w:tcMar>
                    <w:top w:w="0" w:type="dxa"/>
                    <w:start w:w="0" w:type="dxa"/>
                    <w:bottom w:w="0" w:type="dxa"/>
                    <w:end w:w="30" w:type="dxa"/>
                  </w:tcMar>
                </w:tcPr>
                <w:p>
                  <w:pPr>
                    <w:spacing w:before="0" w:after="0" w:line="240" w:lineRule="auto"/>
                  </w:pPr>
                  <w:r>
                    <w:rPr>
                      <w:rFonts w:ascii="Aptos" w:hAnsi="Aptos"/>
                      <w:b/>
                      <w:sz w:val="16"/>
                    </w:rPr>
                    <w:t xml:space="preserve">Date: </w:t>
                  </w:r>
                  <w:r>
                    <w:rPr>
                      <w:rFonts w:ascii="Aptos" w:hAnsi="Aptos"/>
                      <w:b w:val="0"/>
                      <w:sz w:val="16"/>
                    </w:rPr>
                    <w:t>______________</w:t>
                  </w:r>
                </w:p>
              </w:tc>
              <w:tc>
                <w:tcPr>
                  <w:tcW w:type="dxa" w:w="4680"/>
                  <w:tcMar>
                    <w:top w:w="0" w:type="dxa"/>
                    <w:start w:w="0" w:type="dxa"/>
                    <w:bottom w:w="0" w:type="dxa"/>
                    <w:end w:w="30" w:type="dxa"/>
                  </w:tcMar>
                </w:tcPr>
                <w:p>
                  <w:pPr>
                    <w:spacing w:before="0" w:after="0" w:line="240" w:lineRule="auto"/>
                  </w:pPr>
                  <w:r>
                    <w:rPr>
                      <w:rFonts w:ascii="Aptos" w:hAnsi="Aptos"/>
                      <w:b/>
                      <w:sz w:val="16"/>
                    </w:rPr>
                    <w:t xml:space="preserve">Bus Number/Route: </w:t>
                  </w:r>
                  <w:r>
                    <w:rPr>
                      <w:rFonts w:ascii="Aptos" w:hAnsi="Aptos"/>
                      <w:b w:val="0"/>
                      <w:sz w:val="16"/>
                    </w:rPr>
                    <w:t>________________</w:t>
                  </w:r>
                </w:p>
              </w:tc>
            </w:tr>
          </w:tbl>
          <w:p/>
          <w:tbl>
            <w:tblPr>
              <w:tblW w:type="auto" w:w="0"/>
              <w:jc w:val="center"/>
              <w:tblLayout w:type="fixed"/>
              <w:tblLook w:firstColumn="1" w:firstRow="1" w:lastColumn="0" w:lastRow="0" w:noHBand="0" w:noVBand="1" w:val="04A0"/>
              <w:tblBorders>
                <w:top w:val="nil" w:sz="0" w:space="0" w:color="FFFFFF"/>
                <w:left w:val="nil" w:sz="0" w:space="0" w:color="FFFFFF"/>
                <w:bottom w:val="nil" w:sz="0" w:space="0" w:color="FFFFFF"/>
                <w:right w:val="nil" w:sz="0" w:space="0" w:color="FFFFFF"/>
                <w:insideH w:val="nil" w:sz="0" w:space="0" w:color="FFFFFF"/>
                <w:insideV w:val="nil" w:sz="0" w:space="0" w:color="FFFFFF"/>
              </w:tblBorders>
            </w:tblPr>
            <w:tblGrid>
              <w:gridCol w:w="5760"/>
              <w:gridCol w:w="5760"/>
            </w:tblGrid>
            <w:tr>
              <w:tc>
                <w:tcPr>
                  <w:tcW w:type="dxa" w:w="5112"/>
                  <w:tcMar>
                    <w:top w:w="0" w:type="dxa"/>
                    <w:start w:w="0" w:type="dxa"/>
                    <w:bottom w:w="0" w:type="dxa"/>
                    <w:end w:w="30" w:type="dxa"/>
                  </w:tcMar>
                </w:tcPr>
                <w:p>
                  <w:pPr>
                    <w:spacing w:before="0" w:after="0" w:line="240" w:lineRule="auto"/>
                  </w:pPr>
                  <w:r>
                    <w:rPr>
                      <w:rFonts w:ascii="Aptos" w:hAnsi="Aptos"/>
                      <w:b/>
                      <w:sz w:val="16"/>
                    </w:rPr>
                    <w:t xml:space="preserve">Bus Driver: </w:t>
                  </w:r>
                  <w:r>
                    <w:rPr>
                      <w:rFonts w:ascii="Aptos" w:hAnsi="Aptos"/>
                      <w:b w:val="0"/>
                      <w:sz w:val="16"/>
                    </w:rPr>
                    <w:t>_____________________</w:t>
                  </w:r>
                </w:p>
              </w:tc>
              <w:tc>
                <w:tcPr>
                  <w:tcW w:type="dxa" w:w="4680"/>
                  <w:tcMar>
                    <w:top w:w="0" w:type="dxa"/>
                    <w:start w:w="0" w:type="dxa"/>
                    <w:bottom w:w="0" w:type="dxa"/>
                    <w:end w:w="30" w:type="dxa"/>
                  </w:tcMar>
                </w:tcPr>
                <w:p>
                  <w:pPr>
                    <w:spacing w:before="0" w:after="0" w:line="240" w:lineRule="auto"/>
                  </w:pPr>
                  <w:r>
                    <w:rPr>
                      <w:rFonts w:ascii="Aptos" w:hAnsi="Aptos"/>
                      <w:b/>
                      <w:sz w:val="16"/>
                    </w:rPr>
                    <w:t xml:space="preserve">Time of Incident: </w:t>
                  </w:r>
                  <w:r>
                    <w:rPr>
                      <w:rFonts w:ascii="Aptos" w:hAnsi="Aptos"/>
                      <w:b w:val="0"/>
                      <w:sz w:val="16"/>
                    </w:rPr>
                    <w:t>______________</w:t>
                  </w:r>
                </w:p>
              </w:tc>
            </w:tr>
          </w:tbl>
          <w:p/>
          <w:p>
            <w:pPr>
              <w:spacing w:before="0" w:after="20" w:line="240" w:lineRule="auto"/>
            </w:pPr>
            <w:r>
              <w:rPr>
                <w:rFonts w:ascii="Aptos" w:hAnsi="Aptos"/>
                <w:b/>
                <w:sz w:val="16"/>
              </w:rPr>
              <w:t xml:space="preserve">Location/Bus Stop (if applicable): </w:t>
            </w:r>
            <w:r>
              <w:rPr>
                <w:rFonts w:ascii="Aptos" w:hAnsi="Aptos"/>
                <w:b w:val="0"/>
                <w:sz w:val="16"/>
              </w:rPr>
              <w:t>__________________________________</w:t>
            </w:r>
          </w:p>
          <w:p>
            <w:pPr>
              <w:spacing w:before="20" w:after="20" w:line="240" w:lineRule="auto"/>
            </w:pPr>
            <w:r>
              <w:rPr>
                <w:rFonts w:ascii="Aptos" w:hAnsi="Aptos"/>
                <w:b/>
                <w:sz w:val="15"/>
              </w:rPr>
              <w:t>REASON FOR REFERRAL</w:t>
            </w:r>
          </w:p>
          <w:tbl>
            <w:tblPr>
              <w:tblW w:type="auto" w:w="0"/>
              <w:jc w:val="center"/>
              <w:tblLayout w:type="fixed"/>
              <w:tblLook w:firstColumn="1" w:firstRow="1" w:lastColumn="0" w:lastRow="0" w:noHBand="0" w:noVBand="1" w:val="04A0"/>
              <w:tblBorders>
                <w:top w:val="nil" w:sz="0" w:space="0" w:color="FFFFFF"/>
                <w:left w:val="nil" w:sz="0" w:space="0" w:color="FFFFFF"/>
                <w:bottom w:val="nil" w:sz="0" w:space="0" w:color="FFFFFF"/>
                <w:right w:val="nil" w:sz="0" w:space="0" w:color="FFFFFF"/>
                <w:insideH w:val="nil" w:sz="0" w:space="0" w:color="FFFFFF"/>
                <w:insideV w:val="nil" w:sz="0" w:space="0" w:color="FFFFFF"/>
              </w:tblBorders>
            </w:tblPr>
            <w:tblGrid>
              <w:gridCol w:w="5760"/>
              <w:gridCol w:w="5760"/>
            </w:tblGrid>
            <w:tr>
              <w:tc>
                <w:tcPr>
                  <w:tcW w:type="dxa" w:w="5760"/>
                  <w:tcMar>
                    <w:top w:w="0" w:type="dxa"/>
                    <w:start w:w="0" w:type="dxa"/>
                    <w:bottom w:w="0" w:type="dxa"/>
                    <w:end w:w="25" w:type="dxa"/>
                  </w:tcMar>
                </w:tcPr>
                <w:p>
                  <w:pPr>
                    <w:spacing w:before="0" w:after="0" w:line="228" w:lineRule="auto"/>
                  </w:pPr>
                  <w:r>
                    <w:rPr>
                      <w:rFonts w:ascii="Aptos" w:hAnsi="Aptos"/>
                      <w:b w:val="0"/>
                      <w:sz w:val="14"/>
                    </w:rPr>
                    <w:t>[ ] Did not follow driver directions</w:t>
                  </w:r>
                </w:p>
              </w:tc>
              <w:tc>
                <w:tcPr>
                  <w:tcW w:type="dxa" w:w="5760"/>
                  <w:tcMar>
                    <w:top w:w="0" w:type="dxa"/>
                    <w:start w:w="0" w:type="dxa"/>
                    <w:bottom w:w="0" w:type="dxa"/>
                    <w:end w:w="25" w:type="dxa"/>
                  </w:tcMar>
                </w:tcPr>
                <w:p>
                  <w:pPr>
                    <w:spacing w:before="0" w:after="0" w:line="228" w:lineRule="auto"/>
                  </w:pPr>
                  <w:r>
                    <w:rPr>
                      <w:rFonts w:ascii="Aptos" w:hAnsi="Aptos"/>
                      <w:b w:val="0"/>
                      <w:sz w:val="14"/>
                    </w:rPr>
                    <w:t>[ ] Standing/moving while bus was in motion</w:t>
                  </w:r>
                </w:p>
              </w:tc>
            </w:tr>
            <w:tr>
              <w:tc>
                <w:tcPr>
                  <w:tcW w:type="dxa" w:w="5760"/>
                  <w:tcMar>
                    <w:top w:w="0" w:type="dxa"/>
                    <w:start w:w="0" w:type="dxa"/>
                    <w:bottom w:w="0" w:type="dxa"/>
                    <w:end w:w="25" w:type="dxa"/>
                  </w:tcMar>
                </w:tcPr>
                <w:p>
                  <w:pPr>
                    <w:spacing w:before="0" w:after="0" w:line="228" w:lineRule="auto"/>
                  </w:pPr>
                  <w:r>
                    <w:rPr>
                      <w:rFonts w:ascii="Aptos" w:hAnsi="Aptos"/>
                      <w:b w:val="0"/>
                      <w:sz w:val="14"/>
                    </w:rPr>
                    <w:t>[ ] Did not stay in assigned seat</w:t>
                  </w:r>
                </w:p>
              </w:tc>
              <w:tc>
                <w:tcPr>
                  <w:tcW w:type="dxa" w:w="5760"/>
                  <w:tcMar>
                    <w:top w:w="0" w:type="dxa"/>
                    <w:start w:w="0" w:type="dxa"/>
                    <w:bottom w:w="0" w:type="dxa"/>
                    <w:end w:w="25" w:type="dxa"/>
                  </w:tcMar>
                </w:tcPr>
                <w:p>
                  <w:pPr>
                    <w:spacing w:before="0" w:after="0" w:line="228" w:lineRule="auto"/>
                  </w:pPr>
                  <w:r>
                    <w:rPr>
                      <w:rFonts w:ascii="Aptos" w:hAnsi="Aptos"/>
                      <w:b w:val="0"/>
                      <w:sz w:val="14"/>
                    </w:rPr>
                    <w:t>[ ] Excessive noise/yelling</w:t>
                  </w:r>
                </w:p>
              </w:tc>
            </w:tr>
            <w:tr>
              <w:tc>
                <w:tcPr>
                  <w:tcW w:type="dxa" w:w="5760"/>
                  <w:tcMar>
                    <w:top w:w="0" w:type="dxa"/>
                    <w:start w:w="0" w:type="dxa"/>
                    <w:bottom w:w="0" w:type="dxa"/>
                    <w:end w:w="25" w:type="dxa"/>
                  </w:tcMar>
                </w:tcPr>
                <w:p>
                  <w:pPr>
                    <w:spacing w:before="0" w:after="0" w:line="228" w:lineRule="auto"/>
                  </w:pPr>
                  <w:r>
                    <w:rPr>
                      <w:rFonts w:ascii="Aptos" w:hAnsi="Aptos"/>
                      <w:b w:val="0"/>
                      <w:sz w:val="14"/>
                    </w:rPr>
                    <w:t>[ ] Disrespectful/inappropriate language</w:t>
                  </w:r>
                </w:p>
              </w:tc>
              <w:tc>
                <w:tcPr>
                  <w:tcW w:type="dxa" w:w="5760"/>
                  <w:tcMar>
                    <w:top w:w="0" w:type="dxa"/>
                    <w:start w:w="0" w:type="dxa"/>
                    <w:bottom w:w="0" w:type="dxa"/>
                    <w:end w:w="25" w:type="dxa"/>
                  </w:tcMar>
                </w:tcPr>
                <w:p>
                  <w:pPr>
                    <w:spacing w:before="0" w:after="0" w:line="228" w:lineRule="auto"/>
                  </w:pPr>
                  <w:r>
                    <w:rPr>
                      <w:rFonts w:ascii="Aptos" w:hAnsi="Aptos"/>
                      <w:b w:val="0"/>
                      <w:sz w:val="14"/>
                    </w:rPr>
                    <w:t>[ ] Teasing or bullying</w:t>
                  </w:r>
                </w:p>
              </w:tc>
            </w:tr>
            <w:tr>
              <w:tc>
                <w:tcPr>
                  <w:tcW w:type="dxa" w:w="5760"/>
                  <w:tcMar>
                    <w:top w:w="0" w:type="dxa"/>
                    <w:start w:w="0" w:type="dxa"/>
                    <w:bottom w:w="0" w:type="dxa"/>
                    <w:end w:w="25" w:type="dxa"/>
                  </w:tcMar>
                </w:tcPr>
                <w:p>
                  <w:pPr>
                    <w:spacing w:before="0" w:after="0" w:line="228" w:lineRule="auto"/>
                  </w:pPr>
                  <w:r>
                    <w:rPr>
                      <w:rFonts w:ascii="Aptos" w:hAnsi="Aptos"/>
                      <w:b w:val="0"/>
                      <w:sz w:val="14"/>
                    </w:rPr>
                    <w:t>[ ] Physical contact/fighting</w:t>
                  </w:r>
                </w:p>
              </w:tc>
              <w:tc>
                <w:tcPr>
                  <w:tcW w:type="dxa" w:w="5760"/>
                  <w:tcMar>
                    <w:top w:w="0" w:type="dxa"/>
                    <w:start w:w="0" w:type="dxa"/>
                    <w:bottom w:w="0" w:type="dxa"/>
                    <w:end w:w="25" w:type="dxa"/>
                  </w:tcMar>
                </w:tcPr>
                <w:p>
                  <w:pPr>
                    <w:spacing w:before="0" w:after="0" w:line="228" w:lineRule="auto"/>
                  </w:pPr>
                  <w:r>
                    <w:rPr>
                      <w:rFonts w:ascii="Aptos" w:hAnsi="Aptos"/>
                      <w:b w:val="0"/>
                      <w:sz w:val="14"/>
                    </w:rPr>
                    <w:t>[ ] Throwing objects</w:t>
                  </w:r>
                </w:p>
              </w:tc>
            </w:tr>
            <w:tr>
              <w:tc>
                <w:tcPr>
                  <w:tcW w:type="dxa" w:w="5760"/>
                  <w:tcMar>
                    <w:top w:w="0" w:type="dxa"/>
                    <w:start w:w="0" w:type="dxa"/>
                    <w:bottom w:w="0" w:type="dxa"/>
                    <w:end w:w="25" w:type="dxa"/>
                  </w:tcMar>
                </w:tcPr>
                <w:p>
                  <w:pPr>
                    <w:spacing w:before="0" w:after="0" w:line="228" w:lineRule="auto"/>
                  </w:pPr>
                  <w:r>
                    <w:rPr>
                      <w:rFonts w:ascii="Aptos" w:hAnsi="Aptos"/>
                      <w:b w:val="0"/>
                      <w:sz w:val="14"/>
                    </w:rPr>
                    <w:t>[ ] Damaging bus property</w:t>
                  </w:r>
                </w:p>
              </w:tc>
              <w:tc>
                <w:tcPr>
                  <w:tcW w:type="dxa" w:w="5760"/>
                  <w:tcMar>
                    <w:top w:w="0" w:type="dxa"/>
                    <w:start w:w="0" w:type="dxa"/>
                    <w:bottom w:w="0" w:type="dxa"/>
                    <w:end w:w="25" w:type="dxa"/>
                  </w:tcMar>
                </w:tcPr>
                <w:p>
                  <w:pPr>
                    <w:spacing w:before="0" w:after="0" w:line="228" w:lineRule="auto"/>
                  </w:pPr>
                  <w:r>
                    <w:rPr>
                      <w:rFonts w:ascii="Aptos" w:hAnsi="Aptos"/>
                      <w:b w:val="0"/>
                      <w:sz w:val="14"/>
                    </w:rPr>
                    <w:t>[ ] Eating/drinking when not permitted</w:t>
                  </w:r>
                </w:p>
              </w:tc>
            </w:tr>
            <w:tr>
              <w:tc>
                <w:tcPr>
                  <w:tcW w:type="dxa" w:w="5760"/>
                  <w:tcMar>
                    <w:top w:w="0" w:type="dxa"/>
                    <w:start w:w="0" w:type="dxa"/>
                    <w:bottom w:w="0" w:type="dxa"/>
                    <w:end w:w="25" w:type="dxa"/>
                  </w:tcMar>
                </w:tcPr>
                <w:p>
                  <w:pPr>
                    <w:spacing w:before="0" w:after="0" w:line="228" w:lineRule="auto"/>
                  </w:pPr>
                  <w:r>
                    <w:rPr>
                      <w:rFonts w:ascii="Aptos" w:hAnsi="Aptos"/>
                      <w:b w:val="0"/>
                      <w:sz w:val="14"/>
                    </w:rPr>
                    <w:t>[ ] Unsafe behavior</w:t>
                  </w:r>
                </w:p>
              </w:tc>
              <w:tc>
                <w:tcPr>
                  <w:tcW w:type="dxa" w:w="5760"/>
                  <w:tcMar>
                    <w:top w:w="0" w:type="dxa"/>
                    <w:start w:w="0" w:type="dxa"/>
                    <w:bottom w:w="0" w:type="dxa"/>
                    <w:end w:w="25" w:type="dxa"/>
                  </w:tcMar>
                </w:tcPr>
                <w:p>
                  <w:pPr>
                    <w:spacing w:before="0" w:after="0" w:line="228" w:lineRule="auto"/>
                  </w:pPr>
                  <w:r>
                    <w:rPr>
                      <w:rFonts w:ascii="Aptos" w:hAnsi="Aptos"/>
                      <w:b w:val="0"/>
                      <w:sz w:val="14"/>
                    </w:rPr>
                    <w:t>[ ] Inappropriate use of technology</w:t>
                  </w:r>
                </w:p>
              </w:tc>
            </w:tr>
            <w:tr>
              <w:tc>
                <w:tcPr>
                  <w:tcW w:type="dxa" w:w="5760"/>
                  <w:tcMar>
                    <w:top w:w="0" w:type="dxa"/>
                    <w:start w:w="0" w:type="dxa"/>
                    <w:bottom w:w="0" w:type="dxa"/>
                    <w:end w:w="25" w:type="dxa"/>
                  </w:tcMar>
                </w:tcPr>
                <w:p>
                  <w:pPr>
                    <w:spacing w:before="0" w:after="0" w:line="228" w:lineRule="auto"/>
                  </w:pPr>
                  <w:r>
                    <w:rPr>
                      <w:rFonts w:ascii="Aptos" w:hAnsi="Aptos"/>
                      <w:b w:val="0"/>
                      <w:sz w:val="14"/>
                    </w:rPr>
                    <w:t>[ ] Other: ___________________________</w:t>
                  </w:r>
                </w:p>
              </w:tc>
              <w:tc>
                <w:tcPr>
                  <w:tcW w:type="dxa" w:w="5760"/>
                  <w:tcMar>
                    <w:top w:w="0" w:type="dxa"/>
                    <w:start w:w="0" w:type="dxa"/>
                    <w:bottom w:w="0" w:type="dxa"/>
                    <w:end w:w="25" w:type="dxa"/>
                  </w:tcMar>
                </w:tcPr>
                <w:p>
                  <w:pPr>
                    <w:spacing w:before="0" w:after="0" w:line="228" w:lineRule="auto"/>
                  </w:pPr>
                </w:p>
              </w:tc>
            </w:tr>
          </w:tbl>
          <w:p/>
          <w:p>
            <w:pPr>
              <w:spacing w:before="20" w:after="20" w:line="240" w:lineRule="auto"/>
            </w:pPr>
            <w:r>
              <w:rPr>
                <w:rFonts w:ascii="Aptos" w:hAnsi="Aptos"/>
                <w:b/>
                <w:sz w:val="15"/>
              </w:rPr>
              <w:t>BRIEF DESCRIPTION OF WHAT HAPPENED</w:t>
            </w:r>
          </w:p>
          <w:p>
            <w:pPr>
              <w:spacing w:before="0" w:after="0" w:line="216" w:lineRule="auto"/>
            </w:pPr>
            <w:r>
              <w:rPr>
                <w:rFonts w:ascii="Aptos" w:hAnsi="Aptos"/>
                <w:b w:val="0"/>
                <w:sz w:val="15"/>
              </w:rPr>
              <w:t>________________________________________________________________________________________</w:t>
            </w:r>
          </w:p>
          <w:p>
            <w:pPr>
              <w:spacing w:before="0" w:after="0" w:line="216" w:lineRule="auto"/>
            </w:pPr>
            <w:r>
              <w:rPr>
                <w:rFonts w:ascii="Aptos" w:hAnsi="Aptos"/>
                <w:b w:val="0"/>
                <w:sz w:val="15"/>
              </w:rPr>
              <w:t>________________________________________________________________________________________</w:t>
            </w:r>
          </w:p>
          <w:p>
            <w:pPr>
              <w:spacing w:before="20" w:after="20" w:line="240" w:lineRule="auto"/>
            </w:pPr>
            <w:r>
              <w:rPr>
                <w:rFonts w:ascii="Aptos" w:hAnsi="Aptos"/>
                <w:b/>
                <w:sz w:val="15"/>
              </w:rPr>
              <w:t>DRIVER RESPONSE</w:t>
            </w:r>
          </w:p>
          <w:tbl>
            <w:tblPr>
              <w:tblW w:type="auto" w:w="0"/>
              <w:jc w:val="center"/>
              <w:tblLayout w:type="fixed"/>
              <w:tblLook w:firstColumn="1" w:firstRow="1" w:lastColumn="0" w:lastRow="0" w:noHBand="0" w:noVBand="1" w:val="04A0"/>
              <w:tblBorders>
                <w:top w:val="nil" w:sz="0" w:space="0" w:color="FFFFFF"/>
                <w:left w:val="nil" w:sz="0" w:space="0" w:color="FFFFFF"/>
                <w:bottom w:val="nil" w:sz="0" w:space="0" w:color="FFFFFF"/>
                <w:right w:val="nil" w:sz="0" w:space="0" w:color="FFFFFF"/>
                <w:insideH w:val="nil" w:sz="0" w:space="0" w:color="FFFFFF"/>
                <w:insideV w:val="nil" w:sz="0" w:space="0" w:color="FFFFFF"/>
              </w:tblBorders>
            </w:tblPr>
            <w:tblGrid>
              <w:gridCol w:w="3840"/>
              <w:gridCol w:w="3840"/>
              <w:gridCol w:w="3840"/>
            </w:tblGrid>
            <w:tr>
              <w:tc>
                <w:tcPr>
                  <w:tcW w:type="dxa" w:w="3840"/>
                  <w:tcMar>
                    <w:top w:w="0" w:type="dxa"/>
                    <w:start w:w="0" w:type="dxa"/>
                    <w:bottom w:w="0" w:type="dxa"/>
                    <w:end w:w="25" w:type="dxa"/>
                  </w:tcMar>
                </w:tcPr>
                <w:p>
                  <w:pPr>
                    <w:spacing w:before="0" w:after="0" w:line="228" w:lineRule="auto"/>
                  </w:pPr>
                  <w:r>
                    <w:rPr>
                      <w:rFonts w:ascii="Aptos" w:hAnsi="Aptos"/>
                      <w:b w:val="0"/>
                      <w:sz w:val="14"/>
                    </w:rPr>
                    <w:t>[ ] Verbal reminder</w:t>
                  </w:r>
                </w:p>
              </w:tc>
              <w:tc>
                <w:tcPr>
                  <w:tcW w:type="dxa" w:w="3840"/>
                  <w:tcMar>
                    <w:top w:w="0" w:type="dxa"/>
                    <w:start w:w="0" w:type="dxa"/>
                    <w:bottom w:w="0" w:type="dxa"/>
                    <w:end w:w="25" w:type="dxa"/>
                  </w:tcMar>
                </w:tcPr>
                <w:p>
                  <w:pPr>
                    <w:spacing w:before="0" w:after="0" w:line="228" w:lineRule="auto"/>
                  </w:pPr>
                  <w:r>
                    <w:rPr>
                      <w:rFonts w:ascii="Aptos" w:hAnsi="Aptos"/>
                      <w:b w:val="0"/>
                      <w:sz w:val="14"/>
                    </w:rPr>
                    <w:t>[ ] Retaught bus expectation</w:t>
                  </w:r>
                </w:p>
              </w:tc>
              <w:tc>
                <w:tcPr>
                  <w:tcW w:type="dxa" w:w="3840"/>
                  <w:tcMar>
                    <w:top w:w="0" w:type="dxa"/>
                    <w:start w:w="0" w:type="dxa"/>
                    <w:bottom w:w="0" w:type="dxa"/>
                    <w:end w:w="25" w:type="dxa"/>
                  </w:tcMar>
                </w:tcPr>
                <w:p>
                  <w:pPr>
                    <w:spacing w:before="0" w:after="0" w:line="228" w:lineRule="auto"/>
                  </w:pPr>
                  <w:r>
                    <w:rPr>
                      <w:rFonts w:ascii="Aptos" w:hAnsi="Aptos"/>
                      <w:b w:val="0"/>
                      <w:sz w:val="14"/>
                    </w:rPr>
                    <w:t>[ ] Changed student seat</w:t>
                  </w:r>
                </w:p>
              </w:tc>
            </w:tr>
            <w:tr>
              <w:tc>
                <w:tcPr>
                  <w:tcW w:type="dxa" w:w="3840"/>
                  <w:tcMar>
                    <w:top w:w="0" w:type="dxa"/>
                    <w:start w:w="0" w:type="dxa"/>
                    <w:bottom w:w="0" w:type="dxa"/>
                    <w:end w:w="25" w:type="dxa"/>
                  </w:tcMar>
                </w:tcPr>
                <w:p>
                  <w:pPr>
                    <w:spacing w:before="0" w:after="0" w:line="228" w:lineRule="auto"/>
                  </w:pPr>
                  <w:r>
                    <w:rPr>
                      <w:rFonts w:ascii="Aptos" w:hAnsi="Aptos"/>
                      <w:b w:val="0"/>
                      <w:sz w:val="14"/>
                    </w:rPr>
                    <w:t>[ ] Spoke with student privately</w:t>
                  </w:r>
                </w:p>
              </w:tc>
              <w:tc>
                <w:tcPr>
                  <w:tcW w:type="dxa" w:w="3840"/>
                  <w:tcMar>
                    <w:top w:w="0" w:type="dxa"/>
                    <w:start w:w="0" w:type="dxa"/>
                    <w:bottom w:w="0" w:type="dxa"/>
                    <w:end w:w="25" w:type="dxa"/>
                  </w:tcMar>
                </w:tcPr>
                <w:p>
                  <w:pPr>
                    <w:spacing w:before="0" w:after="0" w:line="228" w:lineRule="auto"/>
                  </w:pPr>
                  <w:r>
                    <w:rPr>
                      <w:rFonts w:ascii="Aptos" w:hAnsi="Aptos"/>
                      <w:b w:val="0"/>
                      <w:sz w:val="14"/>
                    </w:rPr>
                    <w:t>[ ] Previous warning(s) given</w:t>
                  </w:r>
                </w:p>
              </w:tc>
              <w:tc>
                <w:tcPr>
                  <w:tcW w:type="dxa" w:w="3840"/>
                  <w:tcMar>
                    <w:top w:w="0" w:type="dxa"/>
                    <w:start w:w="0" w:type="dxa"/>
                    <w:bottom w:w="0" w:type="dxa"/>
                    <w:end w:w="25" w:type="dxa"/>
                  </w:tcMar>
                </w:tcPr>
                <w:p>
                  <w:pPr>
                    <w:spacing w:before="0" w:after="0" w:line="228" w:lineRule="auto"/>
                  </w:pPr>
                  <w:r>
                    <w:rPr>
                      <w:rFonts w:ascii="Aptos" w:hAnsi="Aptos"/>
                      <w:b w:val="0"/>
                      <w:sz w:val="14"/>
                    </w:rPr>
                    <w:t>[ ] Immediate referral - safety concern</w:t>
                  </w:r>
                </w:p>
              </w:tc>
            </w:tr>
          </w:tbl>
          <w:p/>
          <w:p>
            <w:pPr>
              <w:spacing w:before="0" w:after="0" w:line="240" w:lineRule="auto"/>
            </w:pPr>
            <w:r>
              <w:rPr>
                <w:rFonts w:ascii="Aptos" w:hAnsi="Aptos"/>
                <w:b/>
                <w:sz w:val="15"/>
              </w:rPr>
              <w:t xml:space="preserve">Driver Comments: </w:t>
            </w:r>
            <w:r>
              <w:rPr>
                <w:rFonts w:ascii="Aptos" w:hAnsi="Aptos"/>
                <w:b w:val="0"/>
                <w:sz w:val="15"/>
              </w:rPr>
              <w:t>______________________________________________________________________</w:t>
            </w:r>
          </w:p>
          <w:tbl>
            <w:tblPr>
              <w:tblW w:type="auto" w:w="0"/>
              <w:jc w:val="center"/>
              <w:tblLayout w:type="fixed"/>
              <w:tblLook w:firstColumn="1" w:firstRow="1" w:lastColumn="0" w:lastRow="0" w:noHBand="0" w:noVBand="1" w:val="04A0"/>
              <w:tblBorders>
                <w:top w:val="nil" w:sz="0" w:space="0" w:color="FFFFFF"/>
                <w:left w:val="nil" w:sz="0" w:space="0" w:color="FFFFFF"/>
                <w:bottom w:val="nil" w:sz="0" w:space="0" w:color="FFFFFF"/>
                <w:right w:val="nil" w:sz="0" w:space="0" w:color="FFFFFF"/>
                <w:insideH w:val="nil" w:sz="0" w:space="0" w:color="FFFFFF"/>
                <w:insideV w:val="nil" w:sz="0" w:space="0" w:color="FFFFFF"/>
              </w:tblBorders>
            </w:tblPr>
            <w:tblGrid>
              <w:gridCol w:w="5760"/>
              <w:gridCol w:w="5760"/>
            </w:tblGrid>
            <w:tr>
              <w:tc>
                <w:tcPr>
                  <w:tcW w:type="dxa" w:w="5112"/>
                  <w:tcMar>
                    <w:top w:w="0" w:type="dxa"/>
                    <w:start w:w="0" w:type="dxa"/>
                    <w:bottom w:w="0" w:type="dxa"/>
                    <w:end w:w="30" w:type="dxa"/>
                  </w:tcMar>
                </w:tcPr>
                <w:p>
                  <w:pPr>
                    <w:spacing w:before="0" w:after="0" w:line="240" w:lineRule="auto"/>
                  </w:pPr>
                  <w:r>
                    <w:rPr>
                      <w:rFonts w:ascii="Aptos" w:hAnsi="Aptos"/>
                      <w:b/>
                      <w:sz w:val="15"/>
                    </w:rPr>
                    <w:t xml:space="preserve">Driver Signature: </w:t>
                  </w:r>
                  <w:r>
                    <w:rPr>
                      <w:rFonts w:ascii="Aptos" w:hAnsi="Aptos"/>
                      <w:b w:val="0"/>
                      <w:sz w:val="15"/>
                    </w:rPr>
                    <w:t>_________________________</w:t>
                  </w:r>
                </w:p>
              </w:tc>
              <w:tc>
                <w:tcPr>
                  <w:tcW w:type="dxa" w:w="4680"/>
                  <w:tcMar>
                    <w:top w:w="0" w:type="dxa"/>
                    <w:start w:w="0" w:type="dxa"/>
                    <w:bottom w:w="0" w:type="dxa"/>
                    <w:end w:w="30" w:type="dxa"/>
                  </w:tcMar>
                </w:tcPr>
                <w:p>
                  <w:pPr>
                    <w:spacing w:before="0" w:after="0" w:line="240" w:lineRule="auto"/>
                  </w:pPr>
                  <w:r>
                    <w:rPr>
                      <w:rFonts w:ascii="Aptos" w:hAnsi="Aptos"/>
                      <w:b/>
                      <w:sz w:val="15"/>
                    </w:rPr>
                    <w:t xml:space="preserve">Date: </w:t>
                  </w:r>
                  <w:r>
                    <w:rPr>
                      <w:rFonts w:ascii="Aptos" w:hAnsi="Aptos"/>
                      <w:b w:val="0"/>
                      <w:sz w:val="15"/>
                    </w:rPr>
                    <w:t>____________</w:t>
                  </w:r>
                </w:p>
              </w:tc>
            </w:tr>
          </w:tbl>
          <w:p/>
        </w:tc>
      </w:tr>
    </w:tbl>
    <w:p>
      <w:r>
        <w:br w:type="page"/>
      </w:r>
    </w:p>
    <w:tbl>
      <w:tblPr>
        <w:tblW w:type="auto" w:w="0"/>
        <w:jc w:val="center"/>
        <w:tblLayout w:type="fixed"/>
        <w:tblLook w:firstColumn="1" w:firstRow="1" w:lastColumn="0" w:lastRow="0" w:noHBand="0" w:noVBand="1" w:val="04A0"/>
        <w:tblBorders>
          <w:top w:val="single" w:sz="10" w:space="0" w:color="000000"/>
          <w:left w:val="single" w:sz="10" w:space="0" w:color="000000"/>
          <w:bottom w:val="single" w:sz="10" w:space="0" w:color="000000"/>
          <w:right w:val="single" w:sz="10" w:space="0" w:color="000000"/>
          <w:insideH w:val="single" w:sz="10" w:space="0" w:color="000000"/>
          <w:insideV w:val="single" w:sz="10" w:space="0" w:color="000000"/>
        </w:tblBorders>
      </w:tblPr>
      <w:tblGrid>
        <w:gridCol w:w="11520"/>
      </w:tblGrid>
      <w:tr>
        <w:tc>
          <w:tcPr>
            <w:tcW w:type="dxa" w:w="11520"/>
            <w:tcMar>
              <w:top w:w="45" w:type="dxa"/>
              <w:start w:w="70" w:type="dxa"/>
              <w:bottom w:w="40" w:type="dxa"/>
              <w:end w:w="70" w:type="dxa"/>
            </w:tcMar>
            <w:vAlign w:val="top"/>
          </w:tcPr>
          <w:p>
            <w:pPr>
              <w:spacing w:before="0" w:after="20" w:line="240" w:lineRule="auto"/>
              <w:jc w:val="center"/>
            </w:pPr>
            <w:r>
              <w:rPr>
                <w:rFonts w:ascii="Aptos" w:hAnsi="Aptos"/>
                <w:b/>
                <w:sz w:val="20"/>
              </w:rPr>
              <w:t>SCHOOL FOLLOW-UP / BUS EXPECTATIONS</w:t>
            </w:r>
          </w:p>
          <w:tbl>
            <w:tblPr>
              <w:tblW w:type="auto" w:w="0"/>
              <w:jc w:val="center"/>
              <w:tblLayout w:type="fixed"/>
              <w:tblLook w:firstColumn="1" w:firstRow="1" w:lastColumn="0" w:lastRow="0" w:noHBand="0" w:noVBand="1" w:val="04A0"/>
              <w:tblBorders>
                <w:top w:val="nil" w:sz="0" w:space="0" w:color="FFFFFF"/>
                <w:left w:val="nil" w:sz="0" w:space="0" w:color="FFFFFF"/>
                <w:bottom w:val="nil" w:sz="0" w:space="0" w:color="FFFFFF"/>
                <w:right w:val="nil" w:sz="0" w:space="0" w:color="FFFFFF"/>
                <w:insideH w:val="nil" w:sz="0" w:space="0" w:color="FFFFFF"/>
                <w:insideV w:val="nil" w:sz="0" w:space="0" w:color="FFFFFF"/>
              </w:tblBorders>
            </w:tblPr>
            <w:tblGrid>
              <w:gridCol w:w="5760"/>
              <w:gridCol w:w="5760"/>
            </w:tblGrid>
            <w:tr>
              <w:tc>
                <w:tcPr>
                  <w:tcW w:type="dxa" w:w="5112"/>
                  <w:tcMar>
                    <w:top w:w="0" w:type="dxa"/>
                    <w:start w:w="0" w:type="dxa"/>
                    <w:bottom w:w="0" w:type="dxa"/>
                    <w:end w:w="30" w:type="dxa"/>
                  </w:tcMar>
                </w:tcPr>
                <w:p>
                  <w:pPr>
                    <w:spacing w:before="0" w:after="0" w:line="240" w:lineRule="auto"/>
                  </w:pPr>
                  <w:r>
                    <w:rPr>
                      <w:rFonts w:ascii="Aptos" w:hAnsi="Aptos"/>
                      <w:b/>
                      <w:sz w:val="16"/>
                    </w:rPr>
                    <w:t xml:space="preserve">Student Name: </w:t>
                  </w:r>
                  <w:r>
                    <w:rPr>
                      <w:rFonts w:ascii="Aptos" w:hAnsi="Aptos"/>
                      <w:b w:val="0"/>
                      <w:sz w:val="16"/>
                    </w:rPr>
                    <w:t>__________________________</w:t>
                  </w:r>
                </w:p>
              </w:tc>
              <w:tc>
                <w:tcPr>
                  <w:tcW w:type="dxa" w:w="4680"/>
                  <w:tcMar>
                    <w:top w:w="0" w:type="dxa"/>
                    <w:start w:w="0" w:type="dxa"/>
                    <w:bottom w:w="0" w:type="dxa"/>
                    <w:end w:w="30" w:type="dxa"/>
                  </w:tcMar>
                </w:tcPr>
                <w:p>
                  <w:pPr>
                    <w:spacing w:before="0" w:after="0" w:line="240" w:lineRule="auto"/>
                  </w:pPr>
                  <w:r>
                    <w:rPr>
                      <w:rFonts w:ascii="Aptos" w:hAnsi="Aptos"/>
                      <w:b/>
                      <w:sz w:val="16"/>
                    </w:rPr>
                    <w:t xml:space="preserve">Date: </w:t>
                  </w:r>
                  <w:r>
                    <w:rPr>
                      <w:rFonts w:ascii="Aptos" w:hAnsi="Aptos"/>
                      <w:b w:val="0"/>
                      <w:sz w:val="16"/>
                    </w:rPr>
                    <w:t>______________</w:t>
                  </w:r>
                </w:p>
              </w:tc>
            </w:tr>
          </w:tbl>
          <w:p/>
          <w:tbl>
            <w:tblPr>
              <w:tblW w:type="auto" w:w="0"/>
              <w:jc w:val="center"/>
              <w:tblLayout w:type="fixed"/>
              <w:tblLook w:firstColumn="1" w:firstRow="1" w:lastColumn="0" w:lastRow="0" w:noHBand="0" w:noVBand="1" w:val="04A0"/>
              <w:tblBorders>
                <w:top w:val="nil" w:sz="0" w:space="0" w:color="FFFFFF"/>
                <w:left w:val="nil" w:sz="0" w:space="0" w:color="FFFFFF"/>
                <w:bottom w:val="nil" w:sz="0" w:space="0" w:color="FFFFFF"/>
                <w:right w:val="nil" w:sz="0" w:space="0" w:color="FFFFFF"/>
                <w:insideH w:val="nil" w:sz="0" w:space="0" w:color="FFFFFF"/>
                <w:insideV w:val="nil" w:sz="0" w:space="0" w:color="FFFFFF"/>
              </w:tblBorders>
            </w:tblPr>
            <w:tblGrid>
              <w:gridCol w:w="5760"/>
              <w:gridCol w:w="5760"/>
            </w:tblGrid>
            <w:tr>
              <w:tc>
                <w:tcPr>
                  <w:tcW w:type="dxa" w:w="5112"/>
                  <w:tcMar>
                    <w:top w:w="0" w:type="dxa"/>
                    <w:start w:w="0" w:type="dxa"/>
                    <w:bottom w:w="0" w:type="dxa"/>
                    <w:end w:w="30" w:type="dxa"/>
                  </w:tcMar>
                </w:tcPr>
                <w:p>
                  <w:pPr>
                    <w:spacing w:before="0" w:after="0" w:line="240" w:lineRule="auto"/>
                  </w:pPr>
                  <w:r>
                    <w:rPr>
                      <w:rFonts w:ascii="Aptos" w:hAnsi="Aptos"/>
                      <w:b/>
                      <w:sz w:val="16"/>
                    </w:rPr>
                    <w:t xml:space="preserve">Bus Number/Route: </w:t>
                  </w:r>
                  <w:r>
                    <w:rPr>
                      <w:rFonts w:ascii="Aptos" w:hAnsi="Aptos"/>
                      <w:b w:val="0"/>
                      <w:sz w:val="16"/>
                    </w:rPr>
                    <w:t>__________________</w:t>
                  </w:r>
                </w:p>
              </w:tc>
              <w:tc>
                <w:tcPr>
                  <w:tcW w:type="dxa" w:w="4680"/>
                  <w:tcMar>
                    <w:top w:w="0" w:type="dxa"/>
                    <w:start w:w="0" w:type="dxa"/>
                    <w:bottom w:w="0" w:type="dxa"/>
                    <w:end w:w="30" w:type="dxa"/>
                  </w:tcMar>
                </w:tcPr>
                <w:p>
                  <w:pPr>
                    <w:spacing w:before="0" w:after="0" w:line="240" w:lineRule="auto"/>
                  </w:pPr>
                  <w:r>
                    <w:rPr>
                      <w:rFonts w:ascii="Aptos" w:hAnsi="Aptos"/>
                      <w:b/>
                      <w:sz w:val="16"/>
                    </w:rPr>
                    <w:t xml:space="preserve">Staff Member: </w:t>
                  </w:r>
                  <w:r>
                    <w:rPr>
                      <w:rFonts w:ascii="Aptos" w:hAnsi="Aptos"/>
                      <w:b w:val="0"/>
                      <w:sz w:val="16"/>
                    </w:rPr>
                    <w:t>____________________</w:t>
                  </w:r>
                </w:p>
              </w:tc>
            </w:tr>
          </w:tbl>
          <w:p/>
          <w:p>
            <w:pPr>
              <w:spacing w:before="20" w:after="20" w:line="240" w:lineRule="auto"/>
            </w:pPr>
            <w:r>
              <w:rPr>
                <w:rFonts w:ascii="Aptos" w:hAnsi="Aptos"/>
                <w:b/>
                <w:sz w:val="15"/>
              </w:rPr>
              <w:t>SCHOOL FOLLOW-UP</w:t>
            </w:r>
          </w:p>
          <w:tbl>
            <w:tblPr>
              <w:tblW w:type="auto" w:w="0"/>
              <w:jc w:val="center"/>
              <w:tblLayout w:type="fixed"/>
              <w:tblLook w:firstColumn="1" w:firstRow="1" w:lastColumn="0" w:lastRow="0" w:noHBand="0" w:noVBand="1" w:val="04A0"/>
              <w:tblBorders>
                <w:top w:val="nil" w:sz="0" w:space="0" w:color="FFFFFF"/>
                <w:left w:val="nil" w:sz="0" w:space="0" w:color="FFFFFF"/>
                <w:bottom w:val="nil" w:sz="0" w:space="0" w:color="FFFFFF"/>
                <w:right w:val="nil" w:sz="0" w:space="0" w:color="FFFFFF"/>
                <w:insideH w:val="nil" w:sz="0" w:space="0" w:color="FFFFFF"/>
                <w:insideV w:val="nil" w:sz="0" w:space="0" w:color="FFFFFF"/>
              </w:tblBorders>
            </w:tblPr>
            <w:tblGrid>
              <w:gridCol w:w="5760"/>
              <w:gridCol w:w="5760"/>
            </w:tblGrid>
            <w:tr>
              <w:tc>
                <w:tcPr>
                  <w:tcW w:type="dxa" w:w="5760"/>
                  <w:tcMar>
                    <w:top w:w="0" w:type="dxa"/>
                    <w:start w:w="0" w:type="dxa"/>
                    <w:bottom w:w="0" w:type="dxa"/>
                    <w:end w:w="25" w:type="dxa"/>
                  </w:tcMar>
                </w:tcPr>
                <w:p>
                  <w:pPr>
                    <w:spacing w:before="0" w:after="0" w:line="228" w:lineRule="auto"/>
                  </w:pPr>
                  <w:r>
                    <w:rPr>
                      <w:rFonts w:ascii="Aptos" w:hAnsi="Aptos"/>
                      <w:b w:val="0"/>
                      <w:sz w:val="15"/>
                    </w:rPr>
                    <w:t>[ ] Student conference</w:t>
                  </w:r>
                </w:p>
              </w:tc>
              <w:tc>
                <w:tcPr>
                  <w:tcW w:type="dxa" w:w="5760"/>
                  <w:tcMar>
                    <w:top w:w="0" w:type="dxa"/>
                    <w:start w:w="0" w:type="dxa"/>
                    <w:bottom w:w="0" w:type="dxa"/>
                    <w:end w:w="25" w:type="dxa"/>
                  </w:tcMar>
                </w:tcPr>
                <w:p>
                  <w:pPr>
                    <w:spacing w:before="0" w:after="0" w:line="228" w:lineRule="auto"/>
                  </w:pPr>
                  <w:r>
                    <w:rPr>
                      <w:rFonts w:ascii="Aptos" w:hAnsi="Aptos"/>
                      <w:b w:val="0"/>
                      <w:sz w:val="15"/>
                    </w:rPr>
                    <w:t>[ ] Parent/guardian contacted</w:t>
                  </w:r>
                </w:p>
              </w:tc>
            </w:tr>
            <w:tr>
              <w:tc>
                <w:tcPr>
                  <w:tcW w:type="dxa" w:w="5760"/>
                  <w:tcMar>
                    <w:top w:w="0" w:type="dxa"/>
                    <w:start w:w="0" w:type="dxa"/>
                    <w:bottom w:w="0" w:type="dxa"/>
                    <w:end w:w="25" w:type="dxa"/>
                  </w:tcMar>
                </w:tcPr>
                <w:p>
                  <w:pPr>
                    <w:spacing w:before="0" w:after="0" w:line="228" w:lineRule="auto"/>
                  </w:pPr>
                  <w:r>
                    <w:rPr>
                      <w:rFonts w:ascii="Aptos" w:hAnsi="Aptos"/>
                      <w:b w:val="0"/>
                      <w:sz w:val="15"/>
                    </w:rPr>
                    <w:t>[ ] Assigned seat</w:t>
                  </w:r>
                </w:p>
              </w:tc>
              <w:tc>
                <w:tcPr>
                  <w:tcW w:type="dxa" w:w="5760"/>
                  <w:tcMar>
                    <w:top w:w="0" w:type="dxa"/>
                    <w:start w:w="0" w:type="dxa"/>
                    <w:bottom w:w="0" w:type="dxa"/>
                    <w:end w:w="25" w:type="dxa"/>
                  </w:tcMar>
                </w:tcPr>
                <w:p>
                  <w:pPr>
                    <w:spacing w:before="0" w:after="0" w:line="228" w:lineRule="auto"/>
                  </w:pPr>
                  <w:r>
                    <w:rPr>
                      <w:rFonts w:ascii="Aptos" w:hAnsi="Aptos"/>
                      <w:b w:val="0"/>
                      <w:sz w:val="15"/>
                    </w:rPr>
                    <w:t>[ ] Restorative conversation</w:t>
                  </w:r>
                </w:p>
              </w:tc>
            </w:tr>
            <w:tr>
              <w:tc>
                <w:tcPr>
                  <w:tcW w:type="dxa" w:w="5760"/>
                  <w:tcMar>
                    <w:top w:w="0" w:type="dxa"/>
                    <w:start w:w="0" w:type="dxa"/>
                    <w:bottom w:w="0" w:type="dxa"/>
                    <w:end w:w="25" w:type="dxa"/>
                  </w:tcMar>
                </w:tcPr>
                <w:p>
                  <w:pPr>
                    <w:spacing w:before="0" w:after="0" w:line="228" w:lineRule="auto"/>
                  </w:pPr>
                  <w:r>
                    <w:rPr>
                      <w:rFonts w:ascii="Aptos" w:hAnsi="Aptos"/>
                      <w:b w:val="0"/>
                      <w:sz w:val="15"/>
                    </w:rPr>
                    <w:t>[ ] Behavior plan</w:t>
                  </w:r>
                </w:p>
              </w:tc>
              <w:tc>
                <w:tcPr>
                  <w:tcW w:type="dxa" w:w="5760"/>
                  <w:tcMar>
                    <w:top w:w="0" w:type="dxa"/>
                    <w:start w:w="0" w:type="dxa"/>
                    <w:bottom w:w="0" w:type="dxa"/>
                    <w:end w:w="25" w:type="dxa"/>
                  </w:tcMar>
                </w:tcPr>
                <w:p>
                  <w:pPr>
                    <w:spacing w:before="0" w:after="0" w:line="228" w:lineRule="auto"/>
                  </w:pPr>
                  <w:r>
                    <w:rPr>
                      <w:rFonts w:ascii="Aptos" w:hAnsi="Aptos"/>
                      <w:b w:val="0"/>
                      <w:sz w:val="15"/>
                    </w:rPr>
                    <w:t>[ ] Bus consequence</w:t>
                  </w:r>
                </w:p>
              </w:tc>
            </w:tr>
            <w:tr>
              <w:tc>
                <w:tcPr>
                  <w:tcW w:type="dxa" w:w="5760"/>
                  <w:tcMar>
                    <w:top w:w="0" w:type="dxa"/>
                    <w:start w:w="0" w:type="dxa"/>
                    <w:bottom w:w="0" w:type="dxa"/>
                    <w:end w:w="25" w:type="dxa"/>
                  </w:tcMar>
                </w:tcPr>
                <w:p>
                  <w:pPr>
                    <w:spacing w:before="0" w:after="0" w:line="228" w:lineRule="auto"/>
                  </w:pPr>
                  <w:r>
                    <w:rPr>
                      <w:rFonts w:ascii="Aptos" w:hAnsi="Aptos"/>
                      <w:b w:val="0"/>
                      <w:sz w:val="15"/>
                    </w:rPr>
                    <w:t>[ ] Other: ___________________________</w:t>
                  </w:r>
                </w:p>
              </w:tc>
              <w:tc>
                <w:tcPr>
                  <w:tcW w:type="dxa" w:w="5760"/>
                  <w:tcMar>
                    <w:top w:w="0" w:type="dxa"/>
                    <w:start w:w="0" w:type="dxa"/>
                    <w:bottom w:w="0" w:type="dxa"/>
                    <w:end w:w="25" w:type="dxa"/>
                  </w:tcMar>
                </w:tcPr>
                <w:p>
                  <w:pPr>
                    <w:spacing w:before="0" w:after="0" w:line="228" w:lineRule="auto"/>
                  </w:pPr>
                </w:p>
              </w:tc>
            </w:tr>
          </w:tbl>
          <w:p/>
          <w:p>
            <w:pPr>
              <w:spacing w:before="0" w:after="0" w:line="240" w:lineRule="auto"/>
            </w:pPr>
            <w:r>
              <w:rPr>
                <w:rFonts w:ascii="Aptos" w:hAnsi="Aptos"/>
                <w:b/>
                <w:sz w:val="15"/>
              </w:rPr>
              <w:t xml:space="preserve">Action/Consequence: </w:t>
            </w:r>
            <w:r>
              <w:rPr>
                <w:rFonts w:ascii="Aptos" w:hAnsi="Aptos"/>
                <w:b w:val="0"/>
                <w:sz w:val="15"/>
              </w:rPr>
              <w:t>______________________________________________________________</w:t>
            </w:r>
          </w:p>
          <w:p>
            <w:pPr>
              <w:spacing w:before="0" w:after="0" w:line="240" w:lineRule="auto"/>
            </w:pPr>
            <w:r>
              <w:rPr>
                <w:rFonts w:ascii="Aptos" w:hAnsi="Aptos"/>
                <w:b w:val="0"/>
                <w:sz w:val="15"/>
              </w:rPr>
              <w:t>________________________________________________________________________________________</w:t>
            </w:r>
          </w:p>
          <w:p>
            <w:pPr>
              <w:spacing w:before="20" w:after="20" w:line="240" w:lineRule="auto"/>
            </w:pPr>
            <w:r>
              <w:rPr>
                <w:rFonts w:ascii="Aptos" w:hAnsi="Aptos"/>
                <w:b/>
                <w:sz w:val="15"/>
              </w:rPr>
              <w:t>BUS EXPECTATIONS</w:t>
            </w:r>
          </w:p>
          <w:p>
            <w:pPr>
              <w:spacing w:before="0" w:after="0" w:line="228" w:lineRule="auto"/>
            </w:pPr>
            <w:r>
              <w:rPr>
                <w:rFonts w:ascii="Aptos" w:hAnsi="Aptos"/>
                <w:b w:val="0"/>
                <w:sz w:val="15"/>
              </w:rPr>
              <w:t>- Sit safely and remain seated while the bus is moving.</w:t>
            </w:r>
          </w:p>
          <w:p>
            <w:pPr>
              <w:spacing w:before="0" w:after="0" w:line="228" w:lineRule="auto"/>
            </w:pPr>
            <w:r>
              <w:rPr>
                <w:rFonts w:ascii="Aptos" w:hAnsi="Aptos"/>
                <w:b w:val="0"/>
                <w:sz w:val="15"/>
              </w:rPr>
              <w:t>- Listen to the driver and follow directions the first time.</w:t>
            </w:r>
          </w:p>
          <w:p>
            <w:pPr>
              <w:spacing w:before="0" w:after="0" w:line="228" w:lineRule="auto"/>
            </w:pPr>
            <w:r>
              <w:rPr>
                <w:rFonts w:ascii="Aptos" w:hAnsi="Aptos"/>
                <w:b w:val="0"/>
                <w:sz w:val="15"/>
              </w:rPr>
              <w:t>- Use a safe voice level so the driver can focus on the road.</w:t>
            </w:r>
          </w:p>
          <w:p>
            <w:pPr>
              <w:spacing w:before="0" w:after="0" w:line="228" w:lineRule="auto"/>
            </w:pPr>
            <w:r>
              <w:rPr>
                <w:rFonts w:ascii="Aptos" w:hAnsi="Aptos"/>
                <w:b w:val="0"/>
                <w:sz w:val="15"/>
              </w:rPr>
              <w:t>- Keep hands, feet, belongings, and unkind words to yourself.</w:t>
            </w:r>
          </w:p>
          <w:p>
            <w:pPr>
              <w:spacing w:before="0" w:after="0" w:line="228" w:lineRule="auto"/>
            </w:pPr>
            <w:r>
              <w:rPr>
                <w:rFonts w:ascii="Aptos" w:hAnsi="Aptos"/>
                <w:b w:val="0"/>
                <w:sz w:val="15"/>
              </w:rPr>
              <w:t>- Use respectful language and report problems to an adult.</w:t>
            </w:r>
          </w:p>
          <w:p>
            <w:pPr>
              <w:spacing w:before="20" w:after="20" w:line="240" w:lineRule="auto"/>
            </w:pPr>
            <w:r>
              <w:rPr>
                <w:rFonts w:ascii="Aptos" w:hAnsi="Aptos"/>
                <w:b/>
                <w:sz w:val="15"/>
              </w:rPr>
              <w:t>STUDENT REFLECTION</w:t>
            </w:r>
          </w:p>
          <w:p>
            <w:pPr>
              <w:spacing w:before="0" w:after="0" w:line="240" w:lineRule="auto"/>
            </w:pPr>
            <w:r>
              <w:rPr>
                <w:rFonts w:ascii="Aptos" w:hAnsi="Aptos"/>
                <w:b/>
                <w:sz w:val="15"/>
              </w:rPr>
              <w:t>What can I do differently next time?</w:t>
            </w:r>
          </w:p>
          <w:p>
            <w:pPr>
              <w:spacing w:before="0" w:after="0" w:line="216" w:lineRule="auto"/>
            </w:pPr>
            <w:r>
              <w:rPr>
                <w:rFonts w:ascii="Aptos" w:hAnsi="Aptos"/>
                <w:b w:val="0"/>
                <w:sz w:val="15"/>
              </w:rPr>
              <w:t>________________________________________________________________________________________</w:t>
            </w:r>
          </w:p>
          <w:p>
            <w:pPr>
              <w:spacing w:before="0" w:after="0" w:line="216" w:lineRule="auto"/>
            </w:pPr>
            <w:r>
              <w:rPr>
                <w:rFonts w:ascii="Aptos" w:hAnsi="Aptos"/>
                <w:b w:val="0"/>
                <w:sz w:val="15"/>
              </w:rPr>
              <w:t>________________________________________________________________________________________</w:t>
            </w:r>
          </w:p>
          <w:tbl>
            <w:tblPr>
              <w:tblW w:type="auto" w:w="0"/>
              <w:jc w:val="center"/>
              <w:tblLayout w:type="fixed"/>
              <w:tblLook w:firstColumn="1" w:firstRow="1" w:lastColumn="0" w:lastRow="0" w:noHBand="0" w:noVBand="1" w:val="04A0"/>
              <w:tblBorders>
                <w:top w:val="nil" w:sz="0" w:space="0" w:color="FFFFFF"/>
                <w:left w:val="nil" w:sz="0" w:space="0" w:color="FFFFFF"/>
                <w:bottom w:val="nil" w:sz="0" w:space="0" w:color="FFFFFF"/>
                <w:right w:val="nil" w:sz="0" w:space="0" w:color="FFFFFF"/>
                <w:insideH w:val="nil" w:sz="0" w:space="0" w:color="FFFFFF"/>
                <w:insideV w:val="nil" w:sz="0" w:space="0" w:color="FFFFFF"/>
              </w:tblBorders>
            </w:tblPr>
            <w:tblGrid>
              <w:gridCol w:w="5760"/>
              <w:gridCol w:w="5760"/>
            </w:tblGrid>
            <w:tr>
              <w:tc>
                <w:tcPr>
                  <w:tcW w:type="dxa" w:w="5112"/>
                  <w:tcMar>
                    <w:top w:w="0" w:type="dxa"/>
                    <w:start w:w="0" w:type="dxa"/>
                    <w:bottom w:w="0" w:type="dxa"/>
                    <w:end w:w="30" w:type="dxa"/>
                  </w:tcMar>
                </w:tcPr>
                <w:p>
                  <w:pPr>
                    <w:spacing w:before="0" w:after="0" w:line="240" w:lineRule="auto"/>
                  </w:pPr>
                  <w:r>
                    <w:rPr>
                      <w:rFonts w:ascii="Aptos" w:hAnsi="Aptos"/>
                      <w:b/>
                      <w:sz w:val="15"/>
                    </w:rPr>
                    <w:t xml:space="preserve">Student Signature: </w:t>
                  </w:r>
                  <w:r>
                    <w:rPr>
                      <w:rFonts w:ascii="Aptos" w:hAnsi="Aptos"/>
                      <w:b w:val="0"/>
                      <w:sz w:val="15"/>
                    </w:rPr>
                    <w:t>_______________________</w:t>
                  </w:r>
                </w:p>
              </w:tc>
              <w:tc>
                <w:tcPr>
                  <w:tcW w:type="dxa" w:w="4680"/>
                  <w:tcMar>
                    <w:top w:w="0" w:type="dxa"/>
                    <w:start w:w="0" w:type="dxa"/>
                    <w:bottom w:w="0" w:type="dxa"/>
                    <w:end w:w="30" w:type="dxa"/>
                  </w:tcMar>
                </w:tcPr>
                <w:p>
                  <w:pPr>
                    <w:spacing w:before="0" w:after="0" w:line="240" w:lineRule="auto"/>
                  </w:pPr>
                  <w:r>
                    <w:rPr>
                      <w:rFonts w:ascii="Aptos" w:hAnsi="Aptos"/>
                      <w:b/>
                      <w:sz w:val="15"/>
                    </w:rPr>
                    <w:t xml:space="preserve">Staff Signature: </w:t>
                  </w:r>
                  <w:r>
                    <w:rPr>
                      <w:rFonts w:ascii="Aptos" w:hAnsi="Aptos"/>
                      <w:b w:val="0"/>
                      <w:sz w:val="15"/>
                    </w:rPr>
                    <w:t>______________________</w:t>
                  </w:r>
                </w:p>
              </w:tc>
            </w:tr>
          </w:tbl>
          <w:p/>
          <w:p>
            <w:pPr>
              <w:spacing w:before="0" w:after="0" w:line="240" w:lineRule="auto"/>
            </w:pPr>
            <w:r>
              <w:rPr>
                <w:rFonts w:ascii="Aptos" w:hAnsi="Aptos"/>
                <w:b/>
                <w:sz w:val="15"/>
              </w:rPr>
              <w:t xml:space="preserve">Parent/Guardian Contact Notes: </w:t>
            </w:r>
            <w:r>
              <w:rPr>
                <w:rFonts w:ascii="Aptos" w:hAnsi="Aptos"/>
                <w:b w:val="0"/>
                <w:sz w:val="15"/>
              </w:rPr>
              <w:t>__________________________________________________</w:t>
            </w:r>
          </w:p>
        </w:tc>
      </w:tr>
    </w:tbl>
    <w:p>
      <w:pPr>
        <w:spacing w:before="20" w:after="20" w:line="240" w:lineRule="auto"/>
        <w:jc w:val="center"/>
      </w:pPr>
      <w:r>
        <w:rPr>
          <w:rFonts w:ascii="Aptos" w:hAnsi="Aptos"/>
          <w:b w:val="0"/>
          <w:sz w:val="12"/>
        </w:rPr>
        <w:t>- - - - - - - - - - - - - - - - - - - - - - - - - - - - CUT HERE - - - - - - - - - - - - - - - - - - - - - - - - - - - -</w:t>
      </w:r>
    </w:p>
    <w:tbl>
      <w:tblPr>
        <w:tblW w:type="auto" w:w="0"/>
        <w:jc w:val="center"/>
        <w:tblLayout w:type="fixed"/>
        <w:tblLook w:firstColumn="1" w:firstRow="1" w:lastColumn="0" w:lastRow="0" w:noHBand="0" w:noVBand="1" w:val="04A0"/>
        <w:tblBorders>
          <w:top w:val="single" w:sz="10" w:space="0" w:color="000000"/>
          <w:left w:val="single" w:sz="10" w:space="0" w:color="000000"/>
          <w:bottom w:val="single" w:sz="10" w:space="0" w:color="000000"/>
          <w:right w:val="single" w:sz="10" w:space="0" w:color="000000"/>
          <w:insideH w:val="single" w:sz="10" w:space="0" w:color="000000"/>
          <w:insideV w:val="single" w:sz="10" w:space="0" w:color="000000"/>
        </w:tblBorders>
      </w:tblPr>
      <w:tblGrid>
        <w:gridCol w:w="11520"/>
      </w:tblGrid>
      <w:tr>
        <w:tc>
          <w:tcPr>
            <w:tcW w:type="dxa" w:w="11520"/>
            <w:tcMar>
              <w:top w:w="45" w:type="dxa"/>
              <w:start w:w="70" w:type="dxa"/>
              <w:bottom w:w="40" w:type="dxa"/>
              <w:end w:w="70" w:type="dxa"/>
            </w:tcMar>
            <w:vAlign w:val="top"/>
          </w:tcPr>
          <w:p>
            <w:pPr>
              <w:spacing w:before="0" w:after="20" w:line="240" w:lineRule="auto"/>
              <w:jc w:val="center"/>
            </w:pPr>
            <w:r>
              <w:rPr>
                <w:rFonts w:ascii="Aptos" w:hAnsi="Aptos"/>
                <w:b/>
                <w:sz w:val="20"/>
              </w:rPr>
              <w:t>SCHOOL FOLLOW-UP / BUS EXPECTATIONS</w:t>
            </w:r>
          </w:p>
          <w:tbl>
            <w:tblPr>
              <w:tblW w:type="auto" w:w="0"/>
              <w:jc w:val="center"/>
              <w:tblLayout w:type="fixed"/>
              <w:tblLook w:firstColumn="1" w:firstRow="1" w:lastColumn="0" w:lastRow="0" w:noHBand="0" w:noVBand="1" w:val="04A0"/>
              <w:tblBorders>
                <w:top w:val="nil" w:sz="0" w:space="0" w:color="FFFFFF"/>
                <w:left w:val="nil" w:sz="0" w:space="0" w:color="FFFFFF"/>
                <w:bottom w:val="nil" w:sz="0" w:space="0" w:color="FFFFFF"/>
                <w:right w:val="nil" w:sz="0" w:space="0" w:color="FFFFFF"/>
                <w:insideH w:val="nil" w:sz="0" w:space="0" w:color="FFFFFF"/>
                <w:insideV w:val="nil" w:sz="0" w:space="0" w:color="FFFFFF"/>
              </w:tblBorders>
            </w:tblPr>
            <w:tblGrid>
              <w:gridCol w:w="5760"/>
              <w:gridCol w:w="5760"/>
            </w:tblGrid>
            <w:tr>
              <w:tc>
                <w:tcPr>
                  <w:tcW w:type="dxa" w:w="5112"/>
                  <w:tcMar>
                    <w:top w:w="0" w:type="dxa"/>
                    <w:start w:w="0" w:type="dxa"/>
                    <w:bottom w:w="0" w:type="dxa"/>
                    <w:end w:w="30" w:type="dxa"/>
                  </w:tcMar>
                </w:tcPr>
                <w:p>
                  <w:pPr>
                    <w:spacing w:before="0" w:after="0" w:line="240" w:lineRule="auto"/>
                  </w:pPr>
                  <w:r>
                    <w:rPr>
                      <w:rFonts w:ascii="Aptos" w:hAnsi="Aptos"/>
                      <w:b/>
                      <w:sz w:val="16"/>
                    </w:rPr>
                    <w:t xml:space="preserve">Student Name: </w:t>
                  </w:r>
                  <w:r>
                    <w:rPr>
                      <w:rFonts w:ascii="Aptos" w:hAnsi="Aptos"/>
                      <w:b w:val="0"/>
                      <w:sz w:val="16"/>
                    </w:rPr>
                    <w:t>__________________________</w:t>
                  </w:r>
                </w:p>
              </w:tc>
              <w:tc>
                <w:tcPr>
                  <w:tcW w:type="dxa" w:w="4680"/>
                  <w:tcMar>
                    <w:top w:w="0" w:type="dxa"/>
                    <w:start w:w="0" w:type="dxa"/>
                    <w:bottom w:w="0" w:type="dxa"/>
                    <w:end w:w="30" w:type="dxa"/>
                  </w:tcMar>
                </w:tcPr>
                <w:p>
                  <w:pPr>
                    <w:spacing w:before="0" w:after="0" w:line="240" w:lineRule="auto"/>
                  </w:pPr>
                  <w:r>
                    <w:rPr>
                      <w:rFonts w:ascii="Aptos" w:hAnsi="Aptos"/>
                      <w:b/>
                      <w:sz w:val="16"/>
                    </w:rPr>
                    <w:t xml:space="preserve">Date: </w:t>
                  </w:r>
                  <w:r>
                    <w:rPr>
                      <w:rFonts w:ascii="Aptos" w:hAnsi="Aptos"/>
                      <w:b w:val="0"/>
                      <w:sz w:val="16"/>
                    </w:rPr>
                    <w:t>______________</w:t>
                  </w:r>
                </w:p>
              </w:tc>
            </w:tr>
          </w:tbl>
          <w:p/>
          <w:tbl>
            <w:tblPr>
              <w:tblW w:type="auto" w:w="0"/>
              <w:jc w:val="center"/>
              <w:tblLayout w:type="fixed"/>
              <w:tblLook w:firstColumn="1" w:firstRow="1" w:lastColumn="0" w:lastRow="0" w:noHBand="0" w:noVBand="1" w:val="04A0"/>
              <w:tblBorders>
                <w:top w:val="nil" w:sz="0" w:space="0" w:color="FFFFFF"/>
                <w:left w:val="nil" w:sz="0" w:space="0" w:color="FFFFFF"/>
                <w:bottom w:val="nil" w:sz="0" w:space="0" w:color="FFFFFF"/>
                <w:right w:val="nil" w:sz="0" w:space="0" w:color="FFFFFF"/>
                <w:insideH w:val="nil" w:sz="0" w:space="0" w:color="FFFFFF"/>
                <w:insideV w:val="nil" w:sz="0" w:space="0" w:color="FFFFFF"/>
              </w:tblBorders>
            </w:tblPr>
            <w:tblGrid>
              <w:gridCol w:w="5760"/>
              <w:gridCol w:w="5760"/>
            </w:tblGrid>
            <w:tr>
              <w:tc>
                <w:tcPr>
                  <w:tcW w:type="dxa" w:w="5112"/>
                  <w:tcMar>
                    <w:top w:w="0" w:type="dxa"/>
                    <w:start w:w="0" w:type="dxa"/>
                    <w:bottom w:w="0" w:type="dxa"/>
                    <w:end w:w="30" w:type="dxa"/>
                  </w:tcMar>
                </w:tcPr>
                <w:p>
                  <w:pPr>
                    <w:spacing w:before="0" w:after="0" w:line="240" w:lineRule="auto"/>
                  </w:pPr>
                  <w:r>
                    <w:rPr>
                      <w:rFonts w:ascii="Aptos" w:hAnsi="Aptos"/>
                      <w:b/>
                      <w:sz w:val="16"/>
                    </w:rPr>
                    <w:t xml:space="preserve">Bus Number/Route: </w:t>
                  </w:r>
                  <w:r>
                    <w:rPr>
                      <w:rFonts w:ascii="Aptos" w:hAnsi="Aptos"/>
                      <w:b w:val="0"/>
                      <w:sz w:val="16"/>
                    </w:rPr>
                    <w:t>__________________</w:t>
                  </w:r>
                </w:p>
              </w:tc>
              <w:tc>
                <w:tcPr>
                  <w:tcW w:type="dxa" w:w="4680"/>
                  <w:tcMar>
                    <w:top w:w="0" w:type="dxa"/>
                    <w:start w:w="0" w:type="dxa"/>
                    <w:bottom w:w="0" w:type="dxa"/>
                    <w:end w:w="30" w:type="dxa"/>
                  </w:tcMar>
                </w:tcPr>
                <w:p>
                  <w:pPr>
                    <w:spacing w:before="0" w:after="0" w:line="240" w:lineRule="auto"/>
                  </w:pPr>
                  <w:r>
                    <w:rPr>
                      <w:rFonts w:ascii="Aptos" w:hAnsi="Aptos"/>
                      <w:b/>
                      <w:sz w:val="16"/>
                    </w:rPr>
                    <w:t xml:space="preserve">Staff Member: </w:t>
                  </w:r>
                  <w:r>
                    <w:rPr>
                      <w:rFonts w:ascii="Aptos" w:hAnsi="Aptos"/>
                      <w:b w:val="0"/>
                      <w:sz w:val="16"/>
                    </w:rPr>
                    <w:t>____________________</w:t>
                  </w:r>
                </w:p>
              </w:tc>
            </w:tr>
          </w:tbl>
          <w:p/>
          <w:p>
            <w:pPr>
              <w:spacing w:before="20" w:after="20" w:line="240" w:lineRule="auto"/>
            </w:pPr>
            <w:r>
              <w:rPr>
                <w:rFonts w:ascii="Aptos" w:hAnsi="Aptos"/>
                <w:b/>
                <w:sz w:val="15"/>
              </w:rPr>
              <w:t>SCHOOL FOLLOW-UP</w:t>
            </w:r>
          </w:p>
          <w:tbl>
            <w:tblPr>
              <w:tblW w:type="auto" w:w="0"/>
              <w:jc w:val="center"/>
              <w:tblLayout w:type="fixed"/>
              <w:tblLook w:firstColumn="1" w:firstRow="1" w:lastColumn="0" w:lastRow="0" w:noHBand="0" w:noVBand="1" w:val="04A0"/>
              <w:tblBorders>
                <w:top w:val="nil" w:sz="0" w:space="0" w:color="FFFFFF"/>
                <w:left w:val="nil" w:sz="0" w:space="0" w:color="FFFFFF"/>
                <w:bottom w:val="nil" w:sz="0" w:space="0" w:color="FFFFFF"/>
                <w:right w:val="nil" w:sz="0" w:space="0" w:color="FFFFFF"/>
                <w:insideH w:val="nil" w:sz="0" w:space="0" w:color="FFFFFF"/>
                <w:insideV w:val="nil" w:sz="0" w:space="0" w:color="FFFFFF"/>
              </w:tblBorders>
            </w:tblPr>
            <w:tblGrid>
              <w:gridCol w:w="5760"/>
              <w:gridCol w:w="5760"/>
            </w:tblGrid>
            <w:tr>
              <w:tc>
                <w:tcPr>
                  <w:tcW w:type="dxa" w:w="5760"/>
                  <w:tcMar>
                    <w:top w:w="0" w:type="dxa"/>
                    <w:start w:w="0" w:type="dxa"/>
                    <w:bottom w:w="0" w:type="dxa"/>
                    <w:end w:w="25" w:type="dxa"/>
                  </w:tcMar>
                </w:tcPr>
                <w:p>
                  <w:pPr>
                    <w:spacing w:before="0" w:after="0" w:line="228" w:lineRule="auto"/>
                  </w:pPr>
                  <w:r>
                    <w:rPr>
                      <w:rFonts w:ascii="Aptos" w:hAnsi="Aptos"/>
                      <w:b w:val="0"/>
                      <w:sz w:val="15"/>
                    </w:rPr>
                    <w:t>[ ] Student conference</w:t>
                  </w:r>
                </w:p>
              </w:tc>
              <w:tc>
                <w:tcPr>
                  <w:tcW w:type="dxa" w:w="5760"/>
                  <w:tcMar>
                    <w:top w:w="0" w:type="dxa"/>
                    <w:start w:w="0" w:type="dxa"/>
                    <w:bottom w:w="0" w:type="dxa"/>
                    <w:end w:w="25" w:type="dxa"/>
                  </w:tcMar>
                </w:tcPr>
                <w:p>
                  <w:pPr>
                    <w:spacing w:before="0" w:after="0" w:line="228" w:lineRule="auto"/>
                  </w:pPr>
                  <w:r>
                    <w:rPr>
                      <w:rFonts w:ascii="Aptos" w:hAnsi="Aptos"/>
                      <w:b w:val="0"/>
                      <w:sz w:val="15"/>
                    </w:rPr>
                    <w:t>[ ] Parent/guardian contacted</w:t>
                  </w:r>
                </w:p>
              </w:tc>
            </w:tr>
            <w:tr>
              <w:tc>
                <w:tcPr>
                  <w:tcW w:type="dxa" w:w="5760"/>
                  <w:tcMar>
                    <w:top w:w="0" w:type="dxa"/>
                    <w:start w:w="0" w:type="dxa"/>
                    <w:bottom w:w="0" w:type="dxa"/>
                    <w:end w:w="25" w:type="dxa"/>
                  </w:tcMar>
                </w:tcPr>
                <w:p>
                  <w:pPr>
                    <w:spacing w:before="0" w:after="0" w:line="228" w:lineRule="auto"/>
                  </w:pPr>
                  <w:r>
                    <w:rPr>
                      <w:rFonts w:ascii="Aptos" w:hAnsi="Aptos"/>
                      <w:b w:val="0"/>
                      <w:sz w:val="15"/>
                    </w:rPr>
                    <w:t>[ ] Assigned seat</w:t>
                  </w:r>
                </w:p>
              </w:tc>
              <w:tc>
                <w:tcPr>
                  <w:tcW w:type="dxa" w:w="5760"/>
                  <w:tcMar>
                    <w:top w:w="0" w:type="dxa"/>
                    <w:start w:w="0" w:type="dxa"/>
                    <w:bottom w:w="0" w:type="dxa"/>
                    <w:end w:w="25" w:type="dxa"/>
                  </w:tcMar>
                </w:tcPr>
                <w:p>
                  <w:pPr>
                    <w:spacing w:before="0" w:after="0" w:line="228" w:lineRule="auto"/>
                  </w:pPr>
                  <w:r>
                    <w:rPr>
                      <w:rFonts w:ascii="Aptos" w:hAnsi="Aptos"/>
                      <w:b w:val="0"/>
                      <w:sz w:val="15"/>
                    </w:rPr>
                    <w:t>[ ] Restorative conversation</w:t>
                  </w:r>
                </w:p>
              </w:tc>
            </w:tr>
            <w:tr>
              <w:tc>
                <w:tcPr>
                  <w:tcW w:type="dxa" w:w="5760"/>
                  <w:tcMar>
                    <w:top w:w="0" w:type="dxa"/>
                    <w:start w:w="0" w:type="dxa"/>
                    <w:bottom w:w="0" w:type="dxa"/>
                    <w:end w:w="25" w:type="dxa"/>
                  </w:tcMar>
                </w:tcPr>
                <w:p>
                  <w:pPr>
                    <w:spacing w:before="0" w:after="0" w:line="228" w:lineRule="auto"/>
                  </w:pPr>
                  <w:r>
                    <w:rPr>
                      <w:rFonts w:ascii="Aptos" w:hAnsi="Aptos"/>
                      <w:b w:val="0"/>
                      <w:sz w:val="15"/>
                    </w:rPr>
                    <w:t>[ ] Behavior plan</w:t>
                  </w:r>
                </w:p>
              </w:tc>
              <w:tc>
                <w:tcPr>
                  <w:tcW w:type="dxa" w:w="5760"/>
                  <w:tcMar>
                    <w:top w:w="0" w:type="dxa"/>
                    <w:start w:w="0" w:type="dxa"/>
                    <w:bottom w:w="0" w:type="dxa"/>
                    <w:end w:w="25" w:type="dxa"/>
                  </w:tcMar>
                </w:tcPr>
                <w:p>
                  <w:pPr>
                    <w:spacing w:before="0" w:after="0" w:line="228" w:lineRule="auto"/>
                  </w:pPr>
                  <w:r>
                    <w:rPr>
                      <w:rFonts w:ascii="Aptos" w:hAnsi="Aptos"/>
                      <w:b w:val="0"/>
                      <w:sz w:val="15"/>
                    </w:rPr>
                    <w:t>[ ] Bus consequence</w:t>
                  </w:r>
                </w:p>
              </w:tc>
            </w:tr>
            <w:tr>
              <w:tc>
                <w:tcPr>
                  <w:tcW w:type="dxa" w:w="5760"/>
                  <w:tcMar>
                    <w:top w:w="0" w:type="dxa"/>
                    <w:start w:w="0" w:type="dxa"/>
                    <w:bottom w:w="0" w:type="dxa"/>
                    <w:end w:w="25" w:type="dxa"/>
                  </w:tcMar>
                </w:tcPr>
                <w:p>
                  <w:pPr>
                    <w:spacing w:before="0" w:after="0" w:line="228" w:lineRule="auto"/>
                  </w:pPr>
                  <w:r>
                    <w:rPr>
                      <w:rFonts w:ascii="Aptos" w:hAnsi="Aptos"/>
                      <w:b w:val="0"/>
                      <w:sz w:val="15"/>
                    </w:rPr>
                    <w:t>[ ] Other: ___________________________</w:t>
                  </w:r>
                </w:p>
              </w:tc>
              <w:tc>
                <w:tcPr>
                  <w:tcW w:type="dxa" w:w="5760"/>
                  <w:tcMar>
                    <w:top w:w="0" w:type="dxa"/>
                    <w:start w:w="0" w:type="dxa"/>
                    <w:bottom w:w="0" w:type="dxa"/>
                    <w:end w:w="25" w:type="dxa"/>
                  </w:tcMar>
                </w:tcPr>
                <w:p>
                  <w:pPr>
                    <w:spacing w:before="0" w:after="0" w:line="228" w:lineRule="auto"/>
                  </w:pPr>
                </w:p>
              </w:tc>
            </w:tr>
          </w:tbl>
          <w:p/>
          <w:p>
            <w:pPr>
              <w:spacing w:before="0" w:after="0" w:line="240" w:lineRule="auto"/>
            </w:pPr>
            <w:r>
              <w:rPr>
                <w:rFonts w:ascii="Aptos" w:hAnsi="Aptos"/>
                <w:b/>
                <w:sz w:val="15"/>
              </w:rPr>
              <w:t xml:space="preserve">Action/Consequence: </w:t>
            </w:r>
            <w:r>
              <w:rPr>
                <w:rFonts w:ascii="Aptos" w:hAnsi="Aptos"/>
                <w:b w:val="0"/>
                <w:sz w:val="15"/>
              </w:rPr>
              <w:t>______________________________________________________________</w:t>
            </w:r>
          </w:p>
          <w:p>
            <w:pPr>
              <w:spacing w:before="0" w:after="0" w:line="240" w:lineRule="auto"/>
            </w:pPr>
            <w:r>
              <w:rPr>
                <w:rFonts w:ascii="Aptos" w:hAnsi="Aptos"/>
                <w:b w:val="0"/>
                <w:sz w:val="15"/>
              </w:rPr>
              <w:t>________________________________________________________________________________________</w:t>
            </w:r>
          </w:p>
          <w:p>
            <w:pPr>
              <w:spacing w:before="20" w:after="20" w:line="240" w:lineRule="auto"/>
            </w:pPr>
            <w:r>
              <w:rPr>
                <w:rFonts w:ascii="Aptos" w:hAnsi="Aptos"/>
                <w:b/>
                <w:sz w:val="15"/>
              </w:rPr>
              <w:t>BUS EXPECTATIONS</w:t>
            </w:r>
          </w:p>
          <w:p>
            <w:pPr>
              <w:spacing w:before="0" w:after="0" w:line="228" w:lineRule="auto"/>
            </w:pPr>
            <w:r>
              <w:rPr>
                <w:rFonts w:ascii="Aptos" w:hAnsi="Aptos"/>
                <w:b w:val="0"/>
                <w:sz w:val="15"/>
              </w:rPr>
              <w:t>- Sit safely and remain seated while the bus is moving.</w:t>
            </w:r>
          </w:p>
          <w:p>
            <w:pPr>
              <w:spacing w:before="0" w:after="0" w:line="228" w:lineRule="auto"/>
            </w:pPr>
            <w:r>
              <w:rPr>
                <w:rFonts w:ascii="Aptos" w:hAnsi="Aptos"/>
                <w:b w:val="0"/>
                <w:sz w:val="15"/>
              </w:rPr>
              <w:t>- Listen to the driver and follow directions the first time.</w:t>
            </w:r>
          </w:p>
          <w:p>
            <w:pPr>
              <w:spacing w:before="0" w:after="0" w:line="228" w:lineRule="auto"/>
            </w:pPr>
            <w:r>
              <w:rPr>
                <w:rFonts w:ascii="Aptos" w:hAnsi="Aptos"/>
                <w:b w:val="0"/>
                <w:sz w:val="15"/>
              </w:rPr>
              <w:t>- Use a safe voice level so the driver can focus on the road.</w:t>
            </w:r>
          </w:p>
          <w:p>
            <w:pPr>
              <w:spacing w:before="0" w:after="0" w:line="228" w:lineRule="auto"/>
            </w:pPr>
            <w:r>
              <w:rPr>
                <w:rFonts w:ascii="Aptos" w:hAnsi="Aptos"/>
                <w:b w:val="0"/>
                <w:sz w:val="15"/>
              </w:rPr>
              <w:t>- Keep hands, feet, belongings, and unkind words to yourself.</w:t>
            </w:r>
          </w:p>
          <w:p>
            <w:pPr>
              <w:spacing w:before="0" w:after="0" w:line="228" w:lineRule="auto"/>
            </w:pPr>
            <w:r>
              <w:rPr>
                <w:rFonts w:ascii="Aptos" w:hAnsi="Aptos"/>
                <w:b w:val="0"/>
                <w:sz w:val="15"/>
              </w:rPr>
              <w:t>- Use respectful language and report problems to an adult.</w:t>
            </w:r>
          </w:p>
          <w:p>
            <w:pPr>
              <w:spacing w:before="20" w:after="20" w:line="240" w:lineRule="auto"/>
            </w:pPr>
            <w:r>
              <w:rPr>
                <w:rFonts w:ascii="Aptos" w:hAnsi="Aptos"/>
                <w:b/>
                <w:sz w:val="15"/>
              </w:rPr>
              <w:t>STUDENT REFLECTION</w:t>
            </w:r>
          </w:p>
          <w:p>
            <w:pPr>
              <w:spacing w:before="0" w:after="0" w:line="240" w:lineRule="auto"/>
            </w:pPr>
            <w:r>
              <w:rPr>
                <w:rFonts w:ascii="Aptos" w:hAnsi="Aptos"/>
                <w:b/>
                <w:sz w:val="15"/>
              </w:rPr>
              <w:t>What can I do differently next time?</w:t>
            </w:r>
          </w:p>
          <w:p>
            <w:pPr>
              <w:spacing w:before="0" w:after="0" w:line="216" w:lineRule="auto"/>
            </w:pPr>
            <w:r>
              <w:rPr>
                <w:rFonts w:ascii="Aptos" w:hAnsi="Aptos"/>
                <w:b w:val="0"/>
                <w:sz w:val="15"/>
              </w:rPr>
              <w:t>________________________________________________________________________________________</w:t>
            </w:r>
          </w:p>
          <w:p>
            <w:pPr>
              <w:spacing w:before="0" w:after="0" w:line="216" w:lineRule="auto"/>
            </w:pPr>
            <w:r>
              <w:rPr>
                <w:rFonts w:ascii="Aptos" w:hAnsi="Aptos"/>
                <w:b w:val="0"/>
                <w:sz w:val="15"/>
              </w:rPr>
              <w:t>________________________________________________________________________________________</w:t>
            </w:r>
          </w:p>
          <w:tbl>
            <w:tblPr>
              <w:tblW w:type="auto" w:w="0"/>
              <w:jc w:val="center"/>
              <w:tblLayout w:type="fixed"/>
              <w:tblLook w:firstColumn="1" w:firstRow="1" w:lastColumn="0" w:lastRow="0" w:noHBand="0" w:noVBand="1" w:val="04A0"/>
              <w:tblBorders>
                <w:top w:val="nil" w:sz="0" w:space="0" w:color="FFFFFF"/>
                <w:left w:val="nil" w:sz="0" w:space="0" w:color="FFFFFF"/>
                <w:bottom w:val="nil" w:sz="0" w:space="0" w:color="FFFFFF"/>
                <w:right w:val="nil" w:sz="0" w:space="0" w:color="FFFFFF"/>
                <w:insideH w:val="nil" w:sz="0" w:space="0" w:color="FFFFFF"/>
                <w:insideV w:val="nil" w:sz="0" w:space="0" w:color="FFFFFF"/>
              </w:tblBorders>
            </w:tblPr>
            <w:tblGrid>
              <w:gridCol w:w="5760"/>
              <w:gridCol w:w="5760"/>
            </w:tblGrid>
            <w:tr>
              <w:tc>
                <w:tcPr>
                  <w:tcW w:type="dxa" w:w="5112"/>
                  <w:tcMar>
                    <w:top w:w="0" w:type="dxa"/>
                    <w:start w:w="0" w:type="dxa"/>
                    <w:bottom w:w="0" w:type="dxa"/>
                    <w:end w:w="30" w:type="dxa"/>
                  </w:tcMar>
                </w:tcPr>
                <w:p>
                  <w:pPr>
                    <w:spacing w:before="0" w:after="0" w:line="240" w:lineRule="auto"/>
                  </w:pPr>
                  <w:r>
                    <w:rPr>
                      <w:rFonts w:ascii="Aptos" w:hAnsi="Aptos"/>
                      <w:b/>
                      <w:sz w:val="15"/>
                    </w:rPr>
                    <w:t xml:space="preserve">Student Signature: </w:t>
                  </w:r>
                  <w:r>
                    <w:rPr>
                      <w:rFonts w:ascii="Aptos" w:hAnsi="Aptos"/>
                      <w:b w:val="0"/>
                      <w:sz w:val="15"/>
                    </w:rPr>
                    <w:t>_______________________</w:t>
                  </w:r>
                </w:p>
              </w:tc>
              <w:tc>
                <w:tcPr>
                  <w:tcW w:type="dxa" w:w="4680"/>
                  <w:tcMar>
                    <w:top w:w="0" w:type="dxa"/>
                    <w:start w:w="0" w:type="dxa"/>
                    <w:bottom w:w="0" w:type="dxa"/>
                    <w:end w:w="30" w:type="dxa"/>
                  </w:tcMar>
                </w:tcPr>
                <w:p>
                  <w:pPr>
                    <w:spacing w:before="0" w:after="0" w:line="240" w:lineRule="auto"/>
                  </w:pPr>
                  <w:r>
                    <w:rPr>
                      <w:rFonts w:ascii="Aptos" w:hAnsi="Aptos"/>
                      <w:b/>
                      <w:sz w:val="15"/>
                    </w:rPr>
                    <w:t xml:space="preserve">Staff Signature: </w:t>
                  </w:r>
                  <w:r>
                    <w:rPr>
                      <w:rFonts w:ascii="Aptos" w:hAnsi="Aptos"/>
                      <w:b w:val="0"/>
                      <w:sz w:val="15"/>
                    </w:rPr>
                    <w:t>______________________</w:t>
                  </w:r>
                </w:p>
              </w:tc>
            </w:tr>
          </w:tbl>
          <w:p/>
          <w:p>
            <w:pPr>
              <w:spacing w:before="0" w:after="0" w:line="240" w:lineRule="auto"/>
            </w:pPr>
            <w:r>
              <w:rPr>
                <w:rFonts w:ascii="Aptos" w:hAnsi="Aptos"/>
                <w:b/>
                <w:sz w:val="15"/>
              </w:rPr>
              <w:t xml:space="preserve">Parent/Guardian Contact Notes: </w:t>
            </w:r>
            <w:r>
              <w:rPr>
                <w:rFonts w:ascii="Aptos" w:hAnsi="Aptos"/>
                <w:b w:val="0"/>
                <w:sz w:val="15"/>
              </w:rPr>
              <w:t>__________________________________________________</w:t>
            </w:r>
          </w:p>
        </w:tc>
      </w:tr>
    </w:tbl>
    <w:p>
      <w:pPr>
        <w:sectPr>
          <w:pgSz w:w="12240" w:h="15840"/>
          <w:pgMar w:top="317" w:right="360" w:bottom="317" w:left="360" w:header="144" w:footer="144" w:gutter="0"/>
          <w:cols w:space="720"/>
          <w:docGrid w:linePitch="360"/>
        </w:sectPr>
      </w:pPr>
    </w:p>
    <w:p>
      <w:pPr>
        <w:spacing w:before="0" w:after="80" w:line="240" w:lineRule="auto"/>
        <w:jc w:val="center"/>
      </w:pPr>
      <w:r>
        <w:rPr>
          <w:rFonts w:ascii="Aptos" w:hAnsi="Aptos"/>
          <w:b/>
          <w:sz w:val="30"/>
        </w:rPr>
        <w:t>BUS ETIQUETTE SCRIPT FOR STUDENTS - GRADES K-8</w:t>
      </w:r>
    </w:p>
    <w:p>
      <w:pPr>
        <w:spacing w:before="0" w:after="200" w:line="240" w:lineRule="auto"/>
        <w:jc w:val="center"/>
      </w:pPr>
      <w:r>
        <w:rPr>
          <w:rFonts w:ascii="Aptos" w:hAnsi="Aptos"/>
          <w:b w:val="0"/>
          <w:sz w:val="18"/>
        </w:rPr>
        <w:t>A short script for drivers or school staff to read aloud</w:t>
      </w:r>
    </w:p>
    <w:p>
      <w:pPr>
        <w:spacing w:before="0" w:after="100" w:line="252" w:lineRule="auto"/>
      </w:pPr>
      <w:r>
        <w:rPr>
          <w:rFonts w:ascii="Aptos" w:hAnsi="Aptos"/>
          <w:b/>
          <w:sz w:val="20"/>
        </w:rPr>
        <w:t>Good morning, everyone.</w:t>
      </w:r>
    </w:p>
    <w:p>
      <w:pPr>
        <w:spacing w:before="0" w:after="100" w:line="252" w:lineRule="auto"/>
      </w:pPr>
      <w:r>
        <w:rPr>
          <w:rFonts w:ascii="Aptos" w:hAnsi="Aptos"/>
          <w:b w:val="0"/>
          <w:sz w:val="20"/>
        </w:rPr>
        <w:t>Before we get going, I want to take a few minutes to talk about our expectations while riding the bus.</w:t>
      </w:r>
    </w:p>
    <w:p>
      <w:pPr>
        <w:spacing w:before="0" w:after="100" w:line="252" w:lineRule="auto"/>
      </w:pPr>
      <w:r>
        <w:rPr>
          <w:rFonts w:ascii="Aptos" w:hAnsi="Aptos"/>
          <w:b w:val="0"/>
          <w:sz w:val="20"/>
        </w:rPr>
        <w:t>The bus is an extension of our school. That means we treat one another with the same respect on the bus that we expect in our classrooms, hallways, playground, and everywhere else at school.</w:t>
      </w:r>
    </w:p>
    <w:p>
      <w:pPr>
        <w:spacing w:before="0" w:after="100" w:line="252" w:lineRule="auto"/>
      </w:pPr>
      <w:r>
        <w:rPr>
          <w:rFonts w:ascii="Aptos" w:hAnsi="Aptos"/>
          <w:b/>
          <w:sz w:val="20"/>
        </w:rPr>
        <w:t>Our number one priority on the bus is safety.</w:t>
      </w:r>
    </w:p>
    <w:p>
      <w:pPr>
        <w:spacing w:before="0" w:after="100" w:line="252" w:lineRule="auto"/>
      </w:pPr>
      <w:r>
        <w:rPr>
          <w:rFonts w:ascii="Aptos" w:hAnsi="Aptos"/>
          <w:b w:val="0"/>
          <w:sz w:val="20"/>
        </w:rPr>
        <w:t>When you get on the bus, find your seat and sit down. Stay seated while the bus is moving. Keep your body, hands, feet, backpacks, and other belongings out of the aisle.</w:t>
      </w:r>
    </w:p>
    <w:p>
      <w:pPr>
        <w:spacing w:before="0" w:after="100" w:line="252" w:lineRule="auto"/>
      </w:pPr>
      <w:r>
        <w:rPr>
          <w:rFonts w:ascii="Aptos" w:hAnsi="Aptos"/>
          <w:b w:val="0"/>
          <w:sz w:val="20"/>
        </w:rPr>
        <w:t>The bus driver has an important job. The driver needs to watch the road and make sure everyone gets to and from school safely. When the driver gives a direction, everyone needs to listen and follow that direction the first time.</w:t>
      </w:r>
    </w:p>
    <w:p>
      <w:pPr>
        <w:spacing w:before="0" w:after="100" w:line="252" w:lineRule="auto"/>
      </w:pPr>
      <w:r>
        <w:rPr>
          <w:rFonts w:ascii="Aptos" w:hAnsi="Aptos"/>
          <w:b w:val="0"/>
          <w:sz w:val="20"/>
        </w:rPr>
        <w:t>Use an appropriate voice level. You may talk with the people around you, but yelling, screaming, or making loud noises can distract the driver.</w:t>
      </w:r>
    </w:p>
    <w:p>
      <w:pPr>
        <w:spacing w:before="0" w:after="100" w:line="252" w:lineRule="auto"/>
      </w:pPr>
      <w:r>
        <w:rPr>
          <w:rFonts w:ascii="Aptos" w:hAnsi="Aptos"/>
          <w:b w:val="0"/>
          <w:sz w:val="20"/>
        </w:rPr>
        <w:t>Keep your hands, feet, and belongings to yourself. We do not push, hit, kick, throw things, tease, or bother other students.</w:t>
      </w:r>
    </w:p>
    <w:p>
      <w:pPr>
        <w:spacing w:before="0" w:after="100" w:line="252" w:lineRule="auto"/>
      </w:pPr>
      <w:r>
        <w:rPr>
          <w:rFonts w:ascii="Aptos" w:hAnsi="Aptos"/>
          <w:b w:val="0"/>
          <w:sz w:val="20"/>
        </w:rPr>
        <w:t>Use respectful language. Hurtful, inappropriate, threatening, or disrespectful words are not acceptable.</w:t>
      </w:r>
    </w:p>
    <w:p>
      <w:pPr>
        <w:spacing w:before="0" w:after="100" w:line="252" w:lineRule="auto"/>
      </w:pPr>
      <w:r>
        <w:rPr>
          <w:rFonts w:ascii="Aptos" w:hAnsi="Aptos"/>
          <w:b w:val="0"/>
          <w:sz w:val="20"/>
        </w:rPr>
        <w:t>If another student is bothering you, do not try to solve the problem by yelling, arguing, or becoming physical. Move away when possible and let the bus driver or an adult at school know what happened.</w:t>
      </w:r>
    </w:p>
    <w:p>
      <w:pPr>
        <w:spacing w:before="60" w:after="40" w:line="240" w:lineRule="auto"/>
      </w:pPr>
      <w:r>
        <w:rPr>
          <w:rFonts w:ascii="Aptos" w:hAnsi="Aptos"/>
          <w:b/>
          <w:sz w:val="20"/>
        </w:rPr>
        <w:t>For our younger students, remember these four things:</w:t>
      </w:r>
    </w:p>
    <w:p>
      <w:pPr>
        <w:spacing w:before="0" w:after="20" w:line="240" w:lineRule="auto"/>
        <w:ind w:left="504"/>
      </w:pPr>
      <w:r>
        <w:rPr>
          <w:rFonts w:ascii="Aptos" w:hAnsi="Aptos"/>
          <w:b/>
          <w:sz w:val="20"/>
        </w:rPr>
        <w:t>Sit safely.</w:t>
      </w:r>
    </w:p>
    <w:p>
      <w:pPr>
        <w:spacing w:before="0" w:after="20" w:line="240" w:lineRule="auto"/>
        <w:ind w:left="504"/>
      </w:pPr>
      <w:r>
        <w:rPr>
          <w:rFonts w:ascii="Aptos" w:hAnsi="Aptos"/>
          <w:b/>
          <w:sz w:val="20"/>
        </w:rPr>
        <w:t>Listen to the driver.</w:t>
      </w:r>
    </w:p>
    <w:p>
      <w:pPr>
        <w:spacing w:before="0" w:after="20" w:line="240" w:lineRule="auto"/>
        <w:ind w:left="504"/>
      </w:pPr>
      <w:r>
        <w:rPr>
          <w:rFonts w:ascii="Aptos" w:hAnsi="Aptos"/>
          <w:b/>
          <w:sz w:val="20"/>
        </w:rPr>
        <w:t>Use kind words.</w:t>
      </w:r>
    </w:p>
    <w:p>
      <w:pPr>
        <w:spacing w:before="0" w:after="20" w:line="240" w:lineRule="auto"/>
        <w:ind w:left="504"/>
      </w:pPr>
      <w:r>
        <w:rPr>
          <w:rFonts w:ascii="Aptos" w:hAnsi="Aptos"/>
          <w:b/>
          <w:sz w:val="20"/>
        </w:rPr>
        <w:t>Keep your hands and feet to yourself.</w:t>
      </w:r>
    </w:p>
    <w:p>
      <w:pPr>
        <w:spacing w:before="100" w:after="100" w:line="252" w:lineRule="auto"/>
      </w:pPr>
      <w:r>
        <w:rPr>
          <w:rFonts w:ascii="Aptos" w:hAnsi="Aptos"/>
          <w:b w:val="0"/>
          <w:sz w:val="20"/>
        </w:rPr>
        <w:t>For our older students, remember that younger students are watching you. You have an opportunity to model what responsible and respectful bus behavior looks like.</w:t>
      </w:r>
    </w:p>
    <w:p>
      <w:pPr>
        <w:spacing w:before="0" w:after="100" w:line="252" w:lineRule="auto"/>
      </w:pPr>
      <w:r>
        <w:rPr>
          <w:rFonts w:ascii="Aptos" w:hAnsi="Aptos"/>
          <w:b w:val="0"/>
          <w:sz w:val="20"/>
        </w:rPr>
        <w:t>Riding the bus is a privilege and also a responsibility. When everyone follows the expectations, the bus can be a safe and positive place for all students.</w:t>
      </w:r>
    </w:p>
    <w:p>
      <w:pPr>
        <w:spacing w:before="60" w:after="0" w:line="240" w:lineRule="auto"/>
        <w:jc w:val="center"/>
      </w:pPr>
      <w:r>
        <w:rPr>
          <w:rFonts w:ascii="Aptos" w:hAnsi="Aptos"/>
          <w:b/>
          <w:sz w:val="21"/>
        </w:rPr>
        <w:t>Thank you for doing your part to take care of yourself, each other, and your bus driver. Have a safe ride!</w:t>
      </w:r>
    </w:p>
    <w:sectPr w:rsidR="00FC693F" w:rsidRPr="0006063C" w:rsidSect="00034616">
      <w:pgSz w:w="12240" w:h="15840"/>
      <w:pgMar w:top="936" w:right="1080" w:bottom="936" w:left="1080" w:header="144" w:footer="14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pPr>
    <w:rPr>
      <w:rFonts w:ascii="Aptos" w:hAnsi="Aptos"/>
      <w:sz w:val="17"/>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Bus Referral and Bus Etiquette Script K-8</dc:title>
  <dc:subject>Half-page double-sided bus behavior referral and K-8 bus etiquette script</dc:subject>
  <dc:creator>School Administration</dc:creator>
  <cp:keywords/>
  <dc:description>generated by python-docx</dc:description>
  <cp:lastModifiedBy/>
  <cp:revision>1</cp:revision>
  <dcterms:created xsi:type="dcterms:W3CDTF">2013-12-23T23:15:00Z</dcterms:created>
  <dcterms:modified xsi:type="dcterms:W3CDTF">2013-12-23T23:15:00Z</dcterms:modified>
  <cp:category/>
</cp:coreProperties>
</file>