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6D785" w14:textId="77777777" w:rsidR="002D72D7" w:rsidRDefault="004200B0">
      <w:pPr>
        <w:spacing w:after="20"/>
        <w:jc w:val="center"/>
      </w:pPr>
      <w:r>
        <w:rPr>
          <w:noProof/>
        </w:rPr>
        <w:drawing>
          <wp:inline distT="0" distB="0" distL="0" distR="0" wp14:anchorId="041B9A25" wp14:editId="5AD0DD95">
            <wp:extent cx="935439" cy="12093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ff_logo.png"/>
                    <pic:cNvPicPr/>
                  </pic:nvPicPr>
                  <pic:blipFill>
                    <a:blip r:embed="rId6"/>
                    <a:stretch>
                      <a:fillRect/>
                    </a:stretch>
                  </pic:blipFill>
                  <pic:spPr>
                    <a:xfrm>
                      <a:off x="0" y="0"/>
                      <a:ext cx="944089" cy="1220554"/>
                    </a:xfrm>
                    <a:prstGeom prst="rect">
                      <a:avLst/>
                    </a:prstGeom>
                  </pic:spPr>
                </pic:pic>
              </a:graphicData>
            </a:graphic>
          </wp:inline>
        </w:drawing>
      </w:r>
    </w:p>
    <w:p w14:paraId="57E70147" w14:textId="77777777" w:rsidR="002D72D7" w:rsidRDefault="004200B0">
      <w:pPr>
        <w:spacing w:after="80"/>
        <w:jc w:val="center"/>
        <w:rPr>
          <w:b/>
          <w:sz w:val="24"/>
        </w:rPr>
      </w:pPr>
      <w:r>
        <w:rPr>
          <w:b/>
          <w:sz w:val="24"/>
        </w:rPr>
        <w:t>Neff Early Learning Center Parent and Family Engagement Policy 2026-2027</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794"/>
        <w:gridCol w:w="12359"/>
        <w:gridCol w:w="180"/>
      </w:tblGrid>
      <w:tr w:rsidR="002D72D7" w14:paraId="6ACB0CB0" w14:textId="77777777" w:rsidTr="0055426D">
        <w:trPr>
          <w:gridAfter w:val="1"/>
          <w:wAfter w:w="180" w:type="dxa"/>
          <w:jc w:val="center"/>
        </w:trPr>
        <w:tc>
          <w:tcPr>
            <w:tcW w:w="1794" w:type="dxa"/>
            <w:tcMar>
              <w:top w:w="30" w:type="dxa"/>
              <w:left w:w="45" w:type="dxa"/>
              <w:bottom w:w="30" w:type="dxa"/>
              <w:right w:w="45" w:type="dxa"/>
            </w:tcMar>
          </w:tcPr>
          <w:p w14:paraId="5428D337" w14:textId="77777777" w:rsidR="002D72D7" w:rsidRDefault="004200B0">
            <w:pPr>
              <w:spacing w:after="0" w:line="221" w:lineRule="auto"/>
            </w:pPr>
            <w:r>
              <w:rPr>
                <w:b/>
                <w:sz w:val="15"/>
              </w:rPr>
              <w:t>What is it?</w:t>
            </w:r>
          </w:p>
        </w:tc>
        <w:tc>
          <w:tcPr>
            <w:tcW w:w="12359" w:type="dxa"/>
            <w:tcMar>
              <w:top w:w="30" w:type="dxa"/>
              <w:left w:w="45" w:type="dxa"/>
              <w:bottom w:w="30" w:type="dxa"/>
              <w:right w:w="45" w:type="dxa"/>
            </w:tcMar>
          </w:tcPr>
          <w:p w14:paraId="3D3BB754" w14:textId="77777777" w:rsidR="002D72D7" w:rsidRPr="00802883" w:rsidRDefault="004200B0">
            <w:pPr>
              <w:spacing w:after="0" w:line="221" w:lineRule="auto"/>
              <w:rPr>
                <w:rFonts w:ascii="Aptos" w:hAnsi="Aptos"/>
                <w:sz w:val="18"/>
                <w:szCs w:val="18"/>
              </w:rPr>
            </w:pPr>
            <w:r w:rsidRPr="00802883">
              <w:rPr>
                <w:rFonts w:ascii="Aptos" w:hAnsi="Aptos"/>
                <w:sz w:val="18"/>
                <w:szCs w:val="18"/>
              </w:rPr>
              <w:t>Neff Early Learning Center is committed to creating a safe, nurturing early-learning environment where children build strong foundations for lifelong learning.</w:t>
            </w:r>
          </w:p>
          <w:p w14:paraId="0C3F379B" w14:textId="77777777" w:rsidR="00802883" w:rsidRPr="00802883" w:rsidRDefault="00802883">
            <w:pPr>
              <w:spacing w:after="0" w:line="221" w:lineRule="auto"/>
              <w:rPr>
                <w:rFonts w:ascii="Aptos" w:hAnsi="Aptos"/>
                <w:sz w:val="18"/>
                <w:szCs w:val="18"/>
              </w:rPr>
            </w:pPr>
          </w:p>
          <w:p w14:paraId="36F4DCE5" w14:textId="77777777" w:rsidR="002D72D7" w:rsidRPr="00802883" w:rsidRDefault="004200B0">
            <w:pPr>
              <w:spacing w:after="0" w:line="221" w:lineRule="auto"/>
              <w:rPr>
                <w:rFonts w:ascii="Aptos" w:hAnsi="Aptos"/>
                <w:sz w:val="18"/>
                <w:szCs w:val="18"/>
              </w:rPr>
            </w:pPr>
            <w:r w:rsidRPr="00802883">
              <w:rPr>
                <w:rFonts w:ascii="Aptos" w:hAnsi="Aptos"/>
                <w:sz w:val="18"/>
                <w:szCs w:val="18"/>
              </w:rPr>
              <w:t>A way to support this commitment is to continue participating in the Title I, Part A State Program. This program provides funding to support schools and student achievement. Neff Early Learning Center works to meet the expectations established by the Texas Education Agency and the United States Department of Education.</w:t>
            </w:r>
          </w:p>
        </w:tc>
      </w:tr>
      <w:tr w:rsidR="002D72D7" w14:paraId="2A97B2C7" w14:textId="77777777" w:rsidTr="0055426D">
        <w:trPr>
          <w:gridAfter w:val="1"/>
          <w:wAfter w:w="180" w:type="dxa"/>
          <w:jc w:val="center"/>
        </w:trPr>
        <w:tc>
          <w:tcPr>
            <w:tcW w:w="1794" w:type="dxa"/>
            <w:tcMar>
              <w:top w:w="30" w:type="dxa"/>
              <w:left w:w="45" w:type="dxa"/>
              <w:bottom w:w="30" w:type="dxa"/>
              <w:right w:w="45" w:type="dxa"/>
            </w:tcMar>
          </w:tcPr>
          <w:p w14:paraId="0AB2B16E" w14:textId="77777777" w:rsidR="002D72D7" w:rsidRDefault="004200B0">
            <w:pPr>
              <w:spacing w:after="0" w:line="221" w:lineRule="auto"/>
            </w:pPr>
            <w:r>
              <w:rPr>
                <w:b/>
                <w:sz w:val="15"/>
              </w:rPr>
              <w:t>Funding</w:t>
            </w:r>
          </w:p>
        </w:tc>
        <w:tc>
          <w:tcPr>
            <w:tcW w:w="12359" w:type="dxa"/>
            <w:tcMar>
              <w:top w:w="30" w:type="dxa"/>
              <w:left w:w="45" w:type="dxa"/>
              <w:bottom w:w="30" w:type="dxa"/>
              <w:right w:w="45" w:type="dxa"/>
            </w:tcMar>
          </w:tcPr>
          <w:p w14:paraId="70E54771" w14:textId="77777777" w:rsidR="002D72D7" w:rsidRDefault="004200B0">
            <w:pPr>
              <w:spacing w:after="0" w:line="221" w:lineRule="auto"/>
              <w:rPr>
                <w:rFonts w:ascii="Aptos" w:hAnsi="Aptos"/>
                <w:sz w:val="18"/>
                <w:szCs w:val="18"/>
              </w:rPr>
            </w:pPr>
            <w:r w:rsidRPr="00802883">
              <w:rPr>
                <w:rFonts w:ascii="Aptos" w:hAnsi="Aptos"/>
                <w:sz w:val="18"/>
                <w:szCs w:val="18"/>
              </w:rPr>
              <w:t>Title I funds will be allocated for the implementation of the parent and family engagement program. Such programs, activities, and procedures will be planned and implemented through meaningful consultation with parents and family members of participating children.</w:t>
            </w:r>
          </w:p>
          <w:p w14:paraId="044D753F" w14:textId="77777777" w:rsidR="00FF22EA" w:rsidRPr="00802883" w:rsidRDefault="00FF22EA">
            <w:pPr>
              <w:spacing w:after="0" w:line="221" w:lineRule="auto"/>
              <w:rPr>
                <w:rFonts w:ascii="Aptos" w:hAnsi="Aptos"/>
                <w:sz w:val="18"/>
                <w:szCs w:val="18"/>
              </w:rPr>
            </w:pPr>
          </w:p>
        </w:tc>
      </w:tr>
      <w:tr w:rsidR="002D72D7" w14:paraId="1A5732B7" w14:textId="77777777" w:rsidTr="0055426D">
        <w:trPr>
          <w:gridAfter w:val="1"/>
          <w:wAfter w:w="180" w:type="dxa"/>
          <w:jc w:val="center"/>
        </w:trPr>
        <w:tc>
          <w:tcPr>
            <w:tcW w:w="1794" w:type="dxa"/>
            <w:tcMar>
              <w:top w:w="30" w:type="dxa"/>
              <w:left w:w="45" w:type="dxa"/>
              <w:bottom w:w="30" w:type="dxa"/>
              <w:right w:w="45" w:type="dxa"/>
            </w:tcMar>
          </w:tcPr>
          <w:p w14:paraId="18B23B4F" w14:textId="77777777" w:rsidR="002D72D7" w:rsidRDefault="004200B0">
            <w:pPr>
              <w:spacing w:after="0" w:line="221" w:lineRule="auto"/>
            </w:pPr>
            <w:r>
              <w:rPr>
                <w:b/>
                <w:sz w:val="15"/>
              </w:rPr>
              <w:t>Review</w:t>
            </w:r>
          </w:p>
        </w:tc>
        <w:tc>
          <w:tcPr>
            <w:tcW w:w="12359" w:type="dxa"/>
            <w:tcMar>
              <w:top w:w="30" w:type="dxa"/>
              <w:left w:w="45" w:type="dxa"/>
              <w:bottom w:w="30" w:type="dxa"/>
              <w:right w:w="45" w:type="dxa"/>
            </w:tcMar>
          </w:tcPr>
          <w:p w14:paraId="173A1BEE" w14:textId="77777777" w:rsidR="002D72D7" w:rsidRDefault="00802883">
            <w:pPr>
              <w:spacing w:after="0" w:line="221" w:lineRule="auto"/>
              <w:rPr>
                <w:rFonts w:ascii="Aptos" w:hAnsi="Aptos"/>
                <w:sz w:val="18"/>
                <w:szCs w:val="18"/>
              </w:rPr>
            </w:pPr>
            <w:r w:rsidRPr="00802883">
              <w:rPr>
                <w:rFonts w:ascii="Aptos" w:hAnsi="Aptos"/>
                <w:sz w:val="18"/>
                <w:szCs w:val="18"/>
              </w:rPr>
              <w:t xml:space="preserve">The use of funding and activities can be reviewed by the Texas Education Agency upon request to ensure they meet the needs of the Parent and Family Engagement (PFE) Program. </w:t>
            </w:r>
            <w:r w:rsidR="00273A4D">
              <w:rPr>
                <w:rFonts w:ascii="Aptos" w:hAnsi="Aptos"/>
                <w:sz w:val="18"/>
                <w:szCs w:val="18"/>
              </w:rPr>
              <w:t>Neff ECC</w:t>
            </w:r>
            <w:r w:rsidRPr="00802883">
              <w:rPr>
                <w:rFonts w:ascii="Aptos" w:hAnsi="Aptos"/>
                <w:sz w:val="18"/>
                <w:szCs w:val="18"/>
              </w:rPr>
              <w:t xml:space="preserve"> will also review and revise the Parent and Family Engagement Policy and School-Parent Compact annually with families. The annual PFE/Compact evaluation and revision meeting is scheduled for March 24, 2027.</w:t>
            </w:r>
          </w:p>
          <w:p w14:paraId="089A1653" w14:textId="4C6EFEC5" w:rsidR="00FF22EA" w:rsidRPr="00802883" w:rsidRDefault="00FF22EA">
            <w:pPr>
              <w:spacing w:after="0" w:line="221" w:lineRule="auto"/>
              <w:rPr>
                <w:rFonts w:ascii="Aptos" w:hAnsi="Aptos"/>
                <w:sz w:val="18"/>
                <w:szCs w:val="18"/>
              </w:rPr>
            </w:pPr>
          </w:p>
        </w:tc>
      </w:tr>
      <w:tr w:rsidR="002D72D7" w14:paraId="33DE5A45" w14:textId="77777777" w:rsidTr="0055426D">
        <w:trPr>
          <w:gridAfter w:val="1"/>
          <w:wAfter w:w="180" w:type="dxa"/>
          <w:jc w:val="center"/>
        </w:trPr>
        <w:tc>
          <w:tcPr>
            <w:tcW w:w="1794" w:type="dxa"/>
            <w:tcMar>
              <w:top w:w="30" w:type="dxa"/>
              <w:left w:w="45" w:type="dxa"/>
              <w:bottom w:w="30" w:type="dxa"/>
              <w:right w:w="45" w:type="dxa"/>
            </w:tcMar>
          </w:tcPr>
          <w:p w14:paraId="1E4151AD" w14:textId="77777777" w:rsidR="002D72D7" w:rsidRDefault="004200B0">
            <w:pPr>
              <w:spacing w:after="0" w:line="221" w:lineRule="auto"/>
            </w:pPr>
            <w:r>
              <w:rPr>
                <w:b/>
                <w:sz w:val="15"/>
              </w:rPr>
              <w:t>Family Meetings</w:t>
            </w:r>
          </w:p>
        </w:tc>
        <w:tc>
          <w:tcPr>
            <w:tcW w:w="12359" w:type="dxa"/>
            <w:tcMar>
              <w:top w:w="30" w:type="dxa"/>
              <w:left w:w="45" w:type="dxa"/>
              <w:bottom w:w="30" w:type="dxa"/>
              <w:right w:w="45" w:type="dxa"/>
            </w:tcMar>
          </w:tcPr>
          <w:p w14:paraId="27032E4D" w14:textId="70EF0052" w:rsidR="00802883" w:rsidRPr="00802883" w:rsidRDefault="00802883">
            <w:pPr>
              <w:spacing w:after="0" w:line="221" w:lineRule="auto"/>
              <w:rPr>
                <w:rFonts w:ascii="Aptos" w:hAnsi="Aptos"/>
                <w:sz w:val="18"/>
                <w:szCs w:val="18"/>
              </w:rPr>
            </w:pPr>
            <w:r w:rsidRPr="00802883">
              <w:rPr>
                <w:rFonts w:ascii="Aptos" w:hAnsi="Aptos"/>
                <w:sz w:val="18"/>
                <w:szCs w:val="18"/>
              </w:rPr>
              <w:t xml:space="preserve">Parent meetings offer a time for the school and family to communicate necessary information. </w:t>
            </w:r>
            <w:r w:rsidR="00273A4D">
              <w:rPr>
                <w:rFonts w:ascii="Aptos" w:hAnsi="Aptos"/>
                <w:sz w:val="18"/>
                <w:szCs w:val="18"/>
              </w:rPr>
              <w:t>Neff ECC</w:t>
            </w:r>
            <w:r w:rsidRPr="00802883">
              <w:rPr>
                <w:rFonts w:ascii="Aptos" w:hAnsi="Aptos"/>
                <w:sz w:val="18"/>
                <w:szCs w:val="18"/>
              </w:rPr>
              <w:t xml:space="preserve"> offers meetings at different times during the school year to increase opportunities for family participation. Meeting information and updates will be communicated through Parent Square and school communication. The meetings will be offered in person on the following dates: </w:t>
            </w:r>
          </w:p>
          <w:p w14:paraId="33E0C19E" w14:textId="18F80F02" w:rsidR="00802883" w:rsidRPr="00802883" w:rsidRDefault="00802883">
            <w:pPr>
              <w:spacing w:after="0" w:line="221" w:lineRule="auto"/>
              <w:rPr>
                <w:rFonts w:ascii="Aptos" w:hAnsi="Aptos"/>
                <w:sz w:val="18"/>
                <w:szCs w:val="18"/>
              </w:rPr>
            </w:pPr>
            <w:r w:rsidRPr="00802883">
              <w:rPr>
                <w:rFonts w:ascii="Aptos" w:hAnsi="Aptos"/>
                <w:sz w:val="18"/>
                <w:szCs w:val="18"/>
              </w:rPr>
              <w:t xml:space="preserve">*Fall Parent Meeting #1- Annual Student Update: </w:t>
            </w:r>
            <w:r w:rsidR="00944955">
              <w:rPr>
                <w:rFonts w:ascii="Aptos" w:hAnsi="Aptos"/>
                <w:sz w:val="18"/>
                <w:szCs w:val="18"/>
              </w:rPr>
              <w:t xml:space="preserve">August </w:t>
            </w:r>
            <w:r w:rsidR="003D1E75">
              <w:rPr>
                <w:rFonts w:ascii="Aptos" w:hAnsi="Aptos"/>
                <w:sz w:val="18"/>
                <w:szCs w:val="18"/>
              </w:rPr>
              <w:t>17</w:t>
            </w:r>
            <w:r w:rsidRPr="00802883">
              <w:rPr>
                <w:rFonts w:ascii="Aptos" w:hAnsi="Aptos"/>
                <w:sz w:val="18"/>
                <w:szCs w:val="18"/>
              </w:rPr>
              <w:t xml:space="preserve">, 2026, 8:00-9:00 a.m. </w:t>
            </w:r>
          </w:p>
          <w:p w14:paraId="0D8FFBDE" w14:textId="77777777" w:rsidR="00802883" w:rsidRPr="00802883" w:rsidRDefault="00802883">
            <w:pPr>
              <w:spacing w:after="0" w:line="221" w:lineRule="auto"/>
              <w:rPr>
                <w:rFonts w:ascii="Aptos" w:hAnsi="Aptos"/>
                <w:sz w:val="18"/>
                <w:szCs w:val="18"/>
              </w:rPr>
            </w:pPr>
            <w:r w:rsidRPr="00802883">
              <w:rPr>
                <w:rFonts w:ascii="Aptos" w:hAnsi="Aptos"/>
                <w:sz w:val="18"/>
                <w:szCs w:val="18"/>
              </w:rPr>
              <w:t xml:space="preserve">*Fall Parent Meeting #2 - Annual Student Update: September 2, 2026, 3:30-4:30 p.m. </w:t>
            </w:r>
          </w:p>
          <w:p w14:paraId="5C68E6AB" w14:textId="5070AC54" w:rsidR="00802883" w:rsidRPr="00802883" w:rsidRDefault="00802883">
            <w:pPr>
              <w:spacing w:after="0" w:line="221" w:lineRule="auto"/>
              <w:rPr>
                <w:rFonts w:ascii="Aptos" w:hAnsi="Aptos"/>
                <w:sz w:val="18"/>
                <w:szCs w:val="18"/>
              </w:rPr>
            </w:pPr>
            <w:r w:rsidRPr="00802883">
              <w:rPr>
                <w:rFonts w:ascii="Aptos" w:hAnsi="Aptos"/>
                <w:sz w:val="18"/>
                <w:szCs w:val="18"/>
              </w:rPr>
              <w:t xml:space="preserve">*Annual Title I Meeting - Option 1: September 16, 2026, 8:00-9:00 a.m. </w:t>
            </w:r>
          </w:p>
          <w:p w14:paraId="4812BCA0" w14:textId="440C2CF5" w:rsidR="00802883" w:rsidRPr="00802883" w:rsidRDefault="00802883">
            <w:pPr>
              <w:spacing w:after="0" w:line="221" w:lineRule="auto"/>
              <w:rPr>
                <w:rFonts w:ascii="Aptos" w:hAnsi="Aptos"/>
                <w:sz w:val="18"/>
                <w:szCs w:val="18"/>
              </w:rPr>
            </w:pPr>
            <w:r w:rsidRPr="00802883">
              <w:rPr>
                <w:rFonts w:ascii="Aptos" w:hAnsi="Aptos"/>
                <w:sz w:val="18"/>
                <w:szCs w:val="18"/>
              </w:rPr>
              <w:t xml:space="preserve">*Annual Title I Meeting - Option 2: </w:t>
            </w:r>
            <w:r w:rsidR="00800CDC">
              <w:rPr>
                <w:rFonts w:ascii="Aptos" w:hAnsi="Aptos"/>
                <w:sz w:val="18"/>
                <w:szCs w:val="18"/>
              </w:rPr>
              <w:t xml:space="preserve">October </w:t>
            </w:r>
            <w:r w:rsidR="002156F1">
              <w:rPr>
                <w:rFonts w:ascii="Aptos" w:hAnsi="Aptos"/>
                <w:sz w:val="18"/>
                <w:szCs w:val="18"/>
              </w:rPr>
              <w:t>8</w:t>
            </w:r>
            <w:r w:rsidRPr="00802883">
              <w:rPr>
                <w:rFonts w:ascii="Aptos" w:hAnsi="Aptos"/>
                <w:sz w:val="18"/>
                <w:szCs w:val="18"/>
              </w:rPr>
              <w:t>, 2026, 4:00</w:t>
            </w:r>
            <w:r w:rsidR="002156F1">
              <w:rPr>
                <w:rFonts w:ascii="Aptos" w:hAnsi="Aptos"/>
                <w:sz w:val="18"/>
                <w:szCs w:val="18"/>
              </w:rPr>
              <w:t xml:space="preserve">- 6:00 </w:t>
            </w:r>
            <w:r w:rsidRPr="00802883">
              <w:rPr>
                <w:rFonts w:ascii="Aptos" w:hAnsi="Aptos"/>
                <w:sz w:val="18"/>
                <w:szCs w:val="18"/>
              </w:rPr>
              <w:t xml:space="preserve"> p.m. </w:t>
            </w:r>
          </w:p>
          <w:p w14:paraId="1F2F4F5A" w14:textId="77777777" w:rsidR="00802883" w:rsidRPr="00802883" w:rsidRDefault="00802883">
            <w:pPr>
              <w:spacing w:after="0" w:line="221" w:lineRule="auto"/>
              <w:rPr>
                <w:rFonts w:ascii="Aptos" w:hAnsi="Aptos"/>
                <w:sz w:val="18"/>
                <w:szCs w:val="18"/>
              </w:rPr>
            </w:pPr>
            <w:r w:rsidRPr="00802883">
              <w:rPr>
                <w:rFonts w:ascii="Aptos" w:hAnsi="Aptos"/>
                <w:sz w:val="18"/>
                <w:szCs w:val="18"/>
              </w:rPr>
              <w:t xml:space="preserve">*Fall Parent Meeting #3- Donuts with Dear Ones (Attendance Matters): October 7, 2026, 7:00-7:30 a.m. </w:t>
            </w:r>
          </w:p>
          <w:p w14:paraId="0728EEB2" w14:textId="77777777" w:rsidR="00802883" w:rsidRPr="00802883" w:rsidRDefault="00802883">
            <w:pPr>
              <w:spacing w:after="0" w:line="221" w:lineRule="auto"/>
              <w:rPr>
                <w:rFonts w:ascii="Aptos" w:hAnsi="Aptos"/>
                <w:sz w:val="18"/>
                <w:szCs w:val="18"/>
              </w:rPr>
            </w:pPr>
            <w:r w:rsidRPr="00802883">
              <w:rPr>
                <w:rFonts w:ascii="Aptos" w:hAnsi="Aptos"/>
                <w:sz w:val="18"/>
                <w:szCs w:val="18"/>
              </w:rPr>
              <w:t xml:space="preserve">*Fall Parent Meeting #4 - School Choice Application: December 9, 2026, 8:00-9:00 a.m. </w:t>
            </w:r>
          </w:p>
          <w:p w14:paraId="4EB7D6DF" w14:textId="77777777" w:rsidR="00273A4D" w:rsidRDefault="00802883">
            <w:pPr>
              <w:spacing w:after="0" w:line="221" w:lineRule="auto"/>
              <w:rPr>
                <w:rFonts w:ascii="Aptos" w:hAnsi="Aptos"/>
                <w:sz w:val="18"/>
                <w:szCs w:val="18"/>
              </w:rPr>
            </w:pPr>
            <w:r w:rsidRPr="00802883">
              <w:rPr>
                <w:rFonts w:ascii="Aptos" w:hAnsi="Aptos"/>
                <w:sz w:val="18"/>
                <w:szCs w:val="18"/>
              </w:rPr>
              <w:t xml:space="preserve">*Spring Parent Meeting #1 - State Assessments &amp; Campus Benchmarks: February 18, 2027 </w:t>
            </w:r>
          </w:p>
          <w:p w14:paraId="09ED9C6F" w14:textId="77777777" w:rsidR="00273A4D" w:rsidRDefault="00802883">
            <w:pPr>
              <w:spacing w:after="0" w:line="221" w:lineRule="auto"/>
              <w:rPr>
                <w:rFonts w:ascii="Aptos" w:hAnsi="Aptos"/>
                <w:sz w:val="18"/>
                <w:szCs w:val="18"/>
              </w:rPr>
            </w:pPr>
            <w:r w:rsidRPr="00802883">
              <w:rPr>
                <w:rFonts w:ascii="Aptos" w:hAnsi="Aptos"/>
                <w:sz w:val="18"/>
                <w:szCs w:val="18"/>
              </w:rPr>
              <w:t xml:space="preserve">*Spring Parent Meeting #2 - Curriculum, TEKS &amp; Literacy Support: February 24, 2027 </w:t>
            </w:r>
          </w:p>
          <w:p w14:paraId="37DB0760" w14:textId="7DBAFFA0" w:rsidR="00802883" w:rsidRPr="00802883" w:rsidRDefault="00802883">
            <w:pPr>
              <w:spacing w:after="0" w:line="221" w:lineRule="auto"/>
              <w:rPr>
                <w:rFonts w:ascii="Aptos" w:hAnsi="Aptos"/>
                <w:sz w:val="18"/>
                <w:szCs w:val="18"/>
              </w:rPr>
            </w:pPr>
            <w:r w:rsidRPr="00802883">
              <w:rPr>
                <w:rFonts w:ascii="Aptos" w:hAnsi="Aptos"/>
                <w:sz w:val="18"/>
                <w:szCs w:val="18"/>
              </w:rPr>
              <w:t xml:space="preserve">*PFE/Compact Annual Evaluation &amp; Revision Meeting: March 24, 2027 </w:t>
            </w:r>
          </w:p>
          <w:p w14:paraId="07B23280" w14:textId="77777777" w:rsidR="002D72D7" w:rsidRDefault="00802883">
            <w:pPr>
              <w:spacing w:after="0" w:line="221" w:lineRule="auto"/>
              <w:rPr>
                <w:rFonts w:ascii="Aptos" w:hAnsi="Aptos"/>
                <w:sz w:val="18"/>
                <w:szCs w:val="18"/>
              </w:rPr>
            </w:pPr>
            <w:r w:rsidRPr="00802883">
              <w:rPr>
                <w:rFonts w:ascii="Aptos" w:hAnsi="Aptos"/>
                <w:sz w:val="18"/>
                <w:szCs w:val="18"/>
              </w:rPr>
              <w:t>*SDMC Meetings: September 23, 2026; January 27, April 20, and May 19, 2027, 3:30-4:45 p.m.</w:t>
            </w:r>
          </w:p>
          <w:p w14:paraId="1FD119FA" w14:textId="6CFAF83A" w:rsidR="00FF22EA" w:rsidRPr="00802883" w:rsidRDefault="00FF22EA">
            <w:pPr>
              <w:spacing w:after="0" w:line="221" w:lineRule="auto"/>
              <w:rPr>
                <w:rFonts w:ascii="Aptos" w:hAnsi="Aptos"/>
                <w:sz w:val="18"/>
                <w:szCs w:val="18"/>
              </w:rPr>
            </w:pPr>
          </w:p>
        </w:tc>
      </w:tr>
      <w:tr w:rsidR="002D72D7" w14:paraId="594EF4B7" w14:textId="77777777" w:rsidTr="0055426D">
        <w:trPr>
          <w:gridAfter w:val="1"/>
          <w:wAfter w:w="180" w:type="dxa"/>
          <w:jc w:val="center"/>
        </w:trPr>
        <w:tc>
          <w:tcPr>
            <w:tcW w:w="1794" w:type="dxa"/>
            <w:tcMar>
              <w:top w:w="30" w:type="dxa"/>
              <w:left w:w="45" w:type="dxa"/>
              <w:bottom w:w="30" w:type="dxa"/>
              <w:right w:w="45" w:type="dxa"/>
            </w:tcMar>
          </w:tcPr>
          <w:p w14:paraId="7439E9B9" w14:textId="77777777" w:rsidR="002D72D7" w:rsidRDefault="004200B0">
            <w:pPr>
              <w:spacing w:after="0" w:line="221" w:lineRule="auto"/>
            </w:pPr>
            <w:r>
              <w:rPr>
                <w:b/>
                <w:sz w:val="15"/>
              </w:rPr>
              <w:t>How to be Involved</w:t>
            </w:r>
          </w:p>
        </w:tc>
        <w:tc>
          <w:tcPr>
            <w:tcW w:w="12359" w:type="dxa"/>
            <w:tcMar>
              <w:top w:w="30" w:type="dxa"/>
              <w:left w:w="45" w:type="dxa"/>
              <w:bottom w:w="30" w:type="dxa"/>
              <w:right w:w="45" w:type="dxa"/>
            </w:tcMar>
          </w:tcPr>
          <w:p w14:paraId="6CC8442F" w14:textId="77777777" w:rsidR="002D72D7" w:rsidRPr="00802883" w:rsidRDefault="004200B0">
            <w:pPr>
              <w:spacing w:after="0" w:line="216" w:lineRule="auto"/>
              <w:rPr>
                <w:rFonts w:ascii="Aptos" w:hAnsi="Aptos"/>
                <w:sz w:val="18"/>
                <w:szCs w:val="18"/>
              </w:rPr>
            </w:pPr>
            <w:r w:rsidRPr="00802883">
              <w:rPr>
                <w:rFonts w:ascii="Aptos" w:hAnsi="Aptos"/>
                <w:sz w:val="18"/>
                <w:szCs w:val="18"/>
              </w:rPr>
              <w:t>*Become an active participant in Neff Early Learning Center Title I and family engagement activities.</w:t>
            </w:r>
          </w:p>
          <w:p w14:paraId="59ECA127" w14:textId="77777777" w:rsidR="002D72D7" w:rsidRPr="00802883" w:rsidRDefault="004200B0">
            <w:pPr>
              <w:spacing w:after="0" w:line="216" w:lineRule="auto"/>
              <w:rPr>
                <w:rFonts w:ascii="Aptos" w:hAnsi="Aptos"/>
                <w:sz w:val="18"/>
                <w:szCs w:val="18"/>
              </w:rPr>
            </w:pPr>
            <w:r w:rsidRPr="00802883">
              <w:rPr>
                <w:rFonts w:ascii="Aptos" w:hAnsi="Aptos"/>
                <w:sz w:val="18"/>
                <w:szCs w:val="18"/>
              </w:rPr>
              <w:t>*Attend parent meetings, conferences, family trainings, and school events.</w:t>
            </w:r>
          </w:p>
          <w:p w14:paraId="65EF4C87" w14:textId="77777777" w:rsidR="002D72D7" w:rsidRPr="00802883" w:rsidRDefault="004200B0">
            <w:pPr>
              <w:spacing w:after="0" w:line="216" w:lineRule="auto"/>
              <w:rPr>
                <w:rFonts w:ascii="Aptos" w:hAnsi="Aptos"/>
                <w:sz w:val="18"/>
                <w:szCs w:val="18"/>
              </w:rPr>
            </w:pPr>
            <w:r w:rsidRPr="00802883">
              <w:rPr>
                <w:rFonts w:ascii="Aptos" w:hAnsi="Aptos"/>
                <w:sz w:val="18"/>
                <w:szCs w:val="18"/>
              </w:rPr>
              <w:t>*Talk to your child's teacher about ways to support learning at home.</w:t>
            </w:r>
          </w:p>
          <w:p w14:paraId="2857BE72" w14:textId="77777777" w:rsidR="002D72D7" w:rsidRPr="00802883" w:rsidRDefault="004200B0">
            <w:pPr>
              <w:spacing w:after="0" w:line="216" w:lineRule="auto"/>
              <w:rPr>
                <w:rFonts w:ascii="Aptos" w:hAnsi="Aptos"/>
                <w:sz w:val="18"/>
                <w:szCs w:val="18"/>
              </w:rPr>
            </w:pPr>
            <w:r w:rsidRPr="00802883">
              <w:rPr>
                <w:rFonts w:ascii="Aptos" w:hAnsi="Aptos"/>
                <w:sz w:val="18"/>
                <w:szCs w:val="18"/>
              </w:rPr>
              <w:t>*Become a volunteer by completing the HISD VIPS application; approval must be renewed annually.</w:t>
            </w:r>
          </w:p>
          <w:p w14:paraId="4931E85D" w14:textId="77777777" w:rsidR="002D72D7" w:rsidRPr="00802883" w:rsidRDefault="004200B0">
            <w:pPr>
              <w:spacing w:after="0" w:line="216" w:lineRule="auto"/>
              <w:rPr>
                <w:rFonts w:ascii="Aptos" w:hAnsi="Aptos"/>
                <w:sz w:val="18"/>
                <w:szCs w:val="18"/>
              </w:rPr>
            </w:pPr>
            <w:r w:rsidRPr="00802883">
              <w:rPr>
                <w:rFonts w:ascii="Aptos" w:hAnsi="Aptos"/>
                <w:sz w:val="18"/>
                <w:szCs w:val="18"/>
              </w:rPr>
              <w:t>*Participate in campus family partnership and shared decision-making opportunities.</w:t>
            </w:r>
          </w:p>
          <w:p w14:paraId="086D33C5" w14:textId="77777777" w:rsidR="002D72D7" w:rsidRDefault="004200B0">
            <w:pPr>
              <w:spacing w:after="0" w:line="216" w:lineRule="auto"/>
              <w:rPr>
                <w:rFonts w:ascii="Aptos" w:hAnsi="Aptos"/>
                <w:sz w:val="18"/>
                <w:szCs w:val="18"/>
              </w:rPr>
            </w:pPr>
            <w:r w:rsidRPr="00802883">
              <w:rPr>
                <w:rFonts w:ascii="Aptos" w:hAnsi="Aptos"/>
                <w:sz w:val="18"/>
                <w:szCs w:val="18"/>
              </w:rPr>
              <w:t>*Share feedback, ideas, questions, and concerns with teachers and school leaders.</w:t>
            </w:r>
          </w:p>
          <w:p w14:paraId="1AAC2688" w14:textId="77777777" w:rsidR="00FF22EA" w:rsidRPr="00802883" w:rsidRDefault="00FF22EA">
            <w:pPr>
              <w:spacing w:after="0" w:line="216" w:lineRule="auto"/>
              <w:rPr>
                <w:rFonts w:ascii="Aptos" w:hAnsi="Aptos"/>
                <w:sz w:val="18"/>
                <w:szCs w:val="18"/>
              </w:rPr>
            </w:pPr>
          </w:p>
        </w:tc>
      </w:tr>
      <w:tr w:rsidR="002D72D7" w:rsidRPr="00FF22EA" w14:paraId="65F1C76A" w14:textId="77777777" w:rsidTr="0055426D">
        <w:trPr>
          <w:gridAfter w:val="1"/>
          <w:wAfter w:w="180" w:type="dxa"/>
          <w:jc w:val="center"/>
        </w:trPr>
        <w:tc>
          <w:tcPr>
            <w:tcW w:w="1794" w:type="dxa"/>
            <w:tcMar>
              <w:top w:w="30" w:type="dxa"/>
              <w:left w:w="45" w:type="dxa"/>
              <w:bottom w:w="30" w:type="dxa"/>
              <w:right w:w="45" w:type="dxa"/>
            </w:tcMar>
          </w:tcPr>
          <w:p w14:paraId="450EEAFE" w14:textId="77777777" w:rsidR="002D72D7" w:rsidRPr="00FF22EA" w:rsidRDefault="004200B0">
            <w:pPr>
              <w:spacing w:after="0" w:line="221" w:lineRule="auto"/>
              <w:rPr>
                <w:rFonts w:ascii="Aptos" w:hAnsi="Aptos"/>
                <w:sz w:val="18"/>
                <w:szCs w:val="18"/>
              </w:rPr>
            </w:pPr>
            <w:r w:rsidRPr="00FF22EA">
              <w:rPr>
                <w:rFonts w:ascii="Aptos" w:hAnsi="Aptos"/>
                <w:b/>
                <w:sz w:val="18"/>
                <w:szCs w:val="18"/>
              </w:rPr>
              <w:t>Family Trainings /Activities</w:t>
            </w:r>
          </w:p>
        </w:tc>
        <w:tc>
          <w:tcPr>
            <w:tcW w:w="12359" w:type="dxa"/>
            <w:tcMar>
              <w:top w:w="30" w:type="dxa"/>
              <w:left w:w="45" w:type="dxa"/>
              <w:bottom w:w="30" w:type="dxa"/>
              <w:right w:w="45" w:type="dxa"/>
            </w:tcMar>
          </w:tcPr>
          <w:p w14:paraId="6859FC4B" w14:textId="77777777" w:rsidR="002D72D7" w:rsidRPr="00FF22EA" w:rsidRDefault="004200B0">
            <w:pPr>
              <w:spacing w:after="0" w:line="221" w:lineRule="auto"/>
              <w:rPr>
                <w:rFonts w:ascii="Aptos" w:hAnsi="Aptos"/>
                <w:sz w:val="18"/>
                <w:szCs w:val="18"/>
              </w:rPr>
            </w:pPr>
            <w:r w:rsidRPr="00FF22EA">
              <w:rPr>
                <w:rFonts w:ascii="Aptos" w:hAnsi="Aptos"/>
                <w:sz w:val="18"/>
                <w:szCs w:val="18"/>
              </w:rPr>
              <w:t xml:space="preserve">Family trainings are opportunities for family members to learn new knowledge and skills from other parents, community members, and educators. Schedules and locations are subject to change and will be communicated through </w:t>
            </w:r>
            <w:proofErr w:type="spellStart"/>
            <w:r w:rsidRPr="00FF22EA">
              <w:rPr>
                <w:rFonts w:ascii="Aptos" w:hAnsi="Aptos"/>
                <w:sz w:val="18"/>
                <w:szCs w:val="18"/>
              </w:rPr>
              <w:t>ParentSquare</w:t>
            </w:r>
            <w:proofErr w:type="spellEnd"/>
            <w:r w:rsidRPr="00FF22EA">
              <w:rPr>
                <w:rFonts w:ascii="Aptos" w:hAnsi="Aptos"/>
                <w:sz w:val="18"/>
                <w:szCs w:val="18"/>
              </w:rPr>
              <w:t>, school communication, or the Neff ECC website.</w:t>
            </w:r>
          </w:p>
          <w:p w14:paraId="5DFC7CD3" w14:textId="77777777" w:rsidR="00802883" w:rsidRPr="00FF22EA" w:rsidRDefault="004200B0">
            <w:pPr>
              <w:spacing w:after="0" w:line="221" w:lineRule="auto"/>
              <w:rPr>
                <w:rFonts w:ascii="Aptos" w:hAnsi="Aptos"/>
                <w:sz w:val="18"/>
                <w:szCs w:val="18"/>
              </w:rPr>
            </w:pPr>
            <w:r w:rsidRPr="00FF22EA">
              <w:rPr>
                <w:rFonts w:ascii="Aptos" w:hAnsi="Aptos"/>
                <w:sz w:val="18"/>
                <w:szCs w:val="18"/>
              </w:rPr>
              <w:t>*</w:t>
            </w:r>
            <w:r w:rsidR="00802883" w:rsidRPr="00FF22EA">
              <w:rPr>
                <w:rFonts w:ascii="Aptos" w:hAnsi="Aptos"/>
                <w:sz w:val="18"/>
                <w:szCs w:val="18"/>
              </w:rPr>
              <w:t xml:space="preserve">*Back to School activities-August 4, 2026, 4:00-5:30 p.m. </w:t>
            </w:r>
          </w:p>
          <w:p w14:paraId="5F30CA45" w14:textId="0E335E4A" w:rsidR="002D72D7" w:rsidRPr="00FF22EA" w:rsidRDefault="00802883">
            <w:pPr>
              <w:spacing w:after="0" w:line="221" w:lineRule="auto"/>
              <w:rPr>
                <w:rFonts w:ascii="Aptos" w:hAnsi="Aptos"/>
                <w:sz w:val="18"/>
                <w:szCs w:val="18"/>
              </w:rPr>
            </w:pPr>
            <w:r w:rsidRPr="00FF22EA">
              <w:rPr>
                <w:rFonts w:ascii="Aptos" w:hAnsi="Aptos"/>
                <w:sz w:val="18"/>
                <w:szCs w:val="18"/>
              </w:rPr>
              <w:t xml:space="preserve">*Meet the Teacher- August 6, 2026, </w:t>
            </w:r>
            <w:r w:rsidR="00135091" w:rsidRPr="00FF22EA">
              <w:rPr>
                <w:rFonts w:ascii="Aptos" w:hAnsi="Aptos"/>
                <w:sz w:val="18"/>
                <w:szCs w:val="18"/>
              </w:rPr>
              <w:t>3</w:t>
            </w:r>
            <w:r w:rsidRPr="00FF22EA">
              <w:rPr>
                <w:rFonts w:ascii="Aptos" w:hAnsi="Aptos"/>
                <w:sz w:val="18"/>
                <w:szCs w:val="18"/>
              </w:rPr>
              <w:t>:00-</w:t>
            </w:r>
            <w:r w:rsidR="00135091" w:rsidRPr="00FF22EA">
              <w:rPr>
                <w:rFonts w:ascii="Aptos" w:hAnsi="Aptos"/>
                <w:sz w:val="18"/>
                <w:szCs w:val="18"/>
              </w:rPr>
              <w:t>4:30</w:t>
            </w:r>
            <w:r w:rsidRPr="00FF22EA">
              <w:rPr>
                <w:rFonts w:ascii="Aptos" w:hAnsi="Aptos"/>
                <w:sz w:val="18"/>
                <w:szCs w:val="18"/>
              </w:rPr>
              <w:t xml:space="preserve"> p.m.</w:t>
            </w:r>
          </w:p>
          <w:p w14:paraId="6DCCB106" w14:textId="0F9B5F5D" w:rsidR="002D72D7" w:rsidRPr="00FF22EA" w:rsidRDefault="004200B0">
            <w:pPr>
              <w:spacing w:after="0" w:line="221" w:lineRule="auto"/>
              <w:rPr>
                <w:rFonts w:ascii="Aptos" w:hAnsi="Aptos"/>
                <w:sz w:val="18"/>
                <w:szCs w:val="18"/>
              </w:rPr>
            </w:pPr>
            <w:r w:rsidRPr="00FF22EA">
              <w:rPr>
                <w:rFonts w:ascii="Aptos" w:hAnsi="Aptos"/>
                <w:sz w:val="18"/>
                <w:szCs w:val="18"/>
              </w:rPr>
              <w:t>*Open House</w:t>
            </w:r>
            <w:r w:rsidR="00802883" w:rsidRPr="00FF22EA">
              <w:rPr>
                <w:rFonts w:ascii="Aptos" w:hAnsi="Aptos"/>
                <w:sz w:val="18"/>
                <w:szCs w:val="18"/>
              </w:rPr>
              <w:t>- October 6, 2026</w:t>
            </w:r>
          </w:p>
          <w:p w14:paraId="60B02BF6" w14:textId="77777777" w:rsidR="002D72D7" w:rsidRPr="00FF22EA" w:rsidRDefault="004200B0">
            <w:pPr>
              <w:spacing w:after="0" w:line="221" w:lineRule="auto"/>
              <w:rPr>
                <w:rFonts w:ascii="Aptos" w:hAnsi="Aptos"/>
                <w:sz w:val="18"/>
                <w:szCs w:val="18"/>
              </w:rPr>
            </w:pPr>
            <w:r w:rsidRPr="00FF22EA">
              <w:rPr>
                <w:rFonts w:ascii="Aptos" w:hAnsi="Aptos"/>
                <w:sz w:val="18"/>
                <w:szCs w:val="18"/>
              </w:rPr>
              <w:t>*Family literacy, math, science, and early-learning events</w:t>
            </w:r>
          </w:p>
          <w:p w14:paraId="61937513" w14:textId="77777777" w:rsidR="002D72D7" w:rsidRPr="00FF22EA" w:rsidRDefault="004200B0">
            <w:pPr>
              <w:spacing w:after="0" w:line="221" w:lineRule="auto"/>
              <w:rPr>
                <w:rFonts w:ascii="Aptos" w:hAnsi="Aptos"/>
                <w:sz w:val="18"/>
                <w:szCs w:val="18"/>
              </w:rPr>
            </w:pPr>
            <w:r w:rsidRPr="00FF22EA">
              <w:rPr>
                <w:rFonts w:ascii="Aptos" w:hAnsi="Aptos"/>
                <w:sz w:val="18"/>
                <w:szCs w:val="18"/>
              </w:rPr>
              <w:t>*Coffee with the Principal and family information sessions</w:t>
            </w:r>
          </w:p>
          <w:p w14:paraId="70FF4BA4" w14:textId="77777777" w:rsidR="002D72D7" w:rsidRPr="00FF22EA" w:rsidRDefault="004200B0">
            <w:pPr>
              <w:spacing w:after="0" w:line="221" w:lineRule="auto"/>
              <w:rPr>
                <w:rFonts w:ascii="Aptos" w:hAnsi="Aptos"/>
                <w:sz w:val="18"/>
                <w:szCs w:val="18"/>
              </w:rPr>
            </w:pPr>
            <w:r w:rsidRPr="00FF22EA">
              <w:rPr>
                <w:rFonts w:ascii="Aptos" w:hAnsi="Aptos"/>
                <w:sz w:val="18"/>
                <w:szCs w:val="18"/>
              </w:rPr>
              <w:t>*Parent education workshops and Parent University opportunities</w:t>
            </w:r>
          </w:p>
          <w:p w14:paraId="0D05C872" w14:textId="77777777" w:rsidR="002D72D7" w:rsidRPr="00FF22EA" w:rsidRDefault="004200B0">
            <w:pPr>
              <w:spacing w:after="0" w:line="221" w:lineRule="auto"/>
              <w:rPr>
                <w:rFonts w:ascii="Aptos" w:hAnsi="Aptos"/>
                <w:sz w:val="18"/>
                <w:szCs w:val="18"/>
              </w:rPr>
            </w:pPr>
            <w:r w:rsidRPr="00FF22EA">
              <w:rPr>
                <w:rFonts w:ascii="Aptos" w:hAnsi="Aptos"/>
                <w:sz w:val="18"/>
                <w:szCs w:val="18"/>
              </w:rPr>
              <w:t>*Student celebrations, performances, and recognition events</w:t>
            </w:r>
          </w:p>
          <w:p w14:paraId="31E76640" w14:textId="77777777" w:rsidR="002D72D7" w:rsidRPr="00FF22EA" w:rsidRDefault="004200B0">
            <w:pPr>
              <w:spacing w:after="0" w:line="221" w:lineRule="auto"/>
              <w:rPr>
                <w:rFonts w:ascii="Aptos" w:hAnsi="Aptos"/>
                <w:sz w:val="18"/>
                <w:szCs w:val="18"/>
              </w:rPr>
            </w:pPr>
            <w:r w:rsidRPr="00FF22EA">
              <w:rPr>
                <w:rFonts w:ascii="Aptos" w:hAnsi="Aptos"/>
                <w:sz w:val="18"/>
                <w:szCs w:val="18"/>
              </w:rPr>
              <w:t>*Volunteer opportunities and campus activities</w:t>
            </w:r>
          </w:p>
          <w:p w14:paraId="3636B7E8" w14:textId="77777777" w:rsidR="002D72D7" w:rsidRDefault="004200B0">
            <w:pPr>
              <w:spacing w:after="0" w:line="221" w:lineRule="auto"/>
              <w:rPr>
                <w:rFonts w:ascii="Aptos" w:hAnsi="Aptos"/>
                <w:sz w:val="18"/>
                <w:szCs w:val="18"/>
              </w:rPr>
            </w:pPr>
            <w:r w:rsidRPr="00FF22EA">
              <w:rPr>
                <w:rFonts w:ascii="Aptos" w:hAnsi="Aptos"/>
                <w:sz w:val="18"/>
                <w:szCs w:val="18"/>
              </w:rPr>
              <w:t>*Community and district partnership events that support young children and families</w:t>
            </w:r>
            <w:r w:rsidR="00802883" w:rsidRPr="00FF22EA">
              <w:rPr>
                <w:rFonts w:ascii="Aptos" w:hAnsi="Aptos"/>
                <w:sz w:val="18"/>
                <w:szCs w:val="18"/>
              </w:rPr>
              <w:t xml:space="preserve"> </w:t>
            </w:r>
          </w:p>
          <w:p w14:paraId="154A7EDE" w14:textId="352E35E1" w:rsidR="00FF22EA" w:rsidRPr="00FF22EA" w:rsidRDefault="00FF22EA">
            <w:pPr>
              <w:spacing w:after="0" w:line="221" w:lineRule="auto"/>
              <w:rPr>
                <w:rFonts w:ascii="Aptos" w:hAnsi="Aptos"/>
                <w:sz w:val="18"/>
                <w:szCs w:val="18"/>
              </w:rPr>
            </w:pPr>
          </w:p>
        </w:tc>
      </w:tr>
      <w:tr w:rsidR="002D72D7" w14:paraId="2817B894" w14:textId="77777777" w:rsidTr="0055426D">
        <w:trPr>
          <w:jc w:val="center"/>
        </w:trPr>
        <w:tc>
          <w:tcPr>
            <w:tcW w:w="1794" w:type="dxa"/>
            <w:tcMar>
              <w:top w:w="30" w:type="dxa"/>
              <w:left w:w="45" w:type="dxa"/>
              <w:bottom w:w="30" w:type="dxa"/>
              <w:right w:w="45" w:type="dxa"/>
            </w:tcMar>
          </w:tcPr>
          <w:p w14:paraId="3DFBBE71" w14:textId="07A3ED76" w:rsidR="002D72D7" w:rsidRPr="00FF22EA" w:rsidRDefault="004200B0">
            <w:pPr>
              <w:spacing w:after="0" w:line="221" w:lineRule="auto"/>
              <w:rPr>
                <w:rFonts w:ascii="Aptos" w:hAnsi="Aptos"/>
                <w:sz w:val="18"/>
                <w:szCs w:val="18"/>
              </w:rPr>
            </w:pPr>
            <w:r w:rsidRPr="00FF22EA">
              <w:rPr>
                <w:rFonts w:ascii="Aptos" w:hAnsi="Aptos"/>
                <w:sz w:val="18"/>
                <w:szCs w:val="18"/>
              </w:rPr>
              <w:lastRenderedPageBreak/>
              <w:br w:type="page"/>
            </w:r>
            <w:r w:rsidRPr="00FF22EA">
              <w:rPr>
                <w:rFonts w:ascii="Aptos" w:hAnsi="Aptos"/>
                <w:b/>
                <w:sz w:val="18"/>
                <w:szCs w:val="18"/>
              </w:rPr>
              <w:t>Curriculum</w:t>
            </w:r>
          </w:p>
        </w:tc>
        <w:tc>
          <w:tcPr>
            <w:tcW w:w="12539" w:type="dxa"/>
            <w:gridSpan w:val="2"/>
            <w:tcMar>
              <w:top w:w="30" w:type="dxa"/>
              <w:left w:w="45" w:type="dxa"/>
              <w:bottom w:w="30" w:type="dxa"/>
              <w:right w:w="45" w:type="dxa"/>
            </w:tcMar>
          </w:tcPr>
          <w:p w14:paraId="7DC5CB5D" w14:textId="77777777" w:rsidR="002D72D7" w:rsidRPr="00FF22EA" w:rsidRDefault="004200B0">
            <w:pPr>
              <w:spacing w:after="0" w:line="221" w:lineRule="auto"/>
              <w:rPr>
                <w:rFonts w:ascii="Aptos" w:hAnsi="Aptos"/>
                <w:sz w:val="18"/>
                <w:szCs w:val="18"/>
              </w:rPr>
            </w:pPr>
            <w:r w:rsidRPr="00FF22EA">
              <w:rPr>
                <w:rFonts w:ascii="Aptos" w:hAnsi="Aptos"/>
                <w:sz w:val="18"/>
                <w:szCs w:val="18"/>
              </w:rPr>
              <w:t>Neff Early Learning Center uses curriculum and instructional resources provided by the Houston Independent School District and aligned to the Texas Essential Knowledge and Skills (TEKS) and appropriate early-childhood learning standards. Teachers use developmentally appropriate resources, technology, play, language, the arts, collaboration, and hands-on learning to meet student needs.</w:t>
            </w:r>
          </w:p>
        </w:tc>
      </w:tr>
      <w:tr w:rsidR="002D72D7" w14:paraId="4A4ED263" w14:textId="77777777" w:rsidTr="0055426D">
        <w:trPr>
          <w:jc w:val="center"/>
        </w:trPr>
        <w:tc>
          <w:tcPr>
            <w:tcW w:w="1794" w:type="dxa"/>
            <w:tcMar>
              <w:top w:w="30" w:type="dxa"/>
              <w:left w:w="45" w:type="dxa"/>
              <w:bottom w:w="30" w:type="dxa"/>
              <w:right w:w="45" w:type="dxa"/>
            </w:tcMar>
          </w:tcPr>
          <w:p w14:paraId="3110E11B" w14:textId="77777777" w:rsidR="002D72D7" w:rsidRPr="00FF22EA" w:rsidRDefault="004200B0">
            <w:pPr>
              <w:spacing w:after="0" w:line="221" w:lineRule="auto"/>
              <w:rPr>
                <w:rFonts w:ascii="Aptos" w:hAnsi="Aptos"/>
                <w:sz w:val="18"/>
                <w:szCs w:val="18"/>
              </w:rPr>
            </w:pPr>
            <w:r w:rsidRPr="00FF22EA">
              <w:rPr>
                <w:rFonts w:ascii="Aptos" w:hAnsi="Aptos"/>
                <w:b/>
                <w:sz w:val="18"/>
                <w:szCs w:val="18"/>
              </w:rPr>
              <w:t>Forms of Academic Assessments</w:t>
            </w:r>
          </w:p>
        </w:tc>
        <w:tc>
          <w:tcPr>
            <w:tcW w:w="12539" w:type="dxa"/>
            <w:gridSpan w:val="2"/>
            <w:tcMar>
              <w:top w:w="30" w:type="dxa"/>
              <w:left w:w="45" w:type="dxa"/>
              <w:bottom w:w="30" w:type="dxa"/>
              <w:right w:w="45" w:type="dxa"/>
            </w:tcMar>
          </w:tcPr>
          <w:p w14:paraId="19E6CE50" w14:textId="77777777" w:rsidR="002D72D7" w:rsidRPr="00FF22EA" w:rsidRDefault="004200B0">
            <w:pPr>
              <w:spacing w:after="0" w:line="221" w:lineRule="auto"/>
              <w:rPr>
                <w:rFonts w:ascii="Aptos" w:hAnsi="Aptos"/>
                <w:sz w:val="18"/>
                <w:szCs w:val="18"/>
              </w:rPr>
            </w:pPr>
            <w:r w:rsidRPr="00FF22EA">
              <w:rPr>
                <w:rFonts w:ascii="Aptos" w:hAnsi="Aptos"/>
                <w:sz w:val="18"/>
                <w:szCs w:val="18"/>
              </w:rPr>
              <w:t>Neff Early Learning Center uses district, campus, classroom, and early-childhood assessments to monitor student learning and growth. Assessments may include CIRCLE, DIBELS, NWEA/MAP when applicable, classroom and unit assessments, and other district assessments. TELPAS is administered to eligible emergent bilingual students when applicable.</w:t>
            </w:r>
          </w:p>
          <w:p w14:paraId="6F988C64" w14:textId="77777777" w:rsidR="0055426D" w:rsidRPr="00FF22EA" w:rsidRDefault="0055426D">
            <w:pPr>
              <w:spacing w:after="0" w:line="221" w:lineRule="auto"/>
              <w:rPr>
                <w:rFonts w:ascii="Aptos" w:hAnsi="Aptos"/>
                <w:sz w:val="18"/>
                <w:szCs w:val="18"/>
              </w:rPr>
            </w:pPr>
          </w:p>
        </w:tc>
      </w:tr>
      <w:tr w:rsidR="002D72D7" w14:paraId="1ACE6F86" w14:textId="77777777" w:rsidTr="0055426D">
        <w:trPr>
          <w:jc w:val="center"/>
        </w:trPr>
        <w:tc>
          <w:tcPr>
            <w:tcW w:w="1794" w:type="dxa"/>
            <w:tcMar>
              <w:top w:w="30" w:type="dxa"/>
              <w:left w:w="45" w:type="dxa"/>
              <w:bottom w:w="30" w:type="dxa"/>
              <w:right w:w="45" w:type="dxa"/>
            </w:tcMar>
          </w:tcPr>
          <w:p w14:paraId="4CE9F5C2" w14:textId="77777777" w:rsidR="002D72D7" w:rsidRPr="00FF22EA" w:rsidRDefault="004200B0">
            <w:pPr>
              <w:spacing w:after="0" w:line="221" w:lineRule="auto"/>
              <w:rPr>
                <w:rFonts w:ascii="Aptos" w:hAnsi="Aptos"/>
                <w:sz w:val="18"/>
                <w:szCs w:val="18"/>
              </w:rPr>
            </w:pPr>
            <w:r w:rsidRPr="00FF22EA">
              <w:rPr>
                <w:rFonts w:ascii="Aptos" w:hAnsi="Aptos"/>
                <w:b/>
                <w:sz w:val="18"/>
                <w:szCs w:val="18"/>
              </w:rPr>
              <w:t>Expected Achievement Levels on Academic Assessments</w:t>
            </w:r>
          </w:p>
        </w:tc>
        <w:tc>
          <w:tcPr>
            <w:tcW w:w="12539" w:type="dxa"/>
            <w:gridSpan w:val="2"/>
            <w:tcMar>
              <w:top w:w="30" w:type="dxa"/>
              <w:left w:w="45" w:type="dxa"/>
              <w:bottom w:w="30" w:type="dxa"/>
              <w:right w:w="45" w:type="dxa"/>
            </w:tcMar>
          </w:tcPr>
          <w:p w14:paraId="4685EC7E" w14:textId="77777777" w:rsidR="002D72D7" w:rsidRPr="00FF22EA" w:rsidRDefault="004200B0">
            <w:pPr>
              <w:spacing w:after="0" w:line="221" w:lineRule="auto"/>
              <w:rPr>
                <w:rFonts w:ascii="Aptos" w:hAnsi="Aptos"/>
                <w:sz w:val="18"/>
                <w:szCs w:val="18"/>
              </w:rPr>
            </w:pPr>
            <w:r w:rsidRPr="00FF22EA">
              <w:rPr>
                <w:rFonts w:ascii="Aptos" w:hAnsi="Aptos"/>
                <w:sz w:val="18"/>
                <w:szCs w:val="18"/>
              </w:rPr>
              <w:t>Neff Early Learning Center expects all students to demonstrate continuous academic and developmental growth toward grade-level and age-appropriate standards. Teachers and staff use assessment results to identify strengths and needs, provide appropriate instruction and intervention, and communicate progress with families.</w:t>
            </w:r>
          </w:p>
        </w:tc>
      </w:tr>
      <w:tr w:rsidR="002D72D7" w14:paraId="37DD63D8" w14:textId="77777777" w:rsidTr="0055426D">
        <w:trPr>
          <w:jc w:val="center"/>
        </w:trPr>
        <w:tc>
          <w:tcPr>
            <w:tcW w:w="1794" w:type="dxa"/>
            <w:tcMar>
              <w:top w:w="30" w:type="dxa"/>
              <w:left w:w="45" w:type="dxa"/>
              <w:bottom w:w="30" w:type="dxa"/>
              <w:right w:w="45" w:type="dxa"/>
            </w:tcMar>
          </w:tcPr>
          <w:p w14:paraId="7C9921AC" w14:textId="77777777" w:rsidR="002D72D7" w:rsidRPr="00FF22EA" w:rsidRDefault="004200B0">
            <w:pPr>
              <w:spacing w:after="0" w:line="221" w:lineRule="auto"/>
              <w:rPr>
                <w:rFonts w:ascii="Aptos" w:hAnsi="Aptos"/>
                <w:sz w:val="18"/>
                <w:szCs w:val="18"/>
              </w:rPr>
            </w:pPr>
            <w:r w:rsidRPr="00FF22EA">
              <w:rPr>
                <w:rFonts w:ascii="Aptos" w:hAnsi="Aptos"/>
                <w:b/>
                <w:sz w:val="18"/>
                <w:szCs w:val="18"/>
              </w:rPr>
              <w:t>Ways to Request Regular Meetings</w:t>
            </w:r>
          </w:p>
        </w:tc>
        <w:tc>
          <w:tcPr>
            <w:tcW w:w="12539" w:type="dxa"/>
            <w:gridSpan w:val="2"/>
            <w:tcMar>
              <w:top w:w="30" w:type="dxa"/>
              <w:left w:w="45" w:type="dxa"/>
              <w:bottom w:w="30" w:type="dxa"/>
              <w:right w:w="45" w:type="dxa"/>
            </w:tcMar>
          </w:tcPr>
          <w:p w14:paraId="19ADB3F4" w14:textId="77777777" w:rsidR="002D72D7" w:rsidRPr="00FF22EA" w:rsidRDefault="004200B0">
            <w:pPr>
              <w:spacing w:after="0" w:line="221" w:lineRule="auto"/>
              <w:rPr>
                <w:rFonts w:ascii="Aptos" w:hAnsi="Aptos"/>
                <w:sz w:val="18"/>
                <w:szCs w:val="18"/>
              </w:rPr>
            </w:pPr>
            <w:r w:rsidRPr="00FF22EA">
              <w:rPr>
                <w:rFonts w:ascii="Aptos" w:hAnsi="Aptos"/>
                <w:sz w:val="18"/>
                <w:szCs w:val="18"/>
              </w:rPr>
              <w:t xml:space="preserve">Parents/guardians may bring suggestions, ideas, or concerns to meetings listed in this document. To meet with an administrator or their child's teacher at another time, families may contact the school, email the staff member, or use </w:t>
            </w:r>
            <w:proofErr w:type="spellStart"/>
            <w:r w:rsidRPr="00FF22EA">
              <w:rPr>
                <w:rFonts w:ascii="Aptos" w:hAnsi="Aptos"/>
                <w:sz w:val="18"/>
                <w:szCs w:val="18"/>
              </w:rPr>
              <w:t>ParentSquare</w:t>
            </w:r>
            <w:proofErr w:type="spellEnd"/>
            <w:r w:rsidRPr="00FF22EA">
              <w:rPr>
                <w:rFonts w:ascii="Aptos" w:hAnsi="Aptos"/>
                <w:sz w:val="18"/>
                <w:szCs w:val="18"/>
              </w:rPr>
              <w:t xml:space="preserve"> to request a conference. Neff welcomes family ideas, feedback, and concerns and is committed to respectful two-way communication.</w:t>
            </w:r>
            <w:r w:rsidRPr="00FF22EA">
              <w:rPr>
                <w:rFonts w:ascii="Aptos" w:hAnsi="Aptos"/>
                <w:sz w:val="18"/>
                <w:szCs w:val="18"/>
              </w:rPr>
              <w:br/>
            </w:r>
            <w:r w:rsidRPr="00FF22EA">
              <w:rPr>
                <w:rFonts w:ascii="Aptos" w:hAnsi="Aptos"/>
                <w:sz w:val="18"/>
                <w:szCs w:val="18"/>
              </w:rPr>
              <w:br/>
              <w:t>School Phone: (713) 778-3470</w:t>
            </w:r>
            <w:r w:rsidRPr="00FF22EA">
              <w:rPr>
                <w:rFonts w:ascii="Aptos" w:hAnsi="Aptos"/>
                <w:sz w:val="18"/>
                <w:szCs w:val="18"/>
              </w:rPr>
              <w:br/>
              <w:t>Website: neffecc.houstonisd.org/our-school</w:t>
            </w:r>
            <w:r w:rsidRPr="00FF22EA">
              <w:rPr>
                <w:rFonts w:ascii="Aptos" w:hAnsi="Aptos"/>
                <w:sz w:val="18"/>
                <w:szCs w:val="18"/>
              </w:rPr>
              <w:br/>
              <w:t>Principal: Carlos Rodriguez</w:t>
            </w:r>
          </w:p>
        </w:tc>
      </w:tr>
    </w:tbl>
    <w:p w14:paraId="489B5807" w14:textId="77777777" w:rsidR="000E6123" w:rsidRDefault="00802883">
      <w:pPr>
        <w:spacing w:after="20"/>
        <w:rPr>
          <w:b/>
          <w:sz w:val="15"/>
        </w:rPr>
      </w:pPr>
      <w:r>
        <w:rPr>
          <w:b/>
          <w:sz w:val="15"/>
        </w:rPr>
        <w:t xml:space="preserve">            </w:t>
      </w:r>
    </w:p>
    <w:p w14:paraId="5C330521" w14:textId="77777777" w:rsidR="000E6123" w:rsidRDefault="000E6123">
      <w:pPr>
        <w:spacing w:after="20"/>
        <w:rPr>
          <w:b/>
          <w:sz w:val="15"/>
        </w:rPr>
      </w:pPr>
    </w:p>
    <w:p w14:paraId="434C24E5" w14:textId="682D5F55" w:rsidR="002D72D7" w:rsidRDefault="00FF22EA">
      <w:pPr>
        <w:spacing w:after="20"/>
      </w:pPr>
      <w:r>
        <w:rPr>
          <w:b/>
          <w:sz w:val="15"/>
        </w:rPr>
        <w:t xml:space="preserve">           </w:t>
      </w:r>
      <w:r w:rsidR="00802883">
        <w:rPr>
          <w:b/>
          <w:sz w:val="15"/>
        </w:rPr>
        <w:t>School Parent Compact</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164"/>
        <w:gridCol w:w="3802"/>
        <w:gridCol w:w="3802"/>
        <w:gridCol w:w="3586"/>
      </w:tblGrid>
      <w:tr w:rsidR="002D72D7" w14:paraId="04CD7126" w14:textId="77777777" w:rsidTr="00802883">
        <w:trPr>
          <w:jc w:val="center"/>
        </w:trPr>
        <w:tc>
          <w:tcPr>
            <w:tcW w:w="3164" w:type="dxa"/>
            <w:tcMar>
              <w:top w:w="25" w:type="dxa"/>
              <w:left w:w="35" w:type="dxa"/>
              <w:bottom w:w="25" w:type="dxa"/>
              <w:right w:w="35" w:type="dxa"/>
            </w:tcMar>
          </w:tcPr>
          <w:p w14:paraId="5B302D59" w14:textId="77777777" w:rsidR="002D72D7" w:rsidRPr="00273A4D" w:rsidRDefault="004200B0">
            <w:pPr>
              <w:spacing w:after="0" w:line="221" w:lineRule="auto"/>
              <w:rPr>
                <w:rFonts w:ascii="Aptos" w:hAnsi="Aptos"/>
                <w:b/>
                <w:bCs/>
                <w:sz w:val="18"/>
                <w:szCs w:val="18"/>
              </w:rPr>
            </w:pPr>
            <w:r w:rsidRPr="00273A4D">
              <w:rPr>
                <w:rFonts w:ascii="Aptos" w:hAnsi="Aptos"/>
                <w:b/>
                <w:bCs/>
                <w:sz w:val="18"/>
                <w:szCs w:val="18"/>
              </w:rPr>
              <w:t>The School's Responsibility</w:t>
            </w:r>
          </w:p>
        </w:tc>
        <w:tc>
          <w:tcPr>
            <w:tcW w:w="3802" w:type="dxa"/>
            <w:tcMar>
              <w:top w:w="25" w:type="dxa"/>
              <w:left w:w="35" w:type="dxa"/>
              <w:bottom w:w="25" w:type="dxa"/>
              <w:right w:w="35" w:type="dxa"/>
            </w:tcMar>
          </w:tcPr>
          <w:p w14:paraId="62488619" w14:textId="77777777" w:rsidR="002D72D7" w:rsidRPr="00273A4D" w:rsidRDefault="004200B0">
            <w:pPr>
              <w:spacing w:after="0" w:line="221" w:lineRule="auto"/>
              <w:rPr>
                <w:rFonts w:ascii="Aptos" w:hAnsi="Aptos"/>
                <w:b/>
                <w:bCs/>
                <w:sz w:val="18"/>
                <w:szCs w:val="18"/>
              </w:rPr>
            </w:pPr>
            <w:r w:rsidRPr="00273A4D">
              <w:rPr>
                <w:rFonts w:ascii="Aptos" w:hAnsi="Aptos"/>
                <w:b/>
                <w:bCs/>
                <w:sz w:val="18"/>
                <w:szCs w:val="18"/>
              </w:rPr>
              <w:t>The Parent/Guardian's Responsibilities</w:t>
            </w:r>
          </w:p>
        </w:tc>
        <w:tc>
          <w:tcPr>
            <w:tcW w:w="3802" w:type="dxa"/>
            <w:tcMar>
              <w:top w:w="25" w:type="dxa"/>
              <w:left w:w="35" w:type="dxa"/>
              <w:bottom w:w="25" w:type="dxa"/>
              <w:right w:w="35" w:type="dxa"/>
            </w:tcMar>
          </w:tcPr>
          <w:p w14:paraId="134D53F6" w14:textId="77777777" w:rsidR="002D72D7" w:rsidRPr="00273A4D" w:rsidRDefault="004200B0">
            <w:pPr>
              <w:spacing w:after="0" w:line="221" w:lineRule="auto"/>
              <w:rPr>
                <w:rFonts w:ascii="Aptos" w:hAnsi="Aptos"/>
                <w:b/>
                <w:bCs/>
                <w:sz w:val="18"/>
                <w:szCs w:val="18"/>
              </w:rPr>
            </w:pPr>
            <w:r w:rsidRPr="00273A4D">
              <w:rPr>
                <w:rFonts w:ascii="Aptos" w:hAnsi="Aptos"/>
                <w:b/>
                <w:bCs/>
                <w:sz w:val="18"/>
                <w:szCs w:val="18"/>
              </w:rPr>
              <w:t>The Student's Responsibilities</w:t>
            </w:r>
          </w:p>
        </w:tc>
        <w:tc>
          <w:tcPr>
            <w:tcW w:w="3586" w:type="dxa"/>
            <w:tcMar>
              <w:top w:w="25" w:type="dxa"/>
              <w:left w:w="35" w:type="dxa"/>
              <w:bottom w:w="25" w:type="dxa"/>
              <w:right w:w="35" w:type="dxa"/>
            </w:tcMar>
          </w:tcPr>
          <w:p w14:paraId="189AC6E8" w14:textId="77777777" w:rsidR="002D72D7" w:rsidRPr="00273A4D" w:rsidRDefault="004200B0">
            <w:pPr>
              <w:spacing w:after="0" w:line="221" w:lineRule="auto"/>
              <w:rPr>
                <w:rFonts w:ascii="Aptos" w:hAnsi="Aptos"/>
                <w:b/>
                <w:bCs/>
                <w:sz w:val="18"/>
                <w:szCs w:val="18"/>
              </w:rPr>
            </w:pPr>
            <w:r w:rsidRPr="00273A4D">
              <w:rPr>
                <w:rFonts w:ascii="Aptos" w:hAnsi="Aptos"/>
                <w:b/>
                <w:bCs/>
                <w:sz w:val="18"/>
                <w:szCs w:val="18"/>
              </w:rPr>
              <w:t>On-Going Communication</w:t>
            </w:r>
          </w:p>
        </w:tc>
      </w:tr>
      <w:tr w:rsidR="002D72D7" w14:paraId="0ED45327" w14:textId="77777777" w:rsidTr="00802883">
        <w:trPr>
          <w:jc w:val="center"/>
        </w:trPr>
        <w:tc>
          <w:tcPr>
            <w:tcW w:w="3164" w:type="dxa"/>
            <w:tcMar>
              <w:top w:w="30" w:type="dxa"/>
              <w:left w:w="35" w:type="dxa"/>
              <w:bottom w:w="30" w:type="dxa"/>
              <w:right w:w="35" w:type="dxa"/>
            </w:tcMar>
          </w:tcPr>
          <w:p w14:paraId="5B9BFC9C" w14:textId="77777777" w:rsidR="00EC2F21" w:rsidRDefault="00273A4D">
            <w:pPr>
              <w:spacing w:before="40" w:after="0"/>
              <w:rPr>
                <w:rFonts w:ascii="Aptos" w:hAnsi="Aptos"/>
                <w:sz w:val="18"/>
                <w:szCs w:val="18"/>
              </w:rPr>
            </w:pPr>
            <w:r w:rsidRPr="00273A4D">
              <w:rPr>
                <w:rFonts w:ascii="Aptos" w:hAnsi="Aptos"/>
                <w:sz w:val="18"/>
                <w:szCs w:val="18"/>
              </w:rPr>
              <w:t xml:space="preserve">As a teacher/school staff member, I will: </w:t>
            </w:r>
          </w:p>
          <w:p w14:paraId="68E636C4" w14:textId="62CFDE9C" w:rsidR="00EC2F21" w:rsidRDefault="00273A4D">
            <w:pPr>
              <w:spacing w:before="40" w:after="0"/>
              <w:rPr>
                <w:rFonts w:ascii="Aptos" w:hAnsi="Aptos"/>
                <w:sz w:val="18"/>
                <w:szCs w:val="18"/>
              </w:rPr>
            </w:pPr>
            <w:r w:rsidRPr="00273A4D">
              <w:rPr>
                <w:rFonts w:ascii="Aptos" w:hAnsi="Aptos"/>
                <w:sz w:val="18"/>
                <w:szCs w:val="18"/>
              </w:rPr>
              <w:t xml:space="preserve">*Provide high-quality instruction and meaningful learning experiences aligned to student needs. </w:t>
            </w:r>
          </w:p>
          <w:p w14:paraId="2CACF301" w14:textId="01F32BDC" w:rsidR="00EC2F21" w:rsidRDefault="00273A4D">
            <w:pPr>
              <w:spacing w:before="40" w:after="0"/>
              <w:rPr>
                <w:rFonts w:ascii="Aptos" w:hAnsi="Aptos"/>
                <w:sz w:val="18"/>
                <w:szCs w:val="18"/>
              </w:rPr>
            </w:pPr>
            <w:r w:rsidRPr="00273A4D">
              <w:rPr>
                <w:rFonts w:ascii="Aptos" w:hAnsi="Aptos"/>
                <w:sz w:val="18"/>
                <w:szCs w:val="18"/>
              </w:rPr>
              <w:t xml:space="preserve">*Create a safe, respectful, diverse, and inclusive learning environment. </w:t>
            </w:r>
          </w:p>
          <w:p w14:paraId="6BF4B5AC" w14:textId="25EA6838" w:rsidR="00EC2F21" w:rsidRDefault="00273A4D">
            <w:pPr>
              <w:spacing w:before="40" w:after="0"/>
              <w:rPr>
                <w:rFonts w:ascii="Aptos" w:hAnsi="Aptos"/>
                <w:sz w:val="18"/>
                <w:szCs w:val="18"/>
              </w:rPr>
            </w:pPr>
            <w:r w:rsidRPr="00273A4D">
              <w:rPr>
                <w:rFonts w:ascii="Aptos" w:hAnsi="Aptos"/>
                <w:sz w:val="18"/>
                <w:szCs w:val="18"/>
              </w:rPr>
              <w:t xml:space="preserve">*Set high expectations and support students academically, socially, and behaviorally. </w:t>
            </w:r>
          </w:p>
          <w:p w14:paraId="71DAA7BA" w14:textId="77777777" w:rsidR="00EC2F21" w:rsidRDefault="00273A4D">
            <w:pPr>
              <w:spacing w:before="40" w:after="0"/>
              <w:rPr>
                <w:rFonts w:ascii="Aptos" w:hAnsi="Aptos"/>
                <w:sz w:val="18"/>
                <w:szCs w:val="18"/>
              </w:rPr>
            </w:pPr>
            <w:r w:rsidRPr="00273A4D">
              <w:rPr>
                <w:rFonts w:ascii="Aptos" w:hAnsi="Aptos"/>
                <w:sz w:val="18"/>
                <w:szCs w:val="18"/>
              </w:rPr>
              <w:t xml:space="preserve">*Communicate regularly with families about student progress, attendance, behavior, and ways to support learning. *Provide opportunities for families to participate in decisions and school activities. </w:t>
            </w:r>
          </w:p>
          <w:p w14:paraId="5B94D580" w14:textId="0A36C2C5" w:rsidR="00EC2F21" w:rsidRDefault="00273A4D">
            <w:pPr>
              <w:spacing w:before="40" w:after="0"/>
              <w:rPr>
                <w:rFonts w:ascii="Aptos" w:hAnsi="Aptos"/>
                <w:sz w:val="18"/>
                <w:szCs w:val="18"/>
              </w:rPr>
            </w:pPr>
            <w:r w:rsidRPr="00273A4D">
              <w:rPr>
                <w:rFonts w:ascii="Aptos" w:hAnsi="Aptos"/>
                <w:sz w:val="18"/>
                <w:szCs w:val="18"/>
              </w:rPr>
              <w:t xml:space="preserve">*Offer parent-teacher conferences during available conference times and respond to family concerns. </w:t>
            </w:r>
          </w:p>
          <w:p w14:paraId="7166CA18" w14:textId="77777777" w:rsidR="00EC2F21" w:rsidRDefault="00273A4D">
            <w:pPr>
              <w:spacing w:before="40" w:after="0"/>
              <w:rPr>
                <w:rFonts w:ascii="Aptos" w:hAnsi="Aptos"/>
                <w:sz w:val="18"/>
                <w:szCs w:val="18"/>
              </w:rPr>
            </w:pPr>
            <w:r w:rsidRPr="00273A4D">
              <w:rPr>
                <w:rFonts w:ascii="Aptos" w:hAnsi="Aptos"/>
                <w:sz w:val="18"/>
                <w:szCs w:val="18"/>
              </w:rPr>
              <w:t xml:space="preserve">*Celebrate student growth and partner with families as equal participants in students' education. </w:t>
            </w:r>
          </w:p>
          <w:p w14:paraId="4F3FCA16" w14:textId="6C617232" w:rsidR="00EC2F21" w:rsidRDefault="00273A4D">
            <w:pPr>
              <w:spacing w:before="40" w:after="0"/>
              <w:rPr>
                <w:rFonts w:ascii="Aptos" w:hAnsi="Aptos"/>
                <w:sz w:val="18"/>
                <w:szCs w:val="18"/>
              </w:rPr>
            </w:pPr>
            <w:r w:rsidRPr="00273A4D">
              <w:rPr>
                <w:rFonts w:ascii="Aptos" w:hAnsi="Aptos"/>
                <w:sz w:val="18"/>
                <w:szCs w:val="18"/>
              </w:rPr>
              <w:t xml:space="preserve">*Provide homework assignments to students. </w:t>
            </w:r>
          </w:p>
          <w:p w14:paraId="6FDA8613" w14:textId="77777777" w:rsidR="0055426D" w:rsidRDefault="00273A4D">
            <w:pPr>
              <w:spacing w:before="40" w:after="0"/>
              <w:rPr>
                <w:rFonts w:ascii="Aptos" w:hAnsi="Aptos"/>
                <w:sz w:val="18"/>
                <w:szCs w:val="18"/>
              </w:rPr>
            </w:pPr>
            <w:r w:rsidRPr="00273A4D">
              <w:rPr>
                <w:rFonts w:ascii="Aptos" w:hAnsi="Aptos"/>
                <w:sz w:val="18"/>
                <w:szCs w:val="18"/>
              </w:rPr>
              <w:lastRenderedPageBreak/>
              <w:t xml:space="preserve">* Provide necessary assistance to parents so that they can help with assignments </w:t>
            </w:r>
          </w:p>
          <w:p w14:paraId="2354AE76" w14:textId="31F06EE1" w:rsidR="00EC2F21" w:rsidRDefault="00273A4D">
            <w:pPr>
              <w:spacing w:before="40" w:after="0"/>
              <w:rPr>
                <w:rFonts w:ascii="Aptos" w:hAnsi="Aptos"/>
                <w:sz w:val="18"/>
                <w:szCs w:val="18"/>
              </w:rPr>
            </w:pPr>
            <w:r w:rsidRPr="00273A4D">
              <w:rPr>
                <w:rFonts w:ascii="Aptos" w:hAnsi="Aptos"/>
                <w:sz w:val="18"/>
                <w:szCs w:val="18"/>
              </w:rPr>
              <w:t xml:space="preserve">*Encourage students and parents by providing information about student progress at least every three weeks. *Facilitate and maintain positive teacher/parent communication through teacher-parent conferences. </w:t>
            </w:r>
          </w:p>
          <w:p w14:paraId="0EC9F54E" w14:textId="77777777" w:rsidR="00EC2F21" w:rsidRDefault="00273A4D">
            <w:pPr>
              <w:spacing w:before="40" w:after="0"/>
              <w:rPr>
                <w:rFonts w:ascii="Aptos" w:hAnsi="Aptos"/>
                <w:sz w:val="18"/>
                <w:szCs w:val="18"/>
              </w:rPr>
            </w:pPr>
            <w:r w:rsidRPr="00273A4D">
              <w:rPr>
                <w:rFonts w:ascii="Aptos" w:hAnsi="Aptos"/>
                <w:sz w:val="18"/>
                <w:szCs w:val="18"/>
              </w:rPr>
              <w:t xml:space="preserve">*Support parents how to learn different ways that they can help their children to be prepared to succeed in state and district assessments. </w:t>
            </w:r>
          </w:p>
          <w:p w14:paraId="120A154D" w14:textId="77777777" w:rsidR="00EC2F21" w:rsidRDefault="00EC2F21">
            <w:pPr>
              <w:spacing w:before="40" w:after="0"/>
              <w:rPr>
                <w:rFonts w:ascii="Aptos" w:hAnsi="Aptos"/>
                <w:sz w:val="18"/>
                <w:szCs w:val="18"/>
              </w:rPr>
            </w:pPr>
          </w:p>
          <w:p w14:paraId="16ADE4B4" w14:textId="74D45D3E" w:rsidR="002D72D7" w:rsidRPr="00273A4D" w:rsidRDefault="00273A4D">
            <w:pPr>
              <w:spacing w:before="40" w:after="0"/>
              <w:rPr>
                <w:rFonts w:ascii="Aptos" w:hAnsi="Aptos"/>
                <w:sz w:val="18"/>
                <w:szCs w:val="18"/>
              </w:rPr>
            </w:pPr>
            <w:r w:rsidRPr="00273A4D">
              <w:rPr>
                <w:rFonts w:ascii="Aptos" w:hAnsi="Aptos"/>
                <w:sz w:val="18"/>
                <w:szCs w:val="18"/>
              </w:rPr>
              <w:t>Teacher/Staff Signature: Date:__________________</w:t>
            </w:r>
          </w:p>
        </w:tc>
        <w:tc>
          <w:tcPr>
            <w:tcW w:w="3802" w:type="dxa"/>
            <w:tcMar>
              <w:top w:w="30" w:type="dxa"/>
              <w:left w:w="35" w:type="dxa"/>
              <w:bottom w:w="30" w:type="dxa"/>
              <w:right w:w="35" w:type="dxa"/>
            </w:tcMar>
          </w:tcPr>
          <w:p w14:paraId="25B1502A" w14:textId="77777777" w:rsidR="00EC2F21" w:rsidRDefault="00273A4D">
            <w:pPr>
              <w:spacing w:before="40" w:after="0"/>
              <w:rPr>
                <w:rFonts w:ascii="Aptos" w:hAnsi="Aptos"/>
                <w:sz w:val="18"/>
                <w:szCs w:val="18"/>
              </w:rPr>
            </w:pPr>
            <w:r w:rsidRPr="00273A4D">
              <w:rPr>
                <w:rFonts w:ascii="Aptos" w:hAnsi="Aptos"/>
                <w:sz w:val="18"/>
                <w:szCs w:val="18"/>
              </w:rPr>
              <w:lastRenderedPageBreak/>
              <w:t xml:space="preserve">As a parent/guardian, I will: *Make every effort for my child to arrive by 7:25 a.m., in dress code, prepared, and ready to learn. </w:t>
            </w:r>
          </w:p>
          <w:p w14:paraId="0BBA2FB6" w14:textId="00C521E0" w:rsidR="00EC2F21" w:rsidRDefault="00273A4D">
            <w:pPr>
              <w:spacing w:before="40" w:after="0"/>
              <w:rPr>
                <w:rFonts w:ascii="Aptos" w:hAnsi="Aptos"/>
                <w:sz w:val="18"/>
                <w:szCs w:val="18"/>
              </w:rPr>
            </w:pPr>
            <w:r w:rsidRPr="00273A4D">
              <w:rPr>
                <w:rFonts w:ascii="Aptos" w:hAnsi="Aptos"/>
                <w:sz w:val="18"/>
                <w:szCs w:val="18"/>
              </w:rPr>
              <w:t xml:space="preserve">*Support regular attendance and provide documentation for absences when required. </w:t>
            </w:r>
          </w:p>
          <w:p w14:paraId="6102F57B" w14:textId="77777777" w:rsidR="00EC2F21" w:rsidRDefault="00273A4D">
            <w:pPr>
              <w:spacing w:before="40" w:after="0"/>
              <w:rPr>
                <w:rFonts w:ascii="Aptos" w:hAnsi="Aptos"/>
                <w:sz w:val="18"/>
                <w:szCs w:val="18"/>
              </w:rPr>
            </w:pPr>
            <w:r w:rsidRPr="00273A4D">
              <w:rPr>
                <w:rFonts w:ascii="Aptos" w:hAnsi="Aptos"/>
                <w:sz w:val="18"/>
                <w:szCs w:val="18"/>
              </w:rPr>
              <w:t>*Monitor schoolwork, grades, reading, and learning progress.</w:t>
            </w:r>
          </w:p>
          <w:p w14:paraId="1AFFE86F" w14:textId="499055E3" w:rsidR="00EC2F21" w:rsidRDefault="00273A4D">
            <w:pPr>
              <w:spacing w:before="40" w:after="0"/>
              <w:rPr>
                <w:rFonts w:ascii="Aptos" w:hAnsi="Aptos"/>
                <w:sz w:val="18"/>
                <w:szCs w:val="18"/>
              </w:rPr>
            </w:pPr>
            <w:r w:rsidRPr="00273A4D">
              <w:rPr>
                <w:rFonts w:ascii="Aptos" w:hAnsi="Aptos"/>
                <w:sz w:val="18"/>
                <w:szCs w:val="18"/>
              </w:rPr>
              <w:t xml:space="preserve">*Maintain current phone, address, emergency, and authorized pick-up information with the school. </w:t>
            </w:r>
          </w:p>
          <w:p w14:paraId="75CE3FA7" w14:textId="77777777" w:rsidR="00EC2F21" w:rsidRDefault="00273A4D">
            <w:pPr>
              <w:spacing w:before="40" w:after="0"/>
              <w:rPr>
                <w:rFonts w:ascii="Aptos" w:hAnsi="Aptos"/>
                <w:sz w:val="18"/>
                <w:szCs w:val="18"/>
              </w:rPr>
            </w:pPr>
            <w:r w:rsidRPr="00273A4D">
              <w:rPr>
                <w:rFonts w:ascii="Aptos" w:hAnsi="Aptos"/>
                <w:sz w:val="18"/>
                <w:szCs w:val="18"/>
              </w:rPr>
              <w:t xml:space="preserve">*Support and cooperate in maintaining positive teacher/parent communication. </w:t>
            </w:r>
          </w:p>
          <w:p w14:paraId="37EFEA4D" w14:textId="1E5D212B" w:rsidR="00EC2F21" w:rsidRDefault="00273A4D">
            <w:pPr>
              <w:spacing w:before="40" w:after="0"/>
              <w:rPr>
                <w:rFonts w:ascii="Aptos" w:hAnsi="Aptos"/>
                <w:sz w:val="18"/>
                <w:szCs w:val="18"/>
              </w:rPr>
            </w:pPr>
            <w:r w:rsidRPr="00273A4D">
              <w:rPr>
                <w:rFonts w:ascii="Aptos" w:hAnsi="Aptos"/>
                <w:sz w:val="18"/>
                <w:szCs w:val="18"/>
              </w:rPr>
              <w:t xml:space="preserve">*Participate in conferences, Title I meetings, family events, workshops, and other school opportunities when possible. </w:t>
            </w:r>
          </w:p>
          <w:p w14:paraId="55DB0B9E" w14:textId="4F59827E" w:rsidR="00EC2F21" w:rsidRDefault="00273A4D">
            <w:pPr>
              <w:spacing w:before="40" w:after="0"/>
              <w:rPr>
                <w:rFonts w:ascii="Aptos" w:hAnsi="Aptos"/>
                <w:sz w:val="18"/>
                <w:szCs w:val="18"/>
              </w:rPr>
            </w:pPr>
            <w:r w:rsidRPr="00273A4D">
              <w:rPr>
                <w:rFonts w:ascii="Aptos" w:hAnsi="Aptos"/>
                <w:sz w:val="18"/>
                <w:szCs w:val="18"/>
              </w:rPr>
              <w:t xml:space="preserve">*Support </w:t>
            </w:r>
            <w:r>
              <w:rPr>
                <w:rFonts w:ascii="Aptos" w:hAnsi="Aptos"/>
                <w:sz w:val="18"/>
                <w:szCs w:val="18"/>
              </w:rPr>
              <w:t>Neff</w:t>
            </w:r>
            <w:r w:rsidRPr="00273A4D">
              <w:rPr>
                <w:rFonts w:ascii="Aptos" w:hAnsi="Aptos"/>
                <w:sz w:val="18"/>
                <w:szCs w:val="18"/>
              </w:rPr>
              <w:t xml:space="preserve">'s school-wide behavior expectations and reinforce respect, responsibility, and safety at home. </w:t>
            </w:r>
          </w:p>
          <w:p w14:paraId="2F2BD8A8" w14:textId="77777777" w:rsidR="00EC2F21" w:rsidRDefault="00273A4D">
            <w:pPr>
              <w:spacing w:before="40" w:after="0"/>
              <w:rPr>
                <w:rFonts w:ascii="Aptos" w:hAnsi="Aptos"/>
                <w:sz w:val="18"/>
                <w:szCs w:val="18"/>
              </w:rPr>
            </w:pPr>
            <w:r w:rsidRPr="00273A4D">
              <w:rPr>
                <w:rFonts w:ascii="Aptos" w:hAnsi="Aptos"/>
                <w:sz w:val="18"/>
                <w:szCs w:val="18"/>
              </w:rPr>
              <w:t xml:space="preserve">*Establish a time for homework. *Provide a quiet, well-lit place for study. </w:t>
            </w:r>
          </w:p>
          <w:p w14:paraId="284EF628" w14:textId="77777777" w:rsidR="00EC2F21" w:rsidRDefault="00273A4D">
            <w:pPr>
              <w:spacing w:before="40" w:after="0"/>
              <w:rPr>
                <w:rFonts w:ascii="Aptos" w:hAnsi="Aptos"/>
                <w:sz w:val="18"/>
                <w:szCs w:val="18"/>
              </w:rPr>
            </w:pPr>
            <w:r w:rsidRPr="00273A4D">
              <w:rPr>
                <w:rFonts w:ascii="Aptos" w:hAnsi="Aptos"/>
                <w:sz w:val="18"/>
                <w:szCs w:val="18"/>
              </w:rPr>
              <w:t xml:space="preserve">*Review homework every day. </w:t>
            </w:r>
          </w:p>
          <w:p w14:paraId="37253D41" w14:textId="77777777" w:rsidR="00EC2F21" w:rsidRDefault="00273A4D">
            <w:pPr>
              <w:spacing w:before="40" w:after="0"/>
              <w:rPr>
                <w:rFonts w:ascii="Aptos" w:hAnsi="Aptos"/>
                <w:sz w:val="18"/>
                <w:szCs w:val="18"/>
              </w:rPr>
            </w:pPr>
            <w:r w:rsidRPr="00273A4D">
              <w:rPr>
                <w:rFonts w:ascii="Aptos" w:hAnsi="Aptos"/>
                <w:sz w:val="18"/>
                <w:szCs w:val="18"/>
              </w:rPr>
              <w:t xml:space="preserve">*Read with my child. </w:t>
            </w:r>
          </w:p>
          <w:p w14:paraId="73652D98" w14:textId="77777777" w:rsidR="004F2BB3" w:rsidRDefault="00273A4D">
            <w:pPr>
              <w:spacing w:before="40" w:after="0"/>
              <w:rPr>
                <w:rFonts w:ascii="Aptos" w:hAnsi="Aptos"/>
                <w:sz w:val="18"/>
                <w:szCs w:val="18"/>
              </w:rPr>
            </w:pPr>
            <w:r w:rsidRPr="00273A4D">
              <w:rPr>
                <w:rFonts w:ascii="Aptos" w:hAnsi="Aptos"/>
                <w:sz w:val="18"/>
                <w:szCs w:val="18"/>
              </w:rPr>
              <w:lastRenderedPageBreak/>
              <w:t xml:space="preserve">*Support the school parent organization (PTO), participate in activities that promote student achievement. Serve as a volunteer as possible. Register through VIPS to volunteer. </w:t>
            </w:r>
          </w:p>
          <w:p w14:paraId="23C5FE36" w14:textId="77777777" w:rsidR="004F2BB3" w:rsidRDefault="004F2BB3">
            <w:pPr>
              <w:spacing w:before="40" w:after="0"/>
              <w:rPr>
                <w:rFonts w:ascii="Aptos" w:hAnsi="Aptos"/>
                <w:sz w:val="18"/>
                <w:szCs w:val="18"/>
              </w:rPr>
            </w:pPr>
          </w:p>
          <w:p w14:paraId="5A705462" w14:textId="0B930F7E" w:rsidR="002D72D7" w:rsidRPr="00273A4D" w:rsidRDefault="00273A4D">
            <w:pPr>
              <w:spacing w:before="40" w:after="0"/>
              <w:rPr>
                <w:rFonts w:ascii="Aptos" w:hAnsi="Aptos"/>
                <w:sz w:val="18"/>
                <w:szCs w:val="18"/>
              </w:rPr>
            </w:pPr>
            <w:r w:rsidRPr="00273A4D">
              <w:rPr>
                <w:rFonts w:ascii="Aptos" w:hAnsi="Aptos"/>
                <w:sz w:val="18"/>
                <w:szCs w:val="18"/>
              </w:rPr>
              <w:t>Parent/Guardian Signature: Date: _____________________</w:t>
            </w:r>
          </w:p>
        </w:tc>
        <w:tc>
          <w:tcPr>
            <w:tcW w:w="3802" w:type="dxa"/>
            <w:tcMar>
              <w:top w:w="30" w:type="dxa"/>
              <w:left w:w="35" w:type="dxa"/>
              <w:bottom w:w="30" w:type="dxa"/>
              <w:right w:w="35" w:type="dxa"/>
            </w:tcMar>
          </w:tcPr>
          <w:p w14:paraId="5D270414" w14:textId="77777777" w:rsidR="004F2BB3" w:rsidRDefault="00273A4D">
            <w:pPr>
              <w:spacing w:before="40" w:after="0"/>
              <w:rPr>
                <w:rFonts w:ascii="Aptos" w:hAnsi="Aptos"/>
                <w:sz w:val="18"/>
                <w:szCs w:val="18"/>
              </w:rPr>
            </w:pPr>
            <w:r w:rsidRPr="00273A4D">
              <w:rPr>
                <w:rFonts w:ascii="Aptos" w:hAnsi="Aptos"/>
                <w:sz w:val="18"/>
                <w:szCs w:val="18"/>
              </w:rPr>
              <w:lastRenderedPageBreak/>
              <w:t xml:space="preserve">As a student, I will: </w:t>
            </w:r>
          </w:p>
          <w:p w14:paraId="50311FC0" w14:textId="77777777" w:rsidR="00403704" w:rsidRDefault="00273A4D">
            <w:pPr>
              <w:spacing w:before="40" w:after="0"/>
              <w:rPr>
                <w:rFonts w:ascii="Aptos" w:hAnsi="Aptos"/>
                <w:sz w:val="18"/>
                <w:szCs w:val="18"/>
              </w:rPr>
            </w:pPr>
            <w:r w:rsidRPr="00273A4D">
              <w:rPr>
                <w:rFonts w:ascii="Aptos" w:hAnsi="Aptos"/>
                <w:sz w:val="18"/>
                <w:szCs w:val="18"/>
              </w:rPr>
              <w:t xml:space="preserve">*Arrive by 7:25 a.m., in dress code, prepared, and ready to learn every day. </w:t>
            </w:r>
          </w:p>
          <w:p w14:paraId="2A91EEC0" w14:textId="60CDBF4F" w:rsidR="004F2BB3" w:rsidRDefault="00273A4D">
            <w:pPr>
              <w:spacing w:before="40" w:after="0"/>
              <w:rPr>
                <w:rFonts w:ascii="Aptos" w:hAnsi="Aptos"/>
                <w:sz w:val="18"/>
                <w:szCs w:val="18"/>
              </w:rPr>
            </w:pPr>
            <w:r w:rsidRPr="00273A4D">
              <w:rPr>
                <w:rFonts w:ascii="Aptos" w:hAnsi="Aptos"/>
                <w:sz w:val="18"/>
                <w:szCs w:val="18"/>
              </w:rPr>
              <w:t xml:space="preserve">*Attend school regularly and bring required supplies and completed assignments. </w:t>
            </w:r>
          </w:p>
          <w:p w14:paraId="4F4CD9C6" w14:textId="0226EE55" w:rsidR="004F2BB3" w:rsidRDefault="00273A4D">
            <w:pPr>
              <w:spacing w:before="40" w:after="0"/>
              <w:rPr>
                <w:rFonts w:ascii="Aptos" w:hAnsi="Aptos"/>
                <w:sz w:val="18"/>
                <w:szCs w:val="18"/>
              </w:rPr>
            </w:pPr>
            <w:r w:rsidRPr="00273A4D">
              <w:rPr>
                <w:rFonts w:ascii="Aptos" w:hAnsi="Aptos"/>
                <w:sz w:val="18"/>
                <w:szCs w:val="18"/>
              </w:rPr>
              <w:t xml:space="preserve">*Listen, follow directions, complete my work, and strive for excellence. </w:t>
            </w:r>
          </w:p>
          <w:p w14:paraId="3ABC31C2" w14:textId="77777777" w:rsidR="00403704" w:rsidRDefault="00273A4D">
            <w:pPr>
              <w:spacing w:before="40" w:after="0"/>
              <w:rPr>
                <w:rFonts w:ascii="Aptos" w:hAnsi="Aptos"/>
                <w:sz w:val="18"/>
                <w:szCs w:val="18"/>
              </w:rPr>
            </w:pPr>
            <w:r w:rsidRPr="00273A4D">
              <w:rPr>
                <w:rFonts w:ascii="Aptos" w:hAnsi="Aptos"/>
                <w:sz w:val="18"/>
                <w:szCs w:val="18"/>
              </w:rPr>
              <w:t xml:space="preserve">*Read or listen to reading every day and use school learning resources responsibly. </w:t>
            </w:r>
          </w:p>
          <w:p w14:paraId="3224EF60" w14:textId="7B0CF266" w:rsidR="004F2BB3" w:rsidRDefault="00273A4D">
            <w:pPr>
              <w:spacing w:before="40" w:after="0"/>
              <w:rPr>
                <w:rFonts w:ascii="Aptos" w:hAnsi="Aptos"/>
                <w:sz w:val="18"/>
                <w:szCs w:val="18"/>
              </w:rPr>
            </w:pPr>
            <w:r w:rsidRPr="00273A4D">
              <w:rPr>
                <w:rFonts w:ascii="Aptos" w:hAnsi="Aptos"/>
                <w:sz w:val="18"/>
                <w:szCs w:val="18"/>
              </w:rPr>
              <w:t xml:space="preserve">*Show respect to adults, classmates, school property, and the diversity of our </w:t>
            </w:r>
            <w:r>
              <w:rPr>
                <w:rFonts w:ascii="Aptos" w:hAnsi="Aptos"/>
                <w:sz w:val="18"/>
                <w:szCs w:val="18"/>
              </w:rPr>
              <w:t>Neff ECC</w:t>
            </w:r>
            <w:r w:rsidRPr="00273A4D">
              <w:rPr>
                <w:rFonts w:ascii="Aptos" w:hAnsi="Aptos"/>
                <w:sz w:val="18"/>
                <w:szCs w:val="18"/>
              </w:rPr>
              <w:t xml:space="preserve"> community. </w:t>
            </w:r>
          </w:p>
          <w:p w14:paraId="708D9200" w14:textId="77777777" w:rsidR="004F2BB3" w:rsidRDefault="00273A4D">
            <w:pPr>
              <w:spacing w:before="40" w:after="0"/>
              <w:rPr>
                <w:rFonts w:ascii="Aptos" w:hAnsi="Aptos"/>
                <w:sz w:val="18"/>
                <w:szCs w:val="18"/>
              </w:rPr>
            </w:pPr>
            <w:r w:rsidRPr="00273A4D">
              <w:rPr>
                <w:rFonts w:ascii="Aptos" w:hAnsi="Aptos"/>
                <w:sz w:val="18"/>
                <w:szCs w:val="18"/>
              </w:rPr>
              <w:t xml:space="preserve">*Keep hands, feet, and objects to myself and help maintain a safe learning environment. *Follow school rules, including the prohibition on cell phone use during the school day. </w:t>
            </w:r>
          </w:p>
          <w:p w14:paraId="3ACF31C1" w14:textId="77777777" w:rsidR="004F2BB3" w:rsidRDefault="00273A4D">
            <w:pPr>
              <w:spacing w:before="40" w:after="0"/>
              <w:rPr>
                <w:rFonts w:ascii="Aptos" w:hAnsi="Aptos"/>
                <w:sz w:val="18"/>
                <w:szCs w:val="18"/>
              </w:rPr>
            </w:pPr>
            <w:r w:rsidRPr="00273A4D">
              <w:rPr>
                <w:rFonts w:ascii="Aptos" w:hAnsi="Aptos"/>
                <w:sz w:val="18"/>
                <w:szCs w:val="18"/>
              </w:rPr>
              <w:t xml:space="preserve">*Ask for help and report safety, bullying, or other concerns to a trusted adult. </w:t>
            </w:r>
          </w:p>
          <w:p w14:paraId="5C79CEB6" w14:textId="77777777" w:rsidR="004F2BB3" w:rsidRDefault="004F2BB3">
            <w:pPr>
              <w:spacing w:before="40" w:after="0"/>
              <w:rPr>
                <w:rFonts w:ascii="Aptos" w:hAnsi="Aptos"/>
                <w:sz w:val="18"/>
                <w:szCs w:val="18"/>
              </w:rPr>
            </w:pPr>
          </w:p>
          <w:p w14:paraId="73A1BE11" w14:textId="39B47F06" w:rsidR="002D72D7" w:rsidRPr="00273A4D" w:rsidRDefault="00273A4D">
            <w:pPr>
              <w:spacing w:before="40" w:after="0"/>
              <w:rPr>
                <w:rFonts w:ascii="Aptos" w:hAnsi="Aptos"/>
                <w:sz w:val="18"/>
                <w:szCs w:val="18"/>
              </w:rPr>
            </w:pPr>
            <w:r w:rsidRPr="00273A4D">
              <w:rPr>
                <w:rFonts w:ascii="Aptos" w:hAnsi="Aptos"/>
                <w:sz w:val="18"/>
                <w:szCs w:val="18"/>
              </w:rPr>
              <w:t>Student Signature: ________________________ Date: ______</w:t>
            </w:r>
          </w:p>
        </w:tc>
        <w:tc>
          <w:tcPr>
            <w:tcW w:w="3586" w:type="dxa"/>
            <w:tcMar>
              <w:top w:w="30" w:type="dxa"/>
              <w:left w:w="35" w:type="dxa"/>
              <w:bottom w:w="30" w:type="dxa"/>
              <w:right w:w="35" w:type="dxa"/>
            </w:tcMar>
          </w:tcPr>
          <w:p w14:paraId="332C2195" w14:textId="77777777" w:rsidR="00273A4D" w:rsidRDefault="00273A4D">
            <w:pPr>
              <w:spacing w:after="0" w:line="211" w:lineRule="auto"/>
              <w:rPr>
                <w:rFonts w:ascii="Aptos" w:hAnsi="Aptos"/>
                <w:sz w:val="18"/>
                <w:szCs w:val="18"/>
              </w:rPr>
            </w:pPr>
            <w:r w:rsidRPr="00273A4D">
              <w:rPr>
                <w:rFonts w:ascii="Aptos" w:hAnsi="Aptos"/>
                <w:sz w:val="18"/>
                <w:szCs w:val="18"/>
              </w:rPr>
              <w:t xml:space="preserve">*Parent-Teacher Conferences </w:t>
            </w:r>
          </w:p>
          <w:p w14:paraId="757094E4" w14:textId="77777777" w:rsidR="00403704" w:rsidRDefault="00403704">
            <w:pPr>
              <w:spacing w:after="0" w:line="211" w:lineRule="auto"/>
              <w:rPr>
                <w:rFonts w:ascii="Aptos" w:hAnsi="Aptos"/>
                <w:sz w:val="18"/>
                <w:szCs w:val="18"/>
              </w:rPr>
            </w:pPr>
          </w:p>
          <w:p w14:paraId="5E09722C" w14:textId="2B6DED0F" w:rsidR="00273A4D" w:rsidRDefault="00273A4D">
            <w:pPr>
              <w:spacing w:after="0" w:line="211" w:lineRule="auto"/>
              <w:rPr>
                <w:rFonts w:ascii="Aptos" w:hAnsi="Aptos"/>
                <w:sz w:val="18"/>
                <w:szCs w:val="18"/>
              </w:rPr>
            </w:pPr>
            <w:r w:rsidRPr="00273A4D">
              <w:rPr>
                <w:rFonts w:ascii="Aptos" w:hAnsi="Aptos"/>
                <w:sz w:val="18"/>
                <w:szCs w:val="18"/>
              </w:rPr>
              <w:t xml:space="preserve">*Parent meetings, trainings, and activities offered at different times and days </w:t>
            </w:r>
          </w:p>
          <w:p w14:paraId="096CEABD" w14:textId="77777777" w:rsidR="00403704" w:rsidRDefault="00403704">
            <w:pPr>
              <w:spacing w:after="0" w:line="211" w:lineRule="auto"/>
              <w:rPr>
                <w:rFonts w:ascii="Aptos" w:hAnsi="Aptos"/>
                <w:sz w:val="18"/>
                <w:szCs w:val="18"/>
              </w:rPr>
            </w:pPr>
          </w:p>
          <w:p w14:paraId="2B53646E" w14:textId="77777777" w:rsidR="004F2BB3" w:rsidRDefault="00273A4D">
            <w:pPr>
              <w:spacing w:after="0" w:line="211" w:lineRule="auto"/>
              <w:rPr>
                <w:rFonts w:ascii="Aptos" w:hAnsi="Aptos"/>
                <w:sz w:val="18"/>
                <w:szCs w:val="18"/>
              </w:rPr>
            </w:pPr>
            <w:r w:rsidRPr="00273A4D">
              <w:rPr>
                <w:rFonts w:ascii="Aptos" w:hAnsi="Aptos"/>
                <w:sz w:val="18"/>
                <w:szCs w:val="18"/>
              </w:rPr>
              <w:t xml:space="preserve">*Progress reports/report cards </w:t>
            </w:r>
          </w:p>
          <w:p w14:paraId="7655DD2C" w14:textId="77777777" w:rsidR="00403704" w:rsidRDefault="00403704">
            <w:pPr>
              <w:spacing w:after="0" w:line="211" w:lineRule="auto"/>
              <w:rPr>
                <w:rFonts w:ascii="Aptos" w:hAnsi="Aptos"/>
                <w:sz w:val="18"/>
                <w:szCs w:val="18"/>
              </w:rPr>
            </w:pPr>
          </w:p>
          <w:p w14:paraId="0C886D5C" w14:textId="47FC0B89" w:rsidR="00273A4D" w:rsidRDefault="00273A4D">
            <w:pPr>
              <w:spacing w:after="0" w:line="211" w:lineRule="auto"/>
              <w:rPr>
                <w:rFonts w:ascii="Aptos" w:hAnsi="Aptos"/>
                <w:sz w:val="18"/>
                <w:szCs w:val="18"/>
              </w:rPr>
            </w:pPr>
            <w:r w:rsidRPr="00273A4D">
              <w:rPr>
                <w:rFonts w:ascii="Aptos" w:hAnsi="Aptos"/>
                <w:sz w:val="18"/>
                <w:szCs w:val="18"/>
              </w:rPr>
              <w:t xml:space="preserve">*Methods of communication include: </w:t>
            </w:r>
          </w:p>
          <w:p w14:paraId="47C987D3" w14:textId="77777777" w:rsidR="00273A4D" w:rsidRDefault="00273A4D">
            <w:pPr>
              <w:spacing w:after="0" w:line="211" w:lineRule="auto"/>
              <w:rPr>
                <w:rFonts w:ascii="Aptos" w:hAnsi="Aptos"/>
                <w:sz w:val="18"/>
                <w:szCs w:val="18"/>
              </w:rPr>
            </w:pPr>
            <w:r w:rsidRPr="00273A4D">
              <w:rPr>
                <w:rFonts w:ascii="Aptos" w:hAnsi="Aptos"/>
                <w:sz w:val="18"/>
                <w:szCs w:val="18"/>
              </w:rPr>
              <w:t xml:space="preserve">- Parent Square </w:t>
            </w:r>
          </w:p>
          <w:p w14:paraId="57FC0AB5" w14:textId="77777777" w:rsidR="00273A4D" w:rsidRDefault="00273A4D">
            <w:pPr>
              <w:spacing w:after="0" w:line="211" w:lineRule="auto"/>
              <w:rPr>
                <w:rFonts w:ascii="Aptos" w:hAnsi="Aptos"/>
                <w:sz w:val="18"/>
                <w:szCs w:val="18"/>
              </w:rPr>
            </w:pPr>
            <w:r w:rsidRPr="00273A4D">
              <w:rPr>
                <w:rFonts w:ascii="Aptos" w:hAnsi="Aptos"/>
                <w:sz w:val="18"/>
                <w:szCs w:val="18"/>
              </w:rPr>
              <w:t xml:space="preserve">- Notes and phone calls </w:t>
            </w:r>
          </w:p>
          <w:p w14:paraId="0109ABC9" w14:textId="77777777" w:rsidR="004F2BB3" w:rsidRDefault="00273A4D" w:rsidP="00273A4D">
            <w:pPr>
              <w:spacing w:after="0" w:line="211" w:lineRule="auto"/>
              <w:rPr>
                <w:rFonts w:ascii="Aptos" w:hAnsi="Aptos"/>
                <w:sz w:val="18"/>
                <w:szCs w:val="18"/>
              </w:rPr>
            </w:pPr>
            <w:r>
              <w:rPr>
                <w:rFonts w:ascii="Aptos" w:hAnsi="Aptos"/>
                <w:sz w:val="18"/>
                <w:szCs w:val="18"/>
              </w:rPr>
              <w:t>–</w:t>
            </w:r>
            <w:r w:rsidRPr="00273A4D">
              <w:rPr>
                <w:rFonts w:ascii="Aptos" w:hAnsi="Aptos"/>
                <w:sz w:val="18"/>
                <w:szCs w:val="18"/>
              </w:rPr>
              <w:t xml:space="preserve"> HISD Connect/PowerSchool </w:t>
            </w:r>
          </w:p>
          <w:p w14:paraId="685E56C9" w14:textId="7E22CB2E" w:rsidR="00273A4D" w:rsidRPr="00403704" w:rsidRDefault="00273A4D" w:rsidP="00403704">
            <w:pPr>
              <w:pStyle w:val="ListParagraph"/>
              <w:numPr>
                <w:ilvl w:val="0"/>
                <w:numId w:val="10"/>
              </w:numPr>
              <w:spacing w:after="0" w:line="211" w:lineRule="auto"/>
              <w:rPr>
                <w:rFonts w:ascii="Aptos" w:hAnsi="Aptos"/>
                <w:sz w:val="18"/>
                <w:szCs w:val="18"/>
              </w:rPr>
            </w:pPr>
            <w:r w:rsidRPr="00403704">
              <w:rPr>
                <w:rFonts w:ascii="Aptos" w:hAnsi="Aptos"/>
                <w:sz w:val="18"/>
                <w:szCs w:val="18"/>
              </w:rPr>
              <w:t xml:space="preserve">Neff ECC website </w:t>
            </w:r>
          </w:p>
          <w:p w14:paraId="1FA19FA2" w14:textId="450ACAE8" w:rsidR="00273A4D" w:rsidRPr="00403704" w:rsidRDefault="00273A4D" w:rsidP="00403704">
            <w:pPr>
              <w:pStyle w:val="ListParagraph"/>
              <w:numPr>
                <w:ilvl w:val="0"/>
                <w:numId w:val="10"/>
              </w:numPr>
              <w:spacing w:after="0" w:line="211" w:lineRule="auto"/>
              <w:rPr>
                <w:rFonts w:ascii="Aptos" w:hAnsi="Aptos"/>
                <w:sz w:val="18"/>
                <w:szCs w:val="18"/>
              </w:rPr>
            </w:pPr>
            <w:r w:rsidRPr="00403704">
              <w:rPr>
                <w:rFonts w:ascii="Aptos" w:hAnsi="Aptos"/>
                <w:sz w:val="18"/>
                <w:szCs w:val="18"/>
              </w:rPr>
              <w:t xml:space="preserve">Teacher communication </w:t>
            </w:r>
          </w:p>
          <w:p w14:paraId="672EF0AF" w14:textId="06344E04" w:rsidR="002D72D7" w:rsidRPr="00403704" w:rsidRDefault="00273A4D" w:rsidP="00403704">
            <w:pPr>
              <w:pStyle w:val="ListParagraph"/>
              <w:numPr>
                <w:ilvl w:val="0"/>
                <w:numId w:val="10"/>
              </w:numPr>
              <w:spacing w:after="0" w:line="211" w:lineRule="auto"/>
              <w:rPr>
                <w:rFonts w:ascii="Aptos" w:hAnsi="Aptos"/>
                <w:sz w:val="18"/>
                <w:szCs w:val="18"/>
              </w:rPr>
            </w:pPr>
            <w:r w:rsidRPr="00403704">
              <w:rPr>
                <w:rFonts w:ascii="Aptos" w:hAnsi="Aptos"/>
                <w:sz w:val="18"/>
                <w:szCs w:val="18"/>
              </w:rPr>
              <w:t>- School updates</w:t>
            </w:r>
          </w:p>
        </w:tc>
      </w:tr>
    </w:tbl>
    <w:p w14:paraId="0286B006" w14:textId="77777777" w:rsidR="00600D6E" w:rsidRDefault="00600D6E" w:rsidP="00E76CB9"/>
    <w:p w14:paraId="215CC884" w14:textId="77777777" w:rsidR="004E33CF" w:rsidRDefault="004E33CF" w:rsidP="00E76CB9"/>
    <w:p w14:paraId="33B82D19" w14:textId="35B03002" w:rsidR="004E33CF" w:rsidRDefault="004E33CF" w:rsidP="004E33CF">
      <w:pPr>
        <w:ind w:firstLine="720"/>
      </w:pPr>
      <w:r w:rsidRPr="004E33CF">
        <w:t xml:space="preserve">*If you require help translating this document, please send an email to </w:t>
      </w:r>
      <w:hyperlink r:id="rId7" w:history="1">
        <w:r w:rsidR="004D3975" w:rsidRPr="0001799D">
          <w:rPr>
            <w:rStyle w:val="Hyperlink"/>
          </w:rPr>
          <w:t>sdawar@houstonisd.org</w:t>
        </w:r>
      </w:hyperlink>
      <w:r>
        <w:t>.</w:t>
      </w:r>
      <w:r w:rsidR="004D3975">
        <w:t xml:space="preserve"> Si </w:t>
      </w:r>
      <w:proofErr w:type="spellStart"/>
      <w:r w:rsidRPr="004E33CF">
        <w:t>necesita</w:t>
      </w:r>
      <w:proofErr w:type="spellEnd"/>
      <w:r w:rsidRPr="004E33CF">
        <w:t xml:space="preserve"> </w:t>
      </w:r>
      <w:proofErr w:type="spellStart"/>
      <w:r w:rsidRPr="004E33CF">
        <w:t>ayuda</w:t>
      </w:r>
      <w:proofErr w:type="spellEnd"/>
      <w:r w:rsidRPr="004E33CF">
        <w:t xml:space="preserve"> para </w:t>
      </w:r>
      <w:proofErr w:type="spellStart"/>
      <w:r w:rsidRPr="004E33CF">
        <w:t>traducir</w:t>
      </w:r>
      <w:proofErr w:type="spellEnd"/>
      <w:r w:rsidRPr="004E33CF">
        <w:t xml:space="preserve"> </w:t>
      </w:r>
      <w:proofErr w:type="spellStart"/>
      <w:r w:rsidRPr="004E33CF">
        <w:t>este</w:t>
      </w:r>
      <w:proofErr w:type="spellEnd"/>
      <w:r w:rsidRPr="004E33CF">
        <w:t xml:space="preserve"> </w:t>
      </w:r>
      <w:proofErr w:type="spellStart"/>
      <w:r w:rsidRPr="004E33CF">
        <w:t>documento</w:t>
      </w:r>
      <w:proofErr w:type="spellEnd"/>
      <w:r w:rsidRPr="004E33CF">
        <w:t xml:space="preserve">, </w:t>
      </w:r>
      <w:proofErr w:type="spellStart"/>
      <w:r w:rsidRPr="004E33CF">
        <w:t>por</w:t>
      </w:r>
      <w:proofErr w:type="spellEnd"/>
      <w:r w:rsidRPr="004E33CF">
        <w:t xml:space="preserve"> favor </w:t>
      </w:r>
      <w:proofErr w:type="spellStart"/>
      <w:r w:rsidRPr="004E33CF">
        <w:t>envíe</w:t>
      </w:r>
      <w:proofErr w:type="spellEnd"/>
      <w:r w:rsidRPr="004E33CF">
        <w:t xml:space="preserve"> un </w:t>
      </w:r>
      <w:proofErr w:type="spellStart"/>
      <w:r w:rsidRPr="004E33CF">
        <w:t>correo</w:t>
      </w:r>
      <w:proofErr w:type="spellEnd"/>
      <w:r w:rsidRPr="004E33CF">
        <w:t xml:space="preserve"> </w:t>
      </w:r>
      <w:proofErr w:type="spellStart"/>
      <w:r w:rsidRPr="004E33CF">
        <w:t>electrónico</w:t>
      </w:r>
      <w:proofErr w:type="spellEnd"/>
      <w:r w:rsidRPr="004E33CF">
        <w:t xml:space="preserve"> a </w:t>
      </w:r>
      <w:hyperlink r:id="rId8" w:history="1">
        <w:r w:rsidR="004D3975" w:rsidRPr="0001799D">
          <w:rPr>
            <w:rStyle w:val="Hyperlink"/>
          </w:rPr>
          <w:t>sdawar@houstonisd.org</w:t>
        </w:r>
      </w:hyperlink>
      <w:r w:rsidR="004D3975">
        <w:t xml:space="preserve">. </w:t>
      </w:r>
    </w:p>
    <w:sectPr w:rsidR="004E33CF" w:rsidSect="00034616">
      <w:pgSz w:w="15840" w:h="12240" w:orient="landscape"/>
      <w:pgMar w:top="259" w:right="259" w:bottom="259" w:left="25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E319C3"/>
    <w:multiLevelType w:val="hybridMultilevel"/>
    <w:tmpl w:val="E70C4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C71507"/>
    <w:multiLevelType w:val="hybridMultilevel"/>
    <w:tmpl w:val="D748657E"/>
    <w:lvl w:ilvl="0" w:tplc="F424C6B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3A2D15"/>
    <w:multiLevelType w:val="hybridMultilevel"/>
    <w:tmpl w:val="23F0F66E"/>
    <w:lvl w:ilvl="0" w:tplc="19042D6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228525">
    <w:abstractNumId w:val="8"/>
  </w:num>
  <w:num w:numId="2" w16cid:durableId="1720083254">
    <w:abstractNumId w:val="6"/>
  </w:num>
  <w:num w:numId="3" w16cid:durableId="896890313">
    <w:abstractNumId w:val="5"/>
  </w:num>
  <w:num w:numId="4" w16cid:durableId="1892039359">
    <w:abstractNumId w:val="4"/>
  </w:num>
  <w:num w:numId="5" w16cid:durableId="1012299217">
    <w:abstractNumId w:val="7"/>
  </w:num>
  <w:num w:numId="6" w16cid:durableId="1568303845">
    <w:abstractNumId w:val="3"/>
  </w:num>
  <w:num w:numId="7" w16cid:durableId="168954250">
    <w:abstractNumId w:val="2"/>
  </w:num>
  <w:num w:numId="8" w16cid:durableId="1561870043">
    <w:abstractNumId w:val="1"/>
  </w:num>
  <w:num w:numId="9" w16cid:durableId="1405879049">
    <w:abstractNumId w:val="0"/>
  </w:num>
  <w:num w:numId="10" w16cid:durableId="1753702290">
    <w:abstractNumId w:val="9"/>
  </w:num>
  <w:num w:numId="11" w16cid:durableId="1480263062">
    <w:abstractNumId w:val="11"/>
  </w:num>
  <w:num w:numId="12" w16cid:durableId="10106404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6123"/>
    <w:rsid w:val="00135091"/>
    <w:rsid w:val="0015074B"/>
    <w:rsid w:val="00174B7E"/>
    <w:rsid w:val="002156F1"/>
    <w:rsid w:val="00273A4D"/>
    <w:rsid w:val="0029639D"/>
    <w:rsid w:val="002D72D7"/>
    <w:rsid w:val="00326F90"/>
    <w:rsid w:val="003D1E75"/>
    <w:rsid w:val="00403704"/>
    <w:rsid w:val="004200B0"/>
    <w:rsid w:val="004D3975"/>
    <w:rsid w:val="004E33CF"/>
    <w:rsid w:val="004F2BB3"/>
    <w:rsid w:val="0055426D"/>
    <w:rsid w:val="00600D6E"/>
    <w:rsid w:val="007E4078"/>
    <w:rsid w:val="00800CDC"/>
    <w:rsid w:val="00802883"/>
    <w:rsid w:val="00944955"/>
    <w:rsid w:val="009623FE"/>
    <w:rsid w:val="00AA1D8D"/>
    <w:rsid w:val="00B47730"/>
    <w:rsid w:val="00CB0664"/>
    <w:rsid w:val="00CE01D9"/>
    <w:rsid w:val="00DA5AF9"/>
    <w:rsid w:val="00E76CB9"/>
    <w:rsid w:val="00EC2F21"/>
    <w:rsid w:val="00F042B7"/>
    <w:rsid w:val="00F270C6"/>
    <w:rsid w:val="00F80C70"/>
    <w:rsid w:val="00FC693F"/>
    <w:rsid w:val="00FD52C9"/>
    <w:rsid w:val="00FF2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8E0A2B"/>
  <w14:defaultImageDpi w14:val="300"/>
  <w15:docId w15:val="{7675725A-4D63-4A4F-A5E7-02EA897A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D3975"/>
    <w:rPr>
      <w:color w:val="0000FF" w:themeColor="hyperlink"/>
      <w:u w:val="single"/>
    </w:rPr>
  </w:style>
  <w:style w:type="character" w:styleId="UnresolvedMention">
    <w:name w:val="Unresolved Mention"/>
    <w:basedOn w:val="DefaultParagraphFont"/>
    <w:uiPriority w:val="99"/>
    <w:semiHidden/>
    <w:unhideWhenUsed/>
    <w:rsid w:val="004D3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awar@houstonisd.org" TargetMode="External"/><Relationship Id="rId3" Type="http://schemas.openxmlformats.org/officeDocument/2006/relationships/styles" Target="styles.xml"/><Relationship Id="rId7" Type="http://schemas.openxmlformats.org/officeDocument/2006/relationships/hyperlink" Target="mailto:sdawar@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Dawar, Sunita</cp:lastModifiedBy>
  <cp:revision>11</cp:revision>
  <dcterms:created xsi:type="dcterms:W3CDTF">2026-09-25T19:06:00Z</dcterms:created>
  <dcterms:modified xsi:type="dcterms:W3CDTF">2026-10-05T02:26:00Z</dcterms:modified>
  <cp:category/>
</cp:coreProperties>
</file>