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183BA" w14:textId="77777777" w:rsidR="00F77BFB" w:rsidRDefault="00701361">
      <w:pPr>
        <w:spacing w:after="100"/>
        <w:jc w:val="center"/>
      </w:pPr>
      <w:r>
        <w:rPr>
          <w:b/>
          <w:color w:val="17365D"/>
          <w:sz w:val="34"/>
        </w:rPr>
        <w:t>NEFF ECC SCHOOL-PARENT COMPACT • 2026-2027</w:t>
      </w:r>
    </w:p>
    <w:tbl>
      <w:tblPr>
        <w:tblW w:w="0" w:type="auto"/>
        <w:tblLayout w:type="fixed"/>
        <w:tblLook w:val="04A0" w:firstRow="1" w:lastRow="0" w:firstColumn="1" w:lastColumn="0" w:noHBand="0" w:noVBand="1"/>
      </w:tblPr>
      <w:tblGrid>
        <w:gridCol w:w="4824"/>
        <w:gridCol w:w="4824"/>
        <w:gridCol w:w="4824"/>
      </w:tblGrid>
      <w:tr w:rsidR="00F77BFB" w:rsidRPr="00D42017" w14:paraId="7DCD4321" w14:textId="77777777">
        <w:trPr>
          <w:cantSplit/>
        </w:trPr>
        <w:tc>
          <w:tcPr>
            <w:tcW w:w="4824" w:type="dxa"/>
            <w:tcBorders>
              <w:top w:val="single" w:sz="12" w:space="0" w:color="17365D"/>
              <w:left w:val="single" w:sz="12" w:space="0" w:color="17365D"/>
              <w:bottom w:val="single" w:sz="12" w:space="0" w:color="17365D"/>
              <w:right w:val="single" w:sz="12" w:space="0" w:color="17365D"/>
            </w:tcBorders>
            <w:tcMar>
              <w:top w:w="90" w:type="dxa"/>
              <w:left w:w="110" w:type="dxa"/>
              <w:bottom w:w="90" w:type="dxa"/>
              <w:right w:w="110" w:type="dxa"/>
            </w:tcMar>
          </w:tcPr>
          <w:p w14:paraId="3CD73270" w14:textId="77777777" w:rsidR="00F77BFB" w:rsidRDefault="00701361">
            <w:pPr>
              <w:spacing w:before="40" w:after="60"/>
              <w:rPr>
                <w:b/>
                <w:color w:val="17365D"/>
                <w:sz w:val="18"/>
                <w:szCs w:val="18"/>
              </w:rPr>
            </w:pPr>
            <w:r w:rsidRPr="00D42017">
              <w:rPr>
                <w:b/>
                <w:color w:val="17365D"/>
                <w:sz w:val="18"/>
                <w:szCs w:val="18"/>
              </w:rPr>
              <w:t>AT SCHOOL: As a student, I will:</w:t>
            </w:r>
          </w:p>
          <w:p w14:paraId="49605F2C" w14:textId="77777777" w:rsidR="00F45B87" w:rsidRPr="00D42017" w:rsidRDefault="00F45B87">
            <w:pPr>
              <w:spacing w:before="40" w:after="60"/>
              <w:rPr>
                <w:sz w:val="18"/>
                <w:szCs w:val="18"/>
              </w:rPr>
            </w:pPr>
          </w:p>
          <w:p w14:paraId="26B6D18C" w14:textId="1994E854" w:rsidR="00F77BFB" w:rsidRPr="00D42017" w:rsidRDefault="00701361">
            <w:pPr>
              <w:spacing w:after="20"/>
              <w:ind w:left="29" w:hanging="29"/>
              <w:rPr>
                <w:sz w:val="18"/>
                <w:szCs w:val="18"/>
              </w:rPr>
            </w:pPr>
            <w:r w:rsidRPr="00D42017">
              <w:rPr>
                <w:sz w:val="18"/>
                <w:szCs w:val="18"/>
              </w:rPr>
              <w:t xml:space="preserve">• </w:t>
            </w:r>
            <w:r w:rsidR="00F45B87" w:rsidRPr="00917EC8">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 in dress code and </w:t>
            </w:r>
            <w:r w:rsidR="00F45B87" w:rsidRPr="00917EC8">
              <w:rPr>
                <w:b/>
                <w:bCs/>
                <w:color w:val="000000" w:themeColor="text1"/>
                <w:sz w:val="18"/>
                <w:szCs w:val="1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 TIME</w:t>
            </w:r>
            <w:r w:rsidR="00F45B87" w:rsidRPr="00917EC8">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45B87" w:rsidRPr="00917EC8">
              <w:rPr>
                <w:b/>
                <w:bCs/>
                <w:color w:val="000000" w:themeColor="text1"/>
                <w:sz w:val="18"/>
                <w:szCs w:val="1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BY 7:30</w:t>
            </w:r>
            <w:r w:rsidR="00F45B87" w:rsidRPr="00917EC8">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45B87" w:rsidRPr="00917EC8">
              <w:rPr>
                <w:b/>
                <w:bCs/>
                <w:color w:val="000000" w:themeColor="text1"/>
                <w:sz w:val="18"/>
                <w:szCs w:val="1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PREPARED</w:t>
            </w:r>
            <w:r w:rsidR="00F45B87">
              <w:rPr>
                <w:b/>
                <w:bCs/>
                <w:color w:val="000000" w:themeColor="text1"/>
                <w:sz w:val="18"/>
                <w:szCs w:val="1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45B87" w:rsidRPr="00917EC8">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w:t>
            </w:r>
            <w:r w:rsidR="00F45B87" w:rsidRPr="00917EC8">
              <w:rPr>
                <w:b/>
                <w:bCs/>
                <w:color w:val="000000" w:themeColor="text1"/>
                <w:sz w:val="18"/>
                <w:szCs w:val="1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READY</w:t>
            </w:r>
            <w:r w:rsidR="00F45B87" w:rsidRPr="00917EC8">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learn </w:t>
            </w:r>
            <w:r w:rsidR="00F45B87" w:rsidRPr="00917EC8">
              <w:rPr>
                <w:b/>
                <w:bCs/>
                <w:color w:val="000000" w:themeColor="text1"/>
                <w:sz w:val="18"/>
                <w:szCs w:val="1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EVERY </w:t>
            </w:r>
            <w:r w:rsidRPr="00D42017">
              <w:rPr>
                <w:sz w:val="18"/>
                <w:szCs w:val="18"/>
              </w:rPr>
              <w:t>day.</w:t>
            </w:r>
          </w:p>
          <w:p w14:paraId="4E91C00D" w14:textId="77777777" w:rsidR="00F77BFB" w:rsidRPr="00D42017" w:rsidRDefault="00701361">
            <w:pPr>
              <w:spacing w:after="20"/>
              <w:ind w:left="29" w:hanging="29"/>
              <w:rPr>
                <w:sz w:val="18"/>
                <w:szCs w:val="18"/>
              </w:rPr>
            </w:pPr>
            <w:r w:rsidRPr="00D42017">
              <w:rPr>
                <w:sz w:val="18"/>
                <w:szCs w:val="18"/>
              </w:rPr>
              <w:t>• Bring the materials I need and take care of my belongings.</w:t>
            </w:r>
          </w:p>
          <w:p w14:paraId="4881848B" w14:textId="77777777" w:rsidR="00F77BFB" w:rsidRPr="00D42017" w:rsidRDefault="00701361">
            <w:pPr>
              <w:spacing w:after="20"/>
              <w:ind w:left="29" w:hanging="29"/>
              <w:rPr>
                <w:sz w:val="18"/>
                <w:szCs w:val="18"/>
              </w:rPr>
            </w:pPr>
            <w:r w:rsidRPr="00D42017">
              <w:rPr>
                <w:sz w:val="18"/>
                <w:szCs w:val="18"/>
              </w:rPr>
              <w:t>• Do my best in my learning, behavior, and classroom routines.</w:t>
            </w:r>
          </w:p>
          <w:p w14:paraId="2BC6AFD3" w14:textId="77777777" w:rsidR="00F77BFB" w:rsidRPr="00D42017" w:rsidRDefault="00701361">
            <w:pPr>
              <w:spacing w:after="20"/>
              <w:ind w:left="29" w:hanging="29"/>
              <w:rPr>
                <w:sz w:val="18"/>
                <w:szCs w:val="18"/>
              </w:rPr>
            </w:pPr>
            <w:r w:rsidRPr="00D42017">
              <w:rPr>
                <w:sz w:val="18"/>
                <w:szCs w:val="18"/>
              </w:rPr>
              <w:t>• Read, look at books, or listen to stories every day.</w:t>
            </w:r>
          </w:p>
          <w:p w14:paraId="0053F7A4" w14:textId="77777777" w:rsidR="00F77BFB" w:rsidRPr="00D42017" w:rsidRDefault="00701361">
            <w:pPr>
              <w:spacing w:after="20"/>
              <w:ind w:left="29" w:hanging="29"/>
              <w:rPr>
                <w:sz w:val="18"/>
                <w:szCs w:val="18"/>
              </w:rPr>
            </w:pPr>
            <w:r w:rsidRPr="00D42017">
              <w:rPr>
                <w:sz w:val="18"/>
                <w:szCs w:val="18"/>
              </w:rPr>
              <w:t>• Follow classroom, school, and bus safety rules and treat others with respect.</w:t>
            </w:r>
          </w:p>
          <w:p w14:paraId="304FF4B8" w14:textId="77777777" w:rsidR="00F77BFB" w:rsidRPr="00D42017" w:rsidRDefault="00701361">
            <w:pPr>
              <w:spacing w:after="20"/>
              <w:ind w:left="29" w:hanging="29"/>
              <w:rPr>
                <w:sz w:val="18"/>
                <w:szCs w:val="18"/>
              </w:rPr>
            </w:pPr>
            <w:r w:rsidRPr="00D42017">
              <w:rPr>
                <w:sz w:val="18"/>
                <w:szCs w:val="18"/>
              </w:rPr>
              <w:t>• Use classroom technology safely, responsibly, and only for learning.</w:t>
            </w:r>
          </w:p>
          <w:p w14:paraId="066BFBC8" w14:textId="77777777" w:rsidR="00F77BFB" w:rsidRPr="00D42017" w:rsidRDefault="00701361">
            <w:pPr>
              <w:spacing w:after="20"/>
              <w:ind w:left="29" w:hanging="29"/>
              <w:rPr>
                <w:sz w:val="18"/>
                <w:szCs w:val="18"/>
              </w:rPr>
            </w:pPr>
            <w:r w:rsidRPr="00D42017">
              <w:rPr>
                <w:sz w:val="18"/>
                <w:szCs w:val="18"/>
              </w:rPr>
              <w:t>• Show kindness, include others, and be a caring friend.</w:t>
            </w:r>
          </w:p>
          <w:p w14:paraId="77A6EDB6" w14:textId="77777777" w:rsidR="00F77BFB" w:rsidRPr="00D42017" w:rsidRDefault="00701361">
            <w:pPr>
              <w:spacing w:after="20"/>
              <w:ind w:left="29" w:hanging="29"/>
              <w:rPr>
                <w:sz w:val="18"/>
                <w:szCs w:val="18"/>
              </w:rPr>
            </w:pPr>
            <w:r w:rsidRPr="00D42017">
              <w:rPr>
                <w:sz w:val="18"/>
                <w:szCs w:val="18"/>
              </w:rPr>
              <w:t>• Take care of school materials and clean up my learning space.</w:t>
            </w:r>
          </w:p>
          <w:p w14:paraId="59FA58F3" w14:textId="77777777" w:rsidR="00F77BFB" w:rsidRPr="00D42017" w:rsidRDefault="00701361">
            <w:pPr>
              <w:spacing w:after="20"/>
              <w:ind w:left="29" w:hanging="29"/>
              <w:rPr>
                <w:sz w:val="18"/>
                <w:szCs w:val="18"/>
              </w:rPr>
            </w:pPr>
            <w:r w:rsidRPr="00D42017">
              <w:rPr>
                <w:sz w:val="18"/>
                <w:szCs w:val="18"/>
              </w:rPr>
              <w:t>• Tell a trusted adult when I feel unsafe, see unkind behavior, or need help.</w:t>
            </w:r>
          </w:p>
          <w:p w14:paraId="7433499A" w14:textId="0E311666" w:rsidR="00F77BFB" w:rsidRPr="00D42017" w:rsidRDefault="00701361">
            <w:pPr>
              <w:spacing w:after="20"/>
              <w:ind w:left="29" w:hanging="29"/>
              <w:rPr>
                <w:sz w:val="18"/>
                <w:szCs w:val="18"/>
              </w:rPr>
            </w:pPr>
            <w:r w:rsidRPr="00D42017">
              <w:rPr>
                <w:sz w:val="18"/>
                <w:szCs w:val="18"/>
              </w:rPr>
              <w:t>• Respect and celebrate the cultures, languages, and differences of others.</w:t>
            </w:r>
          </w:p>
          <w:p w14:paraId="134DF308" w14:textId="074F11DB" w:rsidR="00D42017" w:rsidRPr="00D42017" w:rsidRDefault="00D42017">
            <w:pPr>
              <w:spacing w:after="20"/>
              <w:ind w:left="29" w:hanging="29"/>
              <w:rPr>
                <w:sz w:val="18"/>
                <w:szCs w:val="18"/>
              </w:rPr>
            </w:pPr>
          </w:p>
          <w:p w14:paraId="6E9B854A" w14:textId="7B68DE68" w:rsidR="00F77BFB" w:rsidRPr="00D42017" w:rsidRDefault="00701361">
            <w:pPr>
              <w:spacing w:after="60"/>
              <w:rPr>
                <w:sz w:val="18"/>
                <w:szCs w:val="18"/>
              </w:rPr>
            </w:pPr>
            <w:r w:rsidRPr="00D42017">
              <w:rPr>
                <w:b/>
                <w:sz w:val="18"/>
                <w:szCs w:val="18"/>
              </w:rPr>
              <w:t>Student Signature: ______________________________</w:t>
            </w:r>
          </w:p>
          <w:p w14:paraId="5F555AE5" w14:textId="201A817E" w:rsidR="00F77BFB" w:rsidRPr="00D42017" w:rsidRDefault="00701361">
            <w:pPr>
              <w:spacing w:after="60"/>
              <w:rPr>
                <w:b/>
                <w:sz w:val="18"/>
                <w:szCs w:val="18"/>
              </w:rPr>
            </w:pPr>
            <w:r w:rsidRPr="00D42017">
              <w:rPr>
                <w:b/>
                <w:sz w:val="18"/>
                <w:szCs w:val="18"/>
              </w:rPr>
              <w:t>Parent/Guardian Signature: ______________________</w:t>
            </w:r>
          </w:p>
          <w:p w14:paraId="672141F4" w14:textId="77777777" w:rsidR="00D42017" w:rsidRPr="00D42017" w:rsidRDefault="00D42017">
            <w:pPr>
              <w:spacing w:after="60"/>
              <w:rPr>
                <w:b/>
                <w:sz w:val="18"/>
                <w:szCs w:val="18"/>
              </w:rPr>
            </w:pPr>
          </w:p>
          <w:p w14:paraId="579FC314" w14:textId="77777777" w:rsidR="00D42017" w:rsidRPr="00D42017" w:rsidRDefault="00D42017">
            <w:pPr>
              <w:spacing w:after="60"/>
              <w:rPr>
                <w:sz w:val="18"/>
                <w:szCs w:val="18"/>
              </w:rPr>
            </w:pPr>
          </w:p>
          <w:p w14:paraId="688CFC80" w14:textId="77777777" w:rsidR="00F77BFB" w:rsidRDefault="00701361">
            <w:pPr>
              <w:spacing w:before="40" w:after="60"/>
              <w:rPr>
                <w:b/>
                <w:color w:val="17365D"/>
                <w:sz w:val="18"/>
                <w:szCs w:val="18"/>
              </w:rPr>
            </w:pPr>
            <w:r w:rsidRPr="00D42017">
              <w:rPr>
                <w:b/>
                <w:color w:val="17365D"/>
                <w:sz w:val="18"/>
                <w:szCs w:val="18"/>
              </w:rPr>
              <w:t>COMMUNICATION ABOUT LEARNING</w:t>
            </w:r>
          </w:p>
          <w:p w14:paraId="25483689" w14:textId="77777777" w:rsidR="00F45B87" w:rsidRPr="00D42017" w:rsidRDefault="00F45B87">
            <w:pPr>
              <w:spacing w:before="40" w:after="60"/>
              <w:rPr>
                <w:sz w:val="18"/>
                <w:szCs w:val="18"/>
              </w:rPr>
            </w:pPr>
          </w:p>
          <w:p w14:paraId="03BF9744" w14:textId="77777777" w:rsidR="00F77BFB" w:rsidRPr="00D42017" w:rsidRDefault="00701361">
            <w:pPr>
              <w:spacing w:after="60"/>
              <w:rPr>
                <w:sz w:val="18"/>
                <w:szCs w:val="18"/>
              </w:rPr>
            </w:pPr>
            <w:r w:rsidRPr="00F45B87">
              <w:rPr>
                <w:b/>
                <w:bCs/>
                <w:sz w:val="18"/>
                <w:szCs w:val="18"/>
              </w:rPr>
              <w:t>Neff ECC values consistent, two-way communication with families about each child’s learning</w:t>
            </w:r>
            <w:r w:rsidRPr="00D42017">
              <w:rPr>
                <w:sz w:val="18"/>
                <w:szCs w:val="18"/>
              </w:rPr>
              <w:t xml:space="preserve"> and development. Communication may include:</w:t>
            </w:r>
          </w:p>
          <w:p w14:paraId="681ABA3B" w14:textId="77777777" w:rsidR="00F77BFB" w:rsidRPr="00D42017" w:rsidRDefault="00701361">
            <w:pPr>
              <w:spacing w:after="20"/>
              <w:ind w:left="29" w:hanging="29"/>
              <w:rPr>
                <w:sz w:val="18"/>
                <w:szCs w:val="18"/>
              </w:rPr>
            </w:pPr>
            <w:r w:rsidRPr="00D42017">
              <w:rPr>
                <w:sz w:val="18"/>
                <w:szCs w:val="18"/>
              </w:rPr>
              <w:t>• Classroom folders or take-home materials</w:t>
            </w:r>
          </w:p>
          <w:p w14:paraId="646761EB" w14:textId="77777777" w:rsidR="00F77BFB" w:rsidRPr="00D42017" w:rsidRDefault="00701361">
            <w:pPr>
              <w:spacing w:after="20"/>
              <w:ind w:left="29" w:hanging="29"/>
              <w:rPr>
                <w:sz w:val="18"/>
                <w:szCs w:val="18"/>
              </w:rPr>
            </w:pPr>
            <w:r w:rsidRPr="00D42017">
              <w:rPr>
                <w:sz w:val="18"/>
                <w:szCs w:val="18"/>
              </w:rPr>
              <w:t>• Phone calls, messages, or teacher check-ins</w:t>
            </w:r>
          </w:p>
          <w:p w14:paraId="6D245134" w14:textId="77777777" w:rsidR="00F77BFB" w:rsidRPr="00D42017" w:rsidRDefault="00701361">
            <w:pPr>
              <w:spacing w:after="20"/>
              <w:ind w:left="29" w:hanging="29"/>
              <w:rPr>
                <w:sz w:val="18"/>
                <w:szCs w:val="18"/>
              </w:rPr>
            </w:pPr>
            <w:r w:rsidRPr="00D42017">
              <w:rPr>
                <w:sz w:val="18"/>
                <w:szCs w:val="18"/>
              </w:rPr>
              <w:t xml:space="preserve">• </w:t>
            </w:r>
            <w:proofErr w:type="spellStart"/>
            <w:r w:rsidRPr="00D42017">
              <w:rPr>
                <w:sz w:val="18"/>
                <w:szCs w:val="18"/>
              </w:rPr>
              <w:t>ParentSquare</w:t>
            </w:r>
            <w:proofErr w:type="spellEnd"/>
            <w:r w:rsidRPr="00D42017">
              <w:rPr>
                <w:sz w:val="18"/>
                <w:szCs w:val="18"/>
              </w:rPr>
              <w:t xml:space="preserve"> and school announcements</w:t>
            </w:r>
          </w:p>
          <w:p w14:paraId="254C3A1E" w14:textId="77777777" w:rsidR="00F77BFB" w:rsidRPr="00D42017" w:rsidRDefault="00701361">
            <w:pPr>
              <w:spacing w:after="20"/>
              <w:ind w:left="29" w:hanging="29"/>
              <w:rPr>
                <w:sz w:val="18"/>
                <w:szCs w:val="18"/>
              </w:rPr>
            </w:pPr>
            <w:r w:rsidRPr="00D42017">
              <w:rPr>
                <w:sz w:val="18"/>
                <w:szCs w:val="18"/>
              </w:rPr>
              <w:t>• Progress updates and student learning information</w:t>
            </w:r>
          </w:p>
          <w:p w14:paraId="785E5F0C" w14:textId="77777777" w:rsidR="00F77BFB" w:rsidRPr="00D42017" w:rsidRDefault="00701361">
            <w:pPr>
              <w:spacing w:after="20"/>
              <w:ind w:left="29" w:hanging="29"/>
              <w:rPr>
                <w:sz w:val="18"/>
                <w:szCs w:val="18"/>
              </w:rPr>
            </w:pPr>
            <w:r w:rsidRPr="00D42017">
              <w:rPr>
                <w:sz w:val="18"/>
                <w:szCs w:val="18"/>
              </w:rPr>
              <w:t>• Parent-teacher conferences and family meetings</w:t>
            </w:r>
          </w:p>
        </w:tc>
        <w:tc>
          <w:tcPr>
            <w:tcW w:w="4824" w:type="dxa"/>
            <w:tcBorders>
              <w:top w:val="single" w:sz="12" w:space="0" w:color="17365D"/>
              <w:left w:val="single" w:sz="12" w:space="0" w:color="17365D"/>
              <w:bottom w:val="single" w:sz="12" w:space="0" w:color="17365D"/>
              <w:right w:val="single" w:sz="12" w:space="0" w:color="17365D"/>
            </w:tcBorders>
            <w:tcMar>
              <w:top w:w="90" w:type="dxa"/>
              <w:left w:w="110" w:type="dxa"/>
              <w:bottom w:w="90" w:type="dxa"/>
              <w:right w:w="110" w:type="dxa"/>
            </w:tcMar>
          </w:tcPr>
          <w:p w14:paraId="57713A81" w14:textId="77777777" w:rsidR="00F77BFB" w:rsidRPr="00D42017" w:rsidRDefault="00701361">
            <w:pPr>
              <w:spacing w:before="40" w:after="60"/>
              <w:rPr>
                <w:sz w:val="18"/>
                <w:szCs w:val="18"/>
              </w:rPr>
            </w:pPr>
            <w:r w:rsidRPr="00D42017">
              <w:rPr>
                <w:b/>
                <w:color w:val="17365D"/>
                <w:sz w:val="18"/>
                <w:szCs w:val="18"/>
              </w:rPr>
              <w:t>IN THE CLASSROOM: As a teacher, I will:</w:t>
            </w:r>
          </w:p>
          <w:p w14:paraId="2DDE5D7A" w14:textId="77777777" w:rsidR="00F77BFB" w:rsidRPr="00D42017" w:rsidRDefault="00701361">
            <w:pPr>
              <w:spacing w:after="20"/>
              <w:ind w:left="29" w:hanging="29"/>
              <w:rPr>
                <w:sz w:val="18"/>
                <w:szCs w:val="18"/>
              </w:rPr>
            </w:pPr>
            <w:r w:rsidRPr="00D42017">
              <w:rPr>
                <w:sz w:val="18"/>
                <w:szCs w:val="18"/>
              </w:rPr>
              <w:t xml:space="preserve">• </w:t>
            </w:r>
            <w:r w:rsidRPr="00F45B87">
              <w:rPr>
                <w:b/>
                <w:bCs/>
                <w:sz w:val="18"/>
                <w:szCs w:val="18"/>
              </w:rPr>
              <w:t>Be prepared, on time</w:t>
            </w:r>
            <w:r w:rsidRPr="00D42017">
              <w:rPr>
                <w:sz w:val="18"/>
                <w:szCs w:val="18"/>
              </w:rPr>
              <w:t>, and ready to provide purposeful learning every day.</w:t>
            </w:r>
          </w:p>
          <w:p w14:paraId="46B4D967" w14:textId="77777777" w:rsidR="00F77BFB" w:rsidRPr="00D42017" w:rsidRDefault="00701361">
            <w:pPr>
              <w:spacing w:after="20"/>
              <w:ind w:left="29" w:hanging="29"/>
              <w:rPr>
                <w:sz w:val="18"/>
                <w:szCs w:val="18"/>
              </w:rPr>
            </w:pPr>
            <w:r w:rsidRPr="00D42017">
              <w:rPr>
                <w:sz w:val="18"/>
                <w:szCs w:val="18"/>
              </w:rPr>
              <w:t xml:space="preserve">• Maintain </w:t>
            </w:r>
            <w:r w:rsidRPr="00F45B87">
              <w:rPr>
                <w:b/>
                <w:bCs/>
                <w:sz w:val="18"/>
                <w:szCs w:val="18"/>
              </w:rPr>
              <w:t>high expectations</w:t>
            </w:r>
            <w:r w:rsidRPr="00D42017">
              <w:rPr>
                <w:sz w:val="18"/>
                <w:szCs w:val="18"/>
              </w:rPr>
              <w:t xml:space="preserve"> and believe every child can grow and succeed.</w:t>
            </w:r>
          </w:p>
          <w:p w14:paraId="23051438" w14:textId="77777777" w:rsidR="00F77BFB" w:rsidRPr="00D42017" w:rsidRDefault="00701361">
            <w:pPr>
              <w:spacing w:after="20"/>
              <w:ind w:left="29" w:hanging="29"/>
              <w:rPr>
                <w:sz w:val="18"/>
                <w:szCs w:val="18"/>
              </w:rPr>
            </w:pPr>
            <w:r w:rsidRPr="00D42017">
              <w:rPr>
                <w:sz w:val="18"/>
                <w:szCs w:val="18"/>
              </w:rPr>
              <w:t xml:space="preserve">• Use </w:t>
            </w:r>
            <w:r w:rsidRPr="00F45B87">
              <w:rPr>
                <w:b/>
                <w:bCs/>
                <w:sz w:val="18"/>
                <w:szCs w:val="18"/>
              </w:rPr>
              <w:t>student data and observation</w:t>
            </w:r>
            <w:r w:rsidRPr="00D42017">
              <w:rPr>
                <w:sz w:val="18"/>
                <w:szCs w:val="18"/>
              </w:rPr>
              <w:t xml:space="preserve"> to respond to individual learning needs.</w:t>
            </w:r>
          </w:p>
          <w:p w14:paraId="14E56CFB" w14:textId="77777777" w:rsidR="00F77BFB" w:rsidRPr="00D42017" w:rsidRDefault="00701361">
            <w:pPr>
              <w:spacing w:after="20"/>
              <w:ind w:left="29" w:hanging="29"/>
              <w:rPr>
                <w:sz w:val="18"/>
                <w:szCs w:val="18"/>
              </w:rPr>
            </w:pPr>
            <w:r w:rsidRPr="00D42017">
              <w:rPr>
                <w:sz w:val="18"/>
                <w:szCs w:val="18"/>
              </w:rPr>
              <w:t xml:space="preserve">• </w:t>
            </w:r>
            <w:r w:rsidRPr="00F45B87">
              <w:rPr>
                <w:b/>
                <w:bCs/>
                <w:sz w:val="18"/>
                <w:szCs w:val="18"/>
              </w:rPr>
              <w:t>Collaborate</w:t>
            </w:r>
            <w:r w:rsidRPr="00D42017">
              <w:rPr>
                <w:sz w:val="18"/>
                <w:szCs w:val="18"/>
              </w:rPr>
              <w:t xml:space="preserve"> with colleagues and support staff to provide appropriate services and </w:t>
            </w:r>
            <w:proofErr w:type="gramStart"/>
            <w:r w:rsidRPr="00D42017">
              <w:rPr>
                <w:sz w:val="18"/>
                <w:szCs w:val="18"/>
              </w:rPr>
              <w:t>supports</w:t>
            </w:r>
            <w:proofErr w:type="gramEnd"/>
            <w:r w:rsidRPr="00D42017">
              <w:rPr>
                <w:sz w:val="18"/>
                <w:szCs w:val="18"/>
              </w:rPr>
              <w:t>.</w:t>
            </w:r>
          </w:p>
          <w:p w14:paraId="40929B58" w14:textId="77777777" w:rsidR="00F77BFB" w:rsidRPr="00D42017" w:rsidRDefault="00701361">
            <w:pPr>
              <w:spacing w:after="20"/>
              <w:ind w:left="29" w:hanging="29"/>
              <w:rPr>
                <w:sz w:val="18"/>
                <w:szCs w:val="18"/>
              </w:rPr>
            </w:pPr>
            <w:r w:rsidRPr="00D42017">
              <w:rPr>
                <w:sz w:val="18"/>
                <w:szCs w:val="18"/>
              </w:rPr>
              <w:t>• Model professionalism, patience, kindness, and respect.</w:t>
            </w:r>
          </w:p>
          <w:p w14:paraId="535E67B8" w14:textId="77777777" w:rsidR="00F77BFB" w:rsidRPr="00D42017" w:rsidRDefault="00701361">
            <w:pPr>
              <w:spacing w:after="20"/>
              <w:ind w:left="29" w:hanging="29"/>
              <w:rPr>
                <w:sz w:val="18"/>
                <w:szCs w:val="18"/>
              </w:rPr>
            </w:pPr>
            <w:r w:rsidRPr="00D42017">
              <w:rPr>
                <w:sz w:val="18"/>
                <w:szCs w:val="18"/>
              </w:rPr>
              <w:t xml:space="preserve">• Create a </w:t>
            </w:r>
            <w:r w:rsidRPr="00F45B87">
              <w:rPr>
                <w:b/>
                <w:bCs/>
                <w:sz w:val="18"/>
                <w:szCs w:val="18"/>
              </w:rPr>
              <w:t>safe, welcoming, engaging</w:t>
            </w:r>
            <w:r w:rsidRPr="00D42017">
              <w:rPr>
                <w:sz w:val="18"/>
                <w:szCs w:val="18"/>
              </w:rPr>
              <w:t xml:space="preserve">, and developmentally appropriate </w:t>
            </w:r>
            <w:r w:rsidRPr="00F45B87">
              <w:rPr>
                <w:b/>
                <w:bCs/>
                <w:sz w:val="18"/>
                <w:szCs w:val="18"/>
              </w:rPr>
              <w:t>learning environment</w:t>
            </w:r>
            <w:r w:rsidRPr="00D42017">
              <w:rPr>
                <w:sz w:val="18"/>
                <w:szCs w:val="18"/>
              </w:rPr>
              <w:t>.</w:t>
            </w:r>
          </w:p>
          <w:p w14:paraId="67BDD522" w14:textId="77777777" w:rsidR="00F77BFB" w:rsidRPr="00D42017" w:rsidRDefault="00701361">
            <w:pPr>
              <w:spacing w:after="20"/>
              <w:ind w:left="29" w:hanging="29"/>
              <w:rPr>
                <w:sz w:val="18"/>
                <w:szCs w:val="18"/>
              </w:rPr>
            </w:pPr>
            <w:r w:rsidRPr="00D42017">
              <w:rPr>
                <w:sz w:val="18"/>
                <w:szCs w:val="18"/>
              </w:rPr>
              <w:t xml:space="preserve">• </w:t>
            </w:r>
            <w:r w:rsidRPr="00F45B87">
              <w:rPr>
                <w:b/>
                <w:bCs/>
                <w:sz w:val="18"/>
                <w:szCs w:val="18"/>
              </w:rPr>
              <w:t xml:space="preserve">Partner </w:t>
            </w:r>
            <w:r w:rsidRPr="00D42017">
              <w:rPr>
                <w:sz w:val="18"/>
                <w:szCs w:val="18"/>
              </w:rPr>
              <w:t>with families in decisions that support their child’s education.</w:t>
            </w:r>
          </w:p>
          <w:p w14:paraId="78A66AA4" w14:textId="77777777" w:rsidR="00F77BFB" w:rsidRPr="00D42017" w:rsidRDefault="00701361">
            <w:pPr>
              <w:spacing w:after="20"/>
              <w:ind w:left="29" w:hanging="29"/>
              <w:rPr>
                <w:sz w:val="18"/>
                <w:szCs w:val="18"/>
              </w:rPr>
            </w:pPr>
            <w:r w:rsidRPr="00D42017">
              <w:rPr>
                <w:sz w:val="18"/>
                <w:szCs w:val="18"/>
              </w:rPr>
              <w:t xml:space="preserve">• Offer reasonable </w:t>
            </w:r>
            <w:r w:rsidRPr="00F45B87">
              <w:rPr>
                <w:b/>
                <w:bCs/>
                <w:sz w:val="18"/>
                <w:szCs w:val="18"/>
              </w:rPr>
              <w:t>opportunities</w:t>
            </w:r>
            <w:r w:rsidRPr="00D42017">
              <w:rPr>
                <w:sz w:val="18"/>
                <w:szCs w:val="18"/>
              </w:rPr>
              <w:t xml:space="preserve"> for conferences and family communication.</w:t>
            </w:r>
          </w:p>
          <w:p w14:paraId="235607FF" w14:textId="77777777" w:rsidR="00F77BFB" w:rsidRPr="00F45B87" w:rsidRDefault="00701361">
            <w:pPr>
              <w:spacing w:after="20"/>
              <w:ind w:left="29" w:hanging="29"/>
              <w:rPr>
                <w:b/>
                <w:bCs/>
                <w:sz w:val="18"/>
                <w:szCs w:val="18"/>
              </w:rPr>
            </w:pPr>
            <w:r w:rsidRPr="00D42017">
              <w:rPr>
                <w:sz w:val="18"/>
                <w:szCs w:val="18"/>
              </w:rPr>
              <w:t xml:space="preserve">• Apply classroom and school </w:t>
            </w:r>
            <w:r w:rsidRPr="00F45B87">
              <w:rPr>
                <w:b/>
                <w:bCs/>
                <w:sz w:val="18"/>
                <w:szCs w:val="18"/>
              </w:rPr>
              <w:t>expectations fairly and consistently.</w:t>
            </w:r>
          </w:p>
          <w:p w14:paraId="367D8333" w14:textId="77777777" w:rsidR="00F77BFB" w:rsidRPr="00D42017" w:rsidRDefault="00701361">
            <w:pPr>
              <w:spacing w:after="20"/>
              <w:ind w:left="29" w:hanging="29"/>
              <w:rPr>
                <w:sz w:val="18"/>
                <w:szCs w:val="18"/>
              </w:rPr>
            </w:pPr>
            <w:r w:rsidRPr="00D42017">
              <w:rPr>
                <w:sz w:val="18"/>
                <w:szCs w:val="18"/>
              </w:rPr>
              <w:t xml:space="preserve">• Share </w:t>
            </w:r>
            <w:r w:rsidRPr="00F45B87">
              <w:rPr>
                <w:b/>
                <w:bCs/>
                <w:sz w:val="18"/>
                <w:szCs w:val="18"/>
              </w:rPr>
              <w:t>student progress</w:t>
            </w:r>
            <w:r w:rsidRPr="00D42017">
              <w:rPr>
                <w:sz w:val="18"/>
                <w:szCs w:val="18"/>
              </w:rPr>
              <w:t xml:space="preserve"> regularly and maintain open communication with families.</w:t>
            </w:r>
          </w:p>
          <w:p w14:paraId="081F12E6" w14:textId="77777777" w:rsidR="00F77BFB" w:rsidRPr="00D42017" w:rsidRDefault="00701361">
            <w:pPr>
              <w:spacing w:after="20"/>
              <w:ind w:left="29" w:hanging="29"/>
              <w:rPr>
                <w:sz w:val="18"/>
                <w:szCs w:val="18"/>
              </w:rPr>
            </w:pPr>
            <w:r w:rsidRPr="00D42017">
              <w:rPr>
                <w:sz w:val="18"/>
                <w:szCs w:val="18"/>
              </w:rPr>
              <w:t xml:space="preserve">• Provide meaningful practice and learning opportunities that </w:t>
            </w:r>
            <w:r w:rsidRPr="00F45B87">
              <w:rPr>
                <w:b/>
                <w:bCs/>
                <w:sz w:val="18"/>
                <w:szCs w:val="18"/>
              </w:rPr>
              <w:t>reinforce</w:t>
            </w:r>
            <w:r w:rsidRPr="00D42017">
              <w:rPr>
                <w:sz w:val="18"/>
                <w:szCs w:val="18"/>
              </w:rPr>
              <w:t xml:space="preserve"> classroom instruction.</w:t>
            </w:r>
          </w:p>
          <w:p w14:paraId="2B24AD17" w14:textId="77777777" w:rsidR="00F77BFB" w:rsidRPr="00D42017" w:rsidRDefault="00701361">
            <w:pPr>
              <w:spacing w:after="20"/>
              <w:ind w:left="29" w:hanging="29"/>
              <w:rPr>
                <w:sz w:val="18"/>
                <w:szCs w:val="18"/>
              </w:rPr>
            </w:pPr>
            <w:r w:rsidRPr="00D42017">
              <w:rPr>
                <w:sz w:val="18"/>
                <w:szCs w:val="18"/>
              </w:rPr>
              <w:t xml:space="preserve">• </w:t>
            </w:r>
            <w:r w:rsidRPr="00F45B87">
              <w:rPr>
                <w:b/>
                <w:bCs/>
                <w:sz w:val="18"/>
                <w:szCs w:val="18"/>
              </w:rPr>
              <w:t>Honor</w:t>
            </w:r>
            <w:r w:rsidRPr="00D42017">
              <w:rPr>
                <w:sz w:val="18"/>
                <w:szCs w:val="18"/>
              </w:rPr>
              <w:t xml:space="preserve"> and </w:t>
            </w:r>
            <w:r w:rsidRPr="00F45B87">
              <w:rPr>
                <w:b/>
                <w:bCs/>
                <w:sz w:val="18"/>
                <w:szCs w:val="18"/>
              </w:rPr>
              <w:t>celebrate</w:t>
            </w:r>
            <w:r w:rsidRPr="00D42017">
              <w:rPr>
                <w:sz w:val="18"/>
                <w:szCs w:val="18"/>
              </w:rPr>
              <w:t xml:space="preserve"> the cultural and linguistic </w:t>
            </w:r>
            <w:r w:rsidRPr="00F45B87">
              <w:rPr>
                <w:b/>
                <w:bCs/>
                <w:sz w:val="18"/>
                <w:szCs w:val="18"/>
              </w:rPr>
              <w:t>diversit</w:t>
            </w:r>
            <w:r w:rsidRPr="00D42017">
              <w:rPr>
                <w:sz w:val="18"/>
                <w:szCs w:val="18"/>
              </w:rPr>
              <w:t>y of every child and family.</w:t>
            </w:r>
          </w:p>
          <w:p w14:paraId="3911134A" w14:textId="77777777" w:rsidR="00F77BFB" w:rsidRPr="00D42017" w:rsidRDefault="00701361">
            <w:pPr>
              <w:spacing w:after="60"/>
              <w:rPr>
                <w:b/>
                <w:sz w:val="18"/>
                <w:szCs w:val="18"/>
              </w:rPr>
            </w:pPr>
            <w:r w:rsidRPr="00D42017">
              <w:rPr>
                <w:b/>
                <w:sz w:val="18"/>
                <w:szCs w:val="18"/>
              </w:rPr>
              <w:t>Teacher Signature: ______________________________</w:t>
            </w:r>
          </w:p>
          <w:p w14:paraId="1609F048" w14:textId="77777777" w:rsidR="00D42017" w:rsidRPr="00D42017" w:rsidRDefault="00D42017">
            <w:pPr>
              <w:spacing w:after="60"/>
              <w:rPr>
                <w:b/>
                <w:sz w:val="18"/>
                <w:szCs w:val="18"/>
              </w:rPr>
            </w:pPr>
          </w:p>
          <w:p w14:paraId="5F1DBFBE" w14:textId="77777777" w:rsidR="00F77BFB" w:rsidRPr="00D42017" w:rsidRDefault="00701361">
            <w:pPr>
              <w:spacing w:before="40" w:after="60"/>
              <w:rPr>
                <w:sz w:val="18"/>
                <w:szCs w:val="18"/>
              </w:rPr>
            </w:pPr>
            <w:r w:rsidRPr="00D42017">
              <w:rPr>
                <w:b/>
                <w:color w:val="17365D"/>
                <w:sz w:val="18"/>
                <w:szCs w:val="18"/>
              </w:rPr>
              <w:t>AT HOME: As a parent/guardian, I will:</w:t>
            </w:r>
          </w:p>
          <w:p w14:paraId="1351CF44" w14:textId="77777777" w:rsidR="00F77BFB" w:rsidRPr="00D42017" w:rsidRDefault="00701361">
            <w:pPr>
              <w:spacing w:after="20"/>
              <w:ind w:left="29" w:hanging="29"/>
              <w:rPr>
                <w:sz w:val="18"/>
                <w:szCs w:val="18"/>
              </w:rPr>
            </w:pPr>
            <w:r w:rsidRPr="00D42017">
              <w:rPr>
                <w:sz w:val="18"/>
                <w:szCs w:val="18"/>
              </w:rPr>
              <w:t>• Help my child arrive at school on time, appropriately dressed, prepared, and ready to learn.</w:t>
            </w:r>
          </w:p>
          <w:p w14:paraId="4489251E" w14:textId="77777777" w:rsidR="00F77BFB" w:rsidRPr="00D42017" w:rsidRDefault="00701361">
            <w:pPr>
              <w:spacing w:after="20"/>
              <w:ind w:left="29" w:hanging="29"/>
              <w:rPr>
                <w:sz w:val="18"/>
                <w:szCs w:val="18"/>
              </w:rPr>
            </w:pPr>
            <w:r w:rsidRPr="00D42017">
              <w:rPr>
                <w:sz w:val="18"/>
                <w:szCs w:val="18"/>
              </w:rPr>
              <w:t>• Support school expectations for personal electronic devices during the instructional day.</w:t>
            </w:r>
          </w:p>
          <w:p w14:paraId="5C61B954" w14:textId="77777777" w:rsidR="00F77BFB" w:rsidRPr="00D42017" w:rsidRDefault="00701361">
            <w:pPr>
              <w:spacing w:after="20"/>
              <w:ind w:left="29" w:hanging="29"/>
              <w:rPr>
                <w:sz w:val="18"/>
                <w:szCs w:val="18"/>
              </w:rPr>
            </w:pPr>
            <w:r w:rsidRPr="00D42017">
              <w:rPr>
                <w:sz w:val="18"/>
                <w:szCs w:val="18"/>
              </w:rPr>
              <w:t>• Monitor my child’s health and communicate important needs to the school.</w:t>
            </w:r>
          </w:p>
          <w:p w14:paraId="2C0FA5A8" w14:textId="77777777" w:rsidR="00F77BFB" w:rsidRPr="00D42017" w:rsidRDefault="00701361">
            <w:pPr>
              <w:spacing w:after="20"/>
              <w:ind w:left="29" w:hanging="29"/>
              <w:rPr>
                <w:sz w:val="18"/>
                <w:szCs w:val="18"/>
              </w:rPr>
            </w:pPr>
            <w:r w:rsidRPr="00D42017">
              <w:rPr>
                <w:sz w:val="18"/>
                <w:szCs w:val="18"/>
              </w:rPr>
              <w:t>• Recognize that I am my child’s first teacher and build learning into daily routines.</w:t>
            </w:r>
          </w:p>
          <w:p w14:paraId="6F52E536" w14:textId="77777777" w:rsidR="00F77BFB" w:rsidRPr="00D42017" w:rsidRDefault="00701361">
            <w:pPr>
              <w:spacing w:after="20"/>
              <w:ind w:left="29" w:hanging="29"/>
              <w:rPr>
                <w:sz w:val="18"/>
                <w:szCs w:val="18"/>
              </w:rPr>
            </w:pPr>
            <w:r w:rsidRPr="00D42017">
              <w:rPr>
                <w:sz w:val="18"/>
                <w:szCs w:val="18"/>
              </w:rPr>
              <w:t>• Read, talk, sing, count, and explore with my child regularly.</w:t>
            </w:r>
          </w:p>
          <w:p w14:paraId="5A3037E2" w14:textId="77777777" w:rsidR="00F77BFB" w:rsidRPr="00D42017" w:rsidRDefault="00701361">
            <w:pPr>
              <w:spacing w:after="20"/>
              <w:ind w:left="29" w:hanging="29"/>
              <w:rPr>
                <w:sz w:val="18"/>
                <w:szCs w:val="18"/>
              </w:rPr>
            </w:pPr>
            <w:r w:rsidRPr="00D42017">
              <w:rPr>
                <w:sz w:val="18"/>
                <w:szCs w:val="18"/>
              </w:rPr>
              <w:t>• Stay in communication with my child’s teacher and work together to support progress.</w:t>
            </w:r>
          </w:p>
          <w:p w14:paraId="06DCCF44" w14:textId="77777777" w:rsidR="00F77BFB" w:rsidRPr="00D42017" w:rsidRDefault="00701361">
            <w:pPr>
              <w:spacing w:after="20"/>
              <w:ind w:left="29" w:hanging="29"/>
              <w:rPr>
                <w:sz w:val="18"/>
                <w:szCs w:val="18"/>
              </w:rPr>
            </w:pPr>
            <w:r w:rsidRPr="00D42017">
              <w:rPr>
                <w:sz w:val="18"/>
                <w:szCs w:val="18"/>
              </w:rPr>
              <w:t>• Model respectful, positive interactions with school staff, families, and community members.</w:t>
            </w:r>
          </w:p>
          <w:p w14:paraId="60082856" w14:textId="77777777" w:rsidR="00F77BFB" w:rsidRPr="00D42017" w:rsidRDefault="00701361">
            <w:pPr>
              <w:spacing w:after="20"/>
              <w:ind w:left="29" w:hanging="29"/>
              <w:rPr>
                <w:sz w:val="18"/>
                <w:szCs w:val="18"/>
              </w:rPr>
            </w:pPr>
            <w:r w:rsidRPr="00D42017">
              <w:rPr>
                <w:sz w:val="18"/>
                <w:szCs w:val="18"/>
              </w:rPr>
              <w:t>• Review progress information and respond when signatures or feedback are requested.</w:t>
            </w:r>
          </w:p>
          <w:p w14:paraId="340053C5" w14:textId="77777777" w:rsidR="00F77BFB" w:rsidRPr="00D42017" w:rsidRDefault="00701361">
            <w:pPr>
              <w:spacing w:after="20"/>
              <w:ind w:left="29" w:hanging="29"/>
              <w:rPr>
                <w:sz w:val="18"/>
                <w:szCs w:val="18"/>
              </w:rPr>
            </w:pPr>
            <w:r w:rsidRPr="00D42017">
              <w:rPr>
                <w:sz w:val="18"/>
                <w:szCs w:val="18"/>
              </w:rPr>
              <w:t>• Participate in conferences, family events, workshops, and school activities whenever possible.</w:t>
            </w:r>
          </w:p>
        </w:tc>
        <w:tc>
          <w:tcPr>
            <w:tcW w:w="4824" w:type="dxa"/>
            <w:tcBorders>
              <w:top w:val="single" w:sz="12" w:space="0" w:color="17365D"/>
              <w:left w:val="single" w:sz="12" w:space="0" w:color="17365D"/>
              <w:bottom w:val="single" w:sz="12" w:space="0" w:color="17365D"/>
              <w:right w:val="single" w:sz="12" w:space="0" w:color="17365D"/>
            </w:tcBorders>
            <w:tcMar>
              <w:top w:w="90" w:type="dxa"/>
              <w:left w:w="110" w:type="dxa"/>
              <w:bottom w:w="90" w:type="dxa"/>
              <w:right w:w="110" w:type="dxa"/>
            </w:tcMar>
          </w:tcPr>
          <w:p w14:paraId="0B9A6EF5" w14:textId="77777777" w:rsidR="00F77BFB" w:rsidRPr="00D42017" w:rsidRDefault="00701361">
            <w:pPr>
              <w:spacing w:before="40" w:after="60"/>
              <w:rPr>
                <w:sz w:val="18"/>
                <w:szCs w:val="18"/>
              </w:rPr>
            </w:pPr>
            <w:r w:rsidRPr="00D42017">
              <w:rPr>
                <w:b/>
                <w:color w:val="17365D"/>
                <w:sz w:val="18"/>
                <w:szCs w:val="18"/>
              </w:rPr>
              <w:t>OUR GOALS FOR STUDENT ACHIEVEMENT</w:t>
            </w:r>
          </w:p>
          <w:p w14:paraId="3E9F5DEF" w14:textId="77777777" w:rsidR="00F77BFB" w:rsidRPr="00D42017" w:rsidRDefault="00701361">
            <w:pPr>
              <w:spacing w:before="40" w:after="60"/>
              <w:rPr>
                <w:sz w:val="18"/>
                <w:szCs w:val="18"/>
              </w:rPr>
            </w:pPr>
            <w:r w:rsidRPr="00D42017">
              <w:rPr>
                <w:b/>
                <w:color w:val="17365D"/>
                <w:sz w:val="18"/>
                <w:szCs w:val="18"/>
              </w:rPr>
              <w:t>DISTRICT PARTNERSHIP GOALS</w:t>
            </w:r>
          </w:p>
          <w:p w14:paraId="02E364C2" w14:textId="77777777" w:rsidR="00F77BFB" w:rsidRPr="00D42017" w:rsidRDefault="00701361">
            <w:pPr>
              <w:spacing w:after="20"/>
              <w:ind w:left="29" w:hanging="29"/>
              <w:rPr>
                <w:sz w:val="18"/>
                <w:szCs w:val="18"/>
              </w:rPr>
            </w:pPr>
            <w:r w:rsidRPr="00D42017">
              <w:rPr>
                <w:sz w:val="18"/>
                <w:szCs w:val="18"/>
              </w:rPr>
              <w:t>• Increase meaningful family engagement across the district.</w:t>
            </w:r>
          </w:p>
          <w:p w14:paraId="689D0C2A" w14:textId="77777777" w:rsidR="00F77BFB" w:rsidRPr="00D42017" w:rsidRDefault="00701361">
            <w:pPr>
              <w:spacing w:after="20"/>
              <w:ind w:left="29" w:hanging="29"/>
              <w:rPr>
                <w:sz w:val="18"/>
                <w:szCs w:val="18"/>
              </w:rPr>
            </w:pPr>
            <w:r w:rsidRPr="00D42017">
              <w:rPr>
                <w:sz w:val="18"/>
                <w:szCs w:val="18"/>
              </w:rPr>
              <w:t>• Strengthen timely, accessible communication with parents and guardians.</w:t>
            </w:r>
          </w:p>
          <w:p w14:paraId="6BE88F1C" w14:textId="77777777" w:rsidR="00F77BFB" w:rsidRPr="00D42017" w:rsidRDefault="00701361">
            <w:pPr>
              <w:spacing w:after="20"/>
              <w:ind w:left="29" w:hanging="29"/>
              <w:rPr>
                <w:sz w:val="18"/>
                <w:szCs w:val="18"/>
              </w:rPr>
            </w:pPr>
            <w:r w:rsidRPr="00D42017">
              <w:rPr>
                <w:sz w:val="18"/>
                <w:szCs w:val="18"/>
              </w:rPr>
              <w:t>• Build collaborative partnerships between families, schools, and the district.</w:t>
            </w:r>
          </w:p>
          <w:p w14:paraId="53C70C92" w14:textId="77777777" w:rsidR="00F77BFB" w:rsidRPr="00D42017" w:rsidRDefault="00701361">
            <w:pPr>
              <w:spacing w:after="20"/>
              <w:ind w:left="29" w:hanging="29"/>
              <w:rPr>
                <w:sz w:val="18"/>
                <w:szCs w:val="18"/>
              </w:rPr>
            </w:pPr>
            <w:r w:rsidRPr="00D42017">
              <w:rPr>
                <w:sz w:val="18"/>
                <w:szCs w:val="18"/>
              </w:rPr>
              <w:t>• Provide family learning opportunities, resources, and support.</w:t>
            </w:r>
          </w:p>
          <w:p w14:paraId="163A305B" w14:textId="77777777" w:rsidR="00F77BFB" w:rsidRPr="00D42017" w:rsidRDefault="00701361">
            <w:pPr>
              <w:spacing w:after="20"/>
              <w:ind w:left="29" w:hanging="29"/>
              <w:rPr>
                <w:sz w:val="18"/>
                <w:szCs w:val="18"/>
              </w:rPr>
            </w:pPr>
            <w:r w:rsidRPr="00D42017">
              <w:rPr>
                <w:sz w:val="18"/>
                <w:szCs w:val="18"/>
              </w:rPr>
              <w:t>• Promote safe, welcoming learning environments for every student.</w:t>
            </w:r>
          </w:p>
          <w:p w14:paraId="07169CFC" w14:textId="77777777" w:rsidR="00D42017" w:rsidRPr="00D42017" w:rsidRDefault="00D42017">
            <w:pPr>
              <w:spacing w:after="20"/>
              <w:ind w:left="29" w:hanging="29"/>
              <w:rPr>
                <w:sz w:val="18"/>
                <w:szCs w:val="18"/>
              </w:rPr>
            </w:pPr>
          </w:p>
          <w:p w14:paraId="22F8EC53" w14:textId="77777777" w:rsidR="00D42017" w:rsidRPr="00D42017" w:rsidRDefault="00D42017">
            <w:pPr>
              <w:spacing w:after="20"/>
              <w:ind w:left="29" w:hanging="29"/>
              <w:rPr>
                <w:sz w:val="18"/>
                <w:szCs w:val="18"/>
              </w:rPr>
            </w:pPr>
          </w:p>
          <w:p w14:paraId="515DDB70" w14:textId="77777777" w:rsidR="00F77BFB" w:rsidRPr="00D42017" w:rsidRDefault="00701361">
            <w:pPr>
              <w:spacing w:before="40" w:after="60"/>
              <w:rPr>
                <w:sz w:val="18"/>
                <w:szCs w:val="18"/>
              </w:rPr>
            </w:pPr>
            <w:r w:rsidRPr="00D42017">
              <w:rPr>
                <w:b/>
                <w:color w:val="17365D"/>
                <w:sz w:val="18"/>
                <w:szCs w:val="18"/>
              </w:rPr>
              <w:t>NEFF ECC SCHOOL GOALS</w:t>
            </w:r>
          </w:p>
          <w:p w14:paraId="18B8435D" w14:textId="77777777" w:rsidR="00F77BFB" w:rsidRDefault="00701361">
            <w:pPr>
              <w:spacing w:after="20"/>
              <w:ind w:left="29" w:hanging="29"/>
              <w:rPr>
                <w:sz w:val="18"/>
                <w:szCs w:val="18"/>
              </w:rPr>
            </w:pPr>
            <w:r w:rsidRPr="00D42017">
              <w:rPr>
                <w:sz w:val="18"/>
                <w:szCs w:val="18"/>
              </w:rPr>
              <w:t>• Increase family participation in children’s early learning and school experiences.</w:t>
            </w:r>
          </w:p>
          <w:p w14:paraId="1A0CCD55" w14:textId="77777777" w:rsidR="00F45B87" w:rsidRPr="00D42017" w:rsidRDefault="00F45B87">
            <w:pPr>
              <w:spacing w:after="20"/>
              <w:ind w:left="29" w:hanging="29"/>
              <w:rPr>
                <w:sz w:val="18"/>
                <w:szCs w:val="18"/>
              </w:rPr>
            </w:pPr>
          </w:p>
          <w:p w14:paraId="6FFCFAEF" w14:textId="77777777" w:rsidR="00F77BFB" w:rsidRDefault="00701361">
            <w:pPr>
              <w:spacing w:after="20"/>
              <w:ind w:left="29" w:hanging="29"/>
              <w:rPr>
                <w:sz w:val="18"/>
                <w:szCs w:val="18"/>
              </w:rPr>
            </w:pPr>
            <w:r w:rsidRPr="00D42017">
              <w:rPr>
                <w:sz w:val="18"/>
                <w:szCs w:val="18"/>
              </w:rPr>
              <w:t>• Maintain clear, consistent, two-way communication between school and home.</w:t>
            </w:r>
          </w:p>
          <w:p w14:paraId="166F01F0" w14:textId="77777777" w:rsidR="00F45B87" w:rsidRPr="00D42017" w:rsidRDefault="00F45B87">
            <w:pPr>
              <w:spacing w:after="20"/>
              <w:ind w:left="29" w:hanging="29"/>
              <w:rPr>
                <w:sz w:val="18"/>
                <w:szCs w:val="18"/>
              </w:rPr>
            </w:pPr>
          </w:p>
          <w:p w14:paraId="57338CD9" w14:textId="77777777" w:rsidR="00F77BFB" w:rsidRDefault="00701361">
            <w:pPr>
              <w:spacing w:after="20"/>
              <w:ind w:left="29" w:hanging="29"/>
              <w:rPr>
                <w:sz w:val="18"/>
                <w:szCs w:val="18"/>
              </w:rPr>
            </w:pPr>
            <w:r w:rsidRPr="00D42017">
              <w:rPr>
                <w:sz w:val="18"/>
                <w:szCs w:val="18"/>
              </w:rPr>
              <w:t>• Strengthen shared responsibility for student growth through family-school partnerships.</w:t>
            </w:r>
          </w:p>
          <w:p w14:paraId="0642476F" w14:textId="77777777" w:rsidR="00F45B87" w:rsidRPr="00D42017" w:rsidRDefault="00F45B87">
            <w:pPr>
              <w:spacing w:after="20"/>
              <w:ind w:left="29" w:hanging="29"/>
              <w:rPr>
                <w:sz w:val="18"/>
                <w:szCs w:val="18"/>
              </w:rPr>
            </w:pPr>
          </w:p>
          <w:p w14:paraId="6FAF3B91" w14:textId="77777777" w:rsidR="00F77BFB" w:rsidRDefault="00701361">
            <w:pPr>
              <w:spacing w:after="20"/>
              <w:ind w:left="29" w:hanging="29"/>
              <w:rPr>
                <w:sz w:val="18"/>
                <w:szCs w:val="18"/>
              </w:rPr>
            </w:pPr>
            <w:r w:rsidRPr="00D42017">
              <w:rPr>
                <w:sz w:val="18"/>
                <w:szCs w:val="18"/>
              </w:rPr>
              <w:t>• Equip families with strategies and resources to support learning at home.</w:t>
            </w:r>
          </w:p>
          <w:p w14:paraId="1E2E8972" w14:textId="77777777" w:rsidR="00F45B87" w:rsidRPr="00D42017" w:rsidRDefault="00F45B87">
            <w:pPr>
              <w:spacing w:after="20"/>
              <w:ind w:left="29" w:hanging="29"/>
              <w:rPr>
                <w:sz w:val="18"/>
                <w:szCs w:val="18"/>
              </w:rPr>
            </w:pPr>
          </w:p>
          <w:p w14:paraId="308D289B" w14:textId="77777777" w:rsidR="00F77BFB" w:rsidRPr="00D42017" w:rsidRDefault="00701361">
            <w:pPr>
              <w:spacing w:after="20"/>
              <w:ind w:left="29" w:hanging="29"/>
              <w:rPr>
                <w:sz w:val="18"/>
                <w:szCs w:val="18"/>
              </w:rPr>
            </w:pPr>
            <w:r w:rsidRPr="00D42017">
              <w:rPr>
                <w:sz w:val="18"/>
                <w:szCs w:val="18"/>
              </w:rPr>
              <w:t>• Provide a safe, nurturing, inclusive environment where young learners can thrive.</w:t>
            </w:r>
          </w:p>
          <w:p w14:paraId="7FE940DA" w14:textId="77777777" w:rsidR="00D42017" w:rsidRPr="00D42017" w:rsidRDefault="00D42017">
            <w:pPr>
              <w:spacing w:after="20"/>
              <w:ind w:left="29" w:hanging="29"/>
              <w:rPr>
                <w:sz w:val="18"/>
                <w:szCs w:val="18"/>
              </w:rPr>
            </w:pPr>
          </w:p>
          <w:p w14:paraId="252D91BB" w14:textId="77777777" w:rsidR="00D42017" w:rsidRPr="00D42017" w:rsidRDefault="00D42017">
            <w:pPr>
              <w:spacing w:after="20"/>
              <w:ind w:left="29" w:hanging="29"/>
              <w:rPr>
                <w:sz w:val="18"/>
                <w:szCs w:val="18"/>
              </w:rPr>
            </w:pPr>
          </w:p>
          <w:p w14:paraId="0B8D1527" w14:textId="77777777" w:rsidR="00D42017" w:rsidRPr="00D42017" w:rsidRDefault="00D42017">
            <w:pPr>
              <w:spacing w:after="20"/>
              <w:ind w:left="29" w:hanging="29"/>
              <w:rPr>
                <w:sz w:val="18"/>
                <w:szCs w:val="18"/>
              </w:rPr>
            </w:pPr>
          </w:p>
          <w:p w14:paraId="325B90C2" w14:textId="77777777" w:rsidR="00F77BFB" w:rsidRPr="00D42017" w:rsidRDefault="00701361">
            <w:pPr>
              <w:spacing w:after="60"/>
              <w:jc w:val="center"/>
              <w:rPr>
                <w:sz w:val="18"/>
                <w:szCs w:val="18"/>
              </w:rPr>
            </w:pPr>
            <w:r w:rsidRPr="00D42017">
              <w:rPr>
                <w:b/>
                <w:sz w:val="18"/>
                <w:szCs w:val="18"/>
              </w:rPr>
              <w:t>Together, we build strong foundations for lifelong learning.</w:t>
            </w:r>
          </w:p>
        </w:tc>
      </w:tr>
    </w:tbl>
    <w:p w14:paraId="46955554" w14:textId="77777777" w:rsidR="00F77BFB" w:rsidRDefault="00701361">
      <w:r>
        <w:br w:type="page"/>
      </w:r>
    </w:p>
    <w:p w14:paraId="69F75998" w14:textId="77777777" w:rsidR="00F77BFB" w:rsidRDefault="00701361">
      <w:pPr>
        <w:spacing w:after="100"/>
        <w:jc w:val="center"/>
      </w:pPr>
      <w:r>
        <w:rPr>
          <w:b/>
          <w:color w:val="17365D"/>
          <w:sz w:val="34"/>
        </w:rPr>
        <w:lastRenderedPageBreak/>
        <w:t>NEFF ECC SCHOOL-PARENT COMPACT • 2026-2027</w:t>
      </w:r>
    </w:p>
    <w:tbl>
      <w:tblPr>
        <w:tblW w:w="0" w:type="auto"/>
        <w:tblLayout w:type="fixed"/>
        <w:tblLook w:val="04A0" w:firstRow="1" w:lastRow="0" w:firstColumn="1" w:lastColumn="0" w:noHBand="0" w:noVBand="1"/>
      </w:tblPr>
      <w:tblGrid>
        <w:gridCol w:w="4824"/>
        <w:gridCol w:w="4824"/>
        <w:gridCol w:w="4824"/>
      </w:tblGrid>
      <w:tr w:rsidR="00F77BFB" w14:paraId="3133A28C" w14:textId="77777777">
        <w:trPr>
          <w:cantSplit/>
        </w:trPr>
        <w:tc>
          <w:tcPr>
            <w:tcW w:w="4824" w:type="dxa"/>
            <w:tcBorders>
              <w:top w:val="single" w:sz="12" w:space="0" w:color="17365D"/>
              <w:left w:val="single" w:sz="12" w:space="0" w:color="17365D"/>
              <w:bottom w:val="single" w:sz="12" w:space="0" w:color="17365D"/>
              <w:right w:val="single" w:sz="12" w:space="0" w:color="17365D"/>
            </w:tcBorders>
            <w:tcMar>
              <w:top w:w="90" w:type="dxa"/>
              <w:left w:w="110" w:type="dxa"/>
              <w:bottom w:w="90" w:type="dxa"/>
              <w:right w:w="110" w:type="dxa"/>
            </w:tcMar>
          </w:tcPr>
          <w:p w14:paraId="51351381" w14:textId="77777777" w:rsidR="00F77BFB" w:rsidRPr="00D42017" w:rsidRDefault="00701361">
            <w:pPr>
              <w:spacing w:before="40" w:after="60"/>
              <w:rPr>
                <w:sz w:val="18"/>
                <w:szCs w:val="18"/>
              </w:rPr>
            </w:pPr>
            <w:r w:rsidRPr="00D42017">
              <w:rPr>
                <w:b/>
                <w:color w:val="17365D"/>
                <w:sz w:val="18"/>
                <w:szCs w:val="18"/>
              </w:rPr>
              <w:t>WHAT IS A SCHOOL-PARENT COMPACT?</w:t>
            </w:r>
          </w:p>
          <w:p w14:paraId="7C3A1C4B" w14:textId="77777777" w:rsidR="00F77BFB" w:rsidRPr="00D42017" w:rsidRDefault="00701361">
            <w:pPr>
              <w:spacing w:after="60"/>
              <w:rPr>
                <w:sz w:val="18"/>
                <w:szCs w:val="18"/>
              </w:rPr>
            </w:pPr>
            <w:r w:rsidRPr="00D42017">
              <w:rPr>
                <w:sz w:val="18"/>
                <w:szCs w:val="18"/>
              </w:rPr>
              <w:t>A School-Parent Compact is a shared agreement created by families, students, and school staff. It describes how we will work together to help children meet or exceed learning expectations. The compact connects family partnership, high-quality instruction, student learning skills, and the school’s improvement priorities.</w:t>
            </w:r>
          </w:p>
          <w:p w14:paraId="6651AE79" w14:textId="77777777" w:rsidR="00D42017" w:rsidRPr="00D42017" w:rsidRDefault="00D42017">
            <w:pPr>
              <w:spacing w:after="60"/>
              <w:rPr>
                <w:sz w:val="18"/>
                <w:szCs w:val="18"/>
              </w:rPr>
            </w:pPr>
          </w:p>
          <w:p w14:paraId="0585426E" w14:textId="77777777" w:rsidR="00D42017" w:rsidRPr="00D42017" w:rsidRDefault="00D42017">
            <w:pPr>
              <w:spacing w:after="60"/>
              <w:rPr>
                <w:sz w:val="18"/>
                <w:szCs w:val="18"/>
              </w:rPr>
            </w:pPr>
          </w:p>
          <w:p w14:paraId="5C5C60AE" w14:textId="77777777" w:rsidR="00F77BFB" w:rsidRPr="00D42017" w:rsidRDefault="00701361">
            <w:pPr>
              <w:spacing w:before="40" w:after="60"/>
              <w:rPr>
                <w:sz w:val="18"/>
                <w:szCs w:val="18"/>
              </w:rPr>
            </w:pPr>
            <w:r w:rsidRPr="00D42017">
              <w:rPr>
                <w:b/>
                <w:color w:val="17365D"/>
                <w:sz w:val="18"/>
                <w:szCs w:val="18"/>
              </w:rPr>
              <w:t>JOINTLY DEVELOPED WITH PARENTS/GUARDIANS</w:t>
            </w:r>
          </w:p>
          <w:p w14:paraId="5EF5E1BB" w14:textId="77777777" w:rsidR="00F77BFB" w:rsidRPr="00D42017" w:rsidRDefault="00701361">
            <w:pPr>
              <w:spacing w:after="60"/>
              <w:rPr>
                <w:sz w:val="18"/>
                <w:szCs w:val="18"/>
              </w:rPr>
            </w:pPr>
            <w:r w:rsidRPr="00D42017">
              <w:rPr>
                <w:sz w:val="18"/>
                <w:szCs w:val="18"/>
              </w:rPr>
              <w:t>Neff ECC families, staff, and students have opportunities each year to review student learning needs and discuss ways to strengthen the partnership between home and school. Staff share learning strategies, families contribute ideas that make support practical and meaningful, and students are encouraged to take age-appropriate ownership of their learning. Family feedback is welcomed throughout the year.</w:t>
            </w:r>
          </w:p>
          <w:p w14:paraId="6AB4E5D6" w14:textId="77777777" w:rsidR="00D42017" w:rsidRPr="00D42017" w:rsidRDefault="00D42017">
            <w:pPr>
              <w:spacing w:after="60"/>
              <w:rPr>
                <w:sz w:val="18"/>
                <w:szCs w:val="18"/>
              </w:rPr>
            </w:pPr>
          </w:p>
          <w:p w14:paraId="5618EA2B" w14:textId="77777777" w:rsidR="00D42017" w:rsidRPr="00D42017" w:rsidRDefault="00D42017">
            <w:pPr>
              <w:spacing w:after="60"/>
              <w:rPr>
                <w:sz w:val="18"/>
                <w:szCs w:val="18"/>
              </w:rPr>
            </w:pPr>
          </w:p>
          <w:p w14:paraId="4627D4E4" w14:textId="77777777" w:rsidR="00F77BFB" w:rsidRDefault="00701361">
            <w:pPr>
              <w:spacing w:after="60"/>
              <w:rPr>
                <w:b/>
                <w:sz w:val="18"/>
                <w:szCs w:val="18"/>
              </w:rPr>
            </w:pPr>
            <w:r w:rsidRPr="00D42017">
              <w:rPr>
                <w:b/>
                <w:sz w:val="18"/>
                <w:szCs w:val="18"/>
              </w:rPr>
              <w:t>Families who would like to volunteer, participate in school activities, or provide feedback are encouraged to contact Neff ECC or their child’s teacher.</w:t>
            </w:r>
          </w:p>
          <w:p w14:paraId="1C82D1FB" w14:textId="77777777" w:rsidR="0096214D" w:rsidRDefault="0096214D">
            <w:pPr>
              <w:spacing w:after="60"/>
              <w:rPr>
                <w:b/>
                <w:sz w:val="18"/>
                <w:szCs w:val="18"/>
              </w:rPr>
            </w:pPr>
          </w:p>
          <w:p w14:paraId="19E199B4" w14:textId="3961FFDF" w:rsidR="0096214D" w:rsidRDefault="00B01ED6">
            <w:pPr>
              <w:spacing w:after="60"/>
            </w:pPr>
            <w:r w:rsidRPr="00B01ED6">
              <w:drawing>
                <wp:inline distT="0" distB="0" distL="0" distR="0" wp14:anchorId="7FA1E526" wp14:editId="00E0EC87">
                  <wp:extent cx="2923540" cy="1927225"/>
                  <wp:effectExtent l="0" t="0" r="0" b="0"/>
                  <wp:docPr id="541762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62277" name=""/>
                          <pic:cNvPicPr/>
                        </pic:nvPicPr>
                        <pic:blipFill>
                          <a:blip r:embed="rId6"/>
                          <a:stretch>
                            <a:fillRect/>
                          </a:stretch>
                        </pic:blipFill>
                        <pic:spPr>
                          <a:xfrm>
                            <a:off x="0" y="0"/>
                            <a:ext cx="2923540" cy="1927225"/>
                          </a:xfrm>
                          <a:prstGeom prst="rect">
                            <a:avLst/>
                          </a:prstGeom>
                        </pic:spPr>
                      </pic:pic>
                    </a:graphicData>
                  </a:graphic>
                </wp:inline>
              </w:drawing>
            </w:r>
          </w:p>
        </w:tc>
        <w:tc>
          <w:tcPr>
            <w:tcW w:w="4824" w:type="dxa"/>
            <w:tcBorders>
              <w:top w:val="single" w:sz="12" w:space="0" w:color="17365D"/>
              <w:left w:val="single" w:sz="12" w:space="0" w:color="17365D"/>
              <w:bottom w:val="single" w:sz="12" w:space="0" w:color="17365D"/>
              <w:right w:val="single" w:sz="12" w:space="0" w:color="17365D"/>
            </w:tcBorders>
            <w:tcMar>
              <w:top w:w="90" w:type="dxa"/>
              <w:left w:w="110" w:type="dxa"/>
              <w:bottom w:w="90" w:type="dxa"/>
              <w:right w:w="110" w:type="dxa"/>
            </w:tcMar>
          </w:tcPr>
          <w:p w14:paraId="7ED24EE6" w14:textId="77777777" w:rsidR="00F77BFB" w:rsidRPr="00D42017" w:rsidRDefault="00701361">
            <w:pPr>
              <w:spacing w:before="40" w:after="60"/>
              <w:rPr>
                <w:sz w:val="18"/>
                <w:szCs w:val="18"/>
              </w:rPr>
            </w:pPr>
            <w:r w:rsidRPr="00D42017">
              <w:rPr>
                <w:b/>
                <w:color w:val="17365D"/>
                <w:sz w:val="18"/>
                <w:szCs w:val="18"/>
              </w:rPr>
              <w:t>ACTIVITIES TO BUILD PARTNERSHIPS</w:t>
            </w:r>
          </w:p>
          <w:p w14:paraId="6529DCD1" w14:textId="77777777" w:rsidR="00F77BFB" w:rsidRPr="00D42017" w:rsidRDefault="00701361">
            <w:pPr>
              <w:spacing w:after="20"/>
              <w:ind w:left="29" w:hanging="29"/>
              <w:rPr>
                <w:sz w:val="18"/>
                <w:szCs w:val="18"/>
              </w:rPr>
            </w:pPr>
            <w:r w:rsidRPr="00D42017">
              <w:rPr>
                <w:sz w:val="18"/>
                <w:szCs w:val="18"/>
              </w:rPr>
              <w:t>• Meet the Teacher and beginning-of-year family events</w:t>
            </w:r>
          </w:p>
          <w:p w14:paraId="12092328" w14:textId="77777777" w:rsidR="00F77BFB" w:rsidRPr="00D42017" w:rsidRDefault="00701361">
            <w:pPr>
              <w:spacing w:after="20"/>
              <w:ind w:left="29" w:hanging="29"/>
              <w:rPr>
                <w:sz w:val="18"/>
                <w:szCs w:val="18"/>
              </w:rPr>
            </w:pPr>
            <w:r w:rsidRPr="00D42017">
              <w:rPr>
                <w:sz w:val="18"/>
                <w:szCs w:val="18"/>
              </w:rPr>
              <w:t>• Open House and parent-teacher conferences</w:t>
            </w:r>
          </w:p>
          <w:p w14:paraId="03967839" w14:textId="77777777" w:rsidR="00F77BFB" w:rsidRPr="00D42017" w:rsidRDefault="00701361">
            <w:pPr>
              <w:spacing w:after="20"/>
              <w:ind w:left="29" w:hanging="29"/>
              <w:rPr>
                <w:sz w:val="18"/>
                <w:szCs w:val="18"/>
              </w:rPr>
            </w:pPr>
            <w:r w:rsidRPr="00D42017">
              <w:rPr>
                <w:sz w:val="18"/>
                <w:szCs w:val="18"/>
              </w:rPr>
              <w:t>• Family literacy, math, science, and early-learning events</w:t>
            </w:r>
          </w:p>
          <w:p w14:paraId="3E8EC925" w14:textId="77777777" w:rsidR="00F77BFB" w:rsidRPr="00D42017" w:rsidRDefault="00701361">
            <w:pPr>
              <w:spacing w:after="20"/>
              <w:ind w:left="29" w:hanging="29"/>
              <w:rPr>
                <w:sz w:val="18"/>
                <w:szCs w:val="18"/>
              </w:rPr>
            </w:pPr>
            <w:r w:rsidRPr="00D42017">
              <w:rPr>
                <w:sz w:val="18"/>
                <w:szCs w:val="18"/>
              </w:rPr>
              <w:t>• Coffee with the Principal and family information sessions</w:t>
            </w:r>
          </w:p>
          <w:p w14:paraId="06C77141" w14:textId="77777777" w:rsidR="00F77BFB" w:rsidRPr="00D42017" w:rsidRDefault="00701361">
            <w:pPr>
              <w:spacing w:after="20"/>
              <w:ind w:left="29" w:hanging="29"/>
              <w:rPr>
                <w:sz w:val="18"/>
                <w:szCs w:val="18"/>
              </w:rPr>
            </w:pPr>
            <w:r w:rsidRPr="00D42017">
              <w:rPr>
                <w:sz w:val="18"/>
                <w:szCs w:val="18"/>
              </w:rPr>
              <w:t>• Parent education workshops and Parent University opportunities</w:t>
            </w:r>
          </w:p>
          <w:p w14:paraId="2C5071CD" w14:textId="77777777" w:rsidR="00F77BFB" w:rsidRPr="00D42017" w:rsidRDefault="00701361">
            <w:pPr>
              <w:spacing w:after="20"/>
              <w:ind w:left="29" w:hanging="29"/>
              <w:rPr>
                <w:sz w:val="18"/>
                <w:szCs w:val="18"/>
              </w:rPr>
            </w:pPr>
            <w:r w:rsidRPr="00D42017">
              <w:rPr>
                <w:sz w:val="18"/>
                <w:szCs w:val="18"/>
              </w:rPr>
              <w:t>• Student celebrations, performances, and recognition events</w:t>
            </w:r>
          </w:p>
          <w:p w14:paraId="252A9F3D" w14:textId="77777777" w:rsidR="00F77BFB" w:rsidRPr="00D42017" w:rsidRDefault="00701361">
            <w:pPr>
              <w:spacing w:after="20"/>
              <w:ind w:left="29" w:hanging="29"/>
              <w:rPr>
                <w:sz w:val="18"/>
                <w:szCs w:val="18"/>
              </w:rPr>
            </w:pPr>
            <w:r w:rsidRPr="00D42017">
              <w:rPr>
                <w:sz w:val="18"/>
                <w:szCs w:val="18"/>
              </w:rPr>
              <w:t>• Opportunities to volunteer and participate in campus activities</w:t>
            </w:r>
          </w:p>
          <w:p w14:paraId="6F2BB1DC" w14:textId="77777777" w:rsidR="00F77BFB" w:rsidRPr="00D42017" w:rsidRDefault="00701361">
            <w:pPr>
              <w:spacing w:after="20"/>
              <w:ind w:left="29" w:hanging="29"/>
              <w:rPr>
                <w:sz w:val="18"/>
                <w:szCs w:val="18"/>
              </w:rPr>
            </w:pPr>
            <w:r w:rsidRPr="00D42017">
              <w:rPr>
                <w:sz w:val="18"/>
                <w:szCs w:val="18"/>
              </w:rPr>
              <w:t>• Community and district partnership events that support young children and families</w:t>
            </w:r>
          </w:p>
          <w:p w14:paraId="00658019" w14:textId="77777777" w:rsidR="00D42017" w:rsidRPr="00D42017" w:rsidRDefault="00D42017">
            <w:pPr>
              <w:spacing w:after="20"/>
              <w:ind w:left="29" w:hanging="29"/>
              <w:rPr>
                <w:sz w:val="18"/>
                <w:szCs w:val="18"/>
              </w:rPr>
            </w:pPr>
          </w:p>
          <w:p w14:paraId="1F339565" w14:textId="77777777" w:rsidR="00D42017" w:rsidRPr="00D42017" w:rsidRDefault="00D42017">
            <w:pPr>
              <w:spacing w:after="20"/>
              <w:ind w:left="29" w:hanging="29"/>
              <w:rPr>
                <w:sz w:val="18"/>
                <w:szCs w:val="18"/>
              </w:rPr>
            </w:pPr>
          </w:p>
          <w:p w14:paraId="5641151C" w14:textId="77777777" w:rsidR="00D42017" w:rsidRPr="00D42017" w:rsidRDefault="00D42017">
            <w:pPr>
              <w:spacing w:after="20"/>
              <w:ind w:left="29" w:hanging="29"/>
              <w:rPr>
                <w:sz w:val="18"/>
                <w:szCs w:val="18"/>
              </w:rPr>
            </w:pPr>
          </w:p>
          <w:p w14:paraId="7A5348CB" w14:textId="77777777" w:rsidR="00F77BFB" w:rsidRDefault="00701361">
            <w:pPr>
              <w:spacing w:before="40" w:after="60"/>
              <w:rPr>
                <w:b/>
                <w:color w:val="17365D"/>
                <w:sz w:val="18"/>
                <w:szCs w:val="18"/>
              </w:rPr>
            </w:pPr>
            <w:r w:rsidRPr="00D42017">
              <w:rPr>
                <w:b/>
                <w:color w:val="17365D"/>
                <w:sz w:val="18"/>
                <w:szCs w:val="18"/>
              </w:rPr>
              <w:t>STUDENT LEARNING GOALS</w:t>
            </w:r>
          </w:p>
          <w:p w14:paraId="11466C82" w14:textId="77777777" w:rsidR="00F45B87" w:rsidRPr="00D42017" w:rsidRDefault="00F45B87">
            <w:pPr>
              <w:spacing w:before="40" w:after="60"/>
              <w:rPr>
                <w:sz w:val="18"/>
                <w:szCs w:val="18"/>
              </w:rPr>
            </w:pPr>
          </w:p>
          <w:p w14:paraId="681C87F5" w14:textId="77777777" w:rsidR="00F77BFB" w:rsidRPr="00D42017" w:rsidRDefault="00701361">
            <w:pPr>
              <w:spacing w:after="60"/>
              <w:rPr>
                <w:sz w:val="18"/>
                <w:szCs w:val="18"/>
              </w:rPr>
            </w:pPr>
            <w:r w:rsidRPr="00D42017">
              <w:rPr>
                <w:sz w:val="18"/>
                <w:szCs w:val="18"/>
              </w:rPr>
              <w:t xml:space="preserve">At Neff ECC, we help young learners build the habits and foundational skills they need for success. Students, families, and teachers work together </w:t>
            </w:r>
            <w:proofErr w:type="gramStart"/>
            <w:r w:rsidRPr="00D42017">
              <w:rPr>
                <w:sz w:val="18"/>
                <w:szCs w:val="18"/>
              </w:rPr>
              <w:t>to</w:t>
            </w:r>
            <w:proofErr w:type="gramEnd"/>
            <w:r w:rsidRPr="00D42017">
              <w:rPr>
                <w:sz w:val="18"/>
                <w:szCs w:val="18"/>
              </w:rPr>
              <w:t>:</w:t>
            </w:r>
          </w:p>
          <w:p w14:paraId="2998B7B8" w14:textId="77777777" w:rsidR="00F77BFB" w:rsidRPr="00D42017" w:rsidRDefault="00701361">
            <w:pPr>
              <w:spacing w:after="20"/>
              <w:ind w:left="29" w:hanging="29"/>
              <w:rPr>
                <w:sz w:val="18"/>
                <w:szCs w:val="18"/>
              </w:rPr>
            </w:pPr>
            <w:r w:rsidRPr="00D42017">
              <w:rPr>
                <w:sz w:val="18"/>
                <w:szCs w:val="18"/>
              </w:rPr>
              <w:t>• Build a daily habit of reading, listening to stories, and talking about books.</w:t>
            </w:r>
          </w:p>
          <w:p w14:paraId="62CCCF08" w14:textId="77777777" w:rsidR="00F77BFB" w:rsidRPr="00D42017" w:rsidRDefault="00701361">
            <w:pPr>
              <w:spacing w:after="20"/>
              <w:ind w:left="29" w:hanging="29"/>
              <w:rPr>
                <w:sz w:val="18"/>
                <w:szCs w:val="18"/>
              </w:rPr>
            </w:pPr>
            <w:r w:rsidRPr="00D42017">
              <w:rPr>
                <w:sz w:val="18"/>
                <w:szCs w:val="18"/>
              </w:rPr>
              <w:t>• Celebrate growth from beginning-, middle-, and end-of-year assessments and classroom learning evidence.</w:t>
            </w:r>
          </w:p>
          <w:p w14:paraId="662F40CB" w14:textId="77777777" w:rsidR="00F77BFB" w:rsidRPr="00D42017" w:rsidRDefault="00701361">
            <w:pPr>
              <w:spacing w:after="20"/>
              <w:ind w:left="29" w:hanging="29"/>
              <w:rPr>
                <w:sz w:val="18"/>
                <w:szCs w:val="18"/>
              </w:rPr>
            </w:pPr>
            <w:r w:rsidRPr="00D42017">
              <w:rPr>
                <w:sz w:val="18"/>
                <w:szCs w:val="18"/>
              </w:rPr>
              <w:t>• Practice early literacy, language, math, social-emotional, and problem-solving skills at school and at home.</w:t>
            </w:r>
          </w:p>
          <w:p w14:paraId="3DD59240" w14:textId="77777777" w:rsidR="00F77BFB" w:rsidRDefault="00701361">
            <w:pPr>
              <w:spacing w:after="20"/>
              <w:ind w:left="29" w:hanging="29"/>
              <w:rPr>
                <w:sz w:val="18"/>
                <w:szCs w:val="18"/>
              </w:rPr>
            </w:pPr>
            <w:r w:rsidRPr="00D42017">
              <w:rPr>
                <w:sz w:val="18"/>
                <w:szCs w:val="18"/>
              </w:rPr>
              <w:t>• Use developmentally appropriate digital learning resources when assigned by the teacher.</w:t>
            </w:r>
          </w:p>
          <w:p w14:paraId="5E575133" w14:textId="77777777" w:rsidR="00F45B87" w:rsidRPr="00D42017" w:rsidRDefault="00F45B87">
            <w:pPr>
              <w:spacing w:after="20"/>
              <w:ind w:left="29" w:hanging="29"/>
              <w:rPr>
                <w:sz w:val="18"/>
                <w:szCs w:val="18"/>
              </w:rPr>
            </w:pPr>
          </w:p>
          <w:p w14:paraId="4558674F" w14:textId="77777777" w:rsidR="00F77BFB" w:rsidRDefault="00701361">
            <w:pPr>
              <w:spacing w:after="60"/>
              <w:rPr>
                <w:sz w:val="18"/>
                <w:szCs w:val="18"/>
              </w:rPr>
            </w:pPr>
            <w:r w:rsidRPr="00D42017">
              <w:rPr>
                <w:sz w:val="18"/>
                <w:szCs w:val="18"/>
              </w:rPr>
              <w:t>My child’s learning goal this year:</w:t>
            </w:r>
          </w:p>
          <w:p w14:paraId="160690A6" w14:textId="77777777" w:rsidR="00F45B87" w:rsidRPr="00D42017" w:rsidRDefault="00F45B87">
            <w:pPr>
              <w:spacing w:after="60"/>
              <w:rPr>
                <w:sz w:val="18"/>
                <w:szCs w:val="18"/>
              </w:rPr>
            </w:pPr>
          </w:p>
          <w:p w14:paraId="6B80152B" w14:textId="77777777" w:rsidR="00F77BFB" w:rsidRDefault="00701361">
            <w:pPr>
              <w:spacing w:after="60"/>
              <w:rPr>
                <w:sz w:val="18"/>
                <w:szCs w:val="18"/>
              </w:rPr>
            </w:pPr>
            <w:r w:rsidRPr="00D42017">
              <w:rPr>
                <w:sz w:val="18"/>
                <w:szCs w:val="18"/>
              </w:rPr>
              <w:t>__________________________________________________</w:t>
            </w:r>
          </w:p>
          <w:p w14:paraId="770EEAA0" w14:textId="77777777" w:rsidR="00F45B87" w:rsidRPr="00D42017" w:rsidRDefault="00F45B87">
            <w:pPr>
              <w:spacing w:after="60"/>
              <w:rPr>
                <w:sz w:val="18"/>
                <w:szCs w:val="18"/>
              </w:rPr>
            </w:pPr>
          </w:p>
          <w:p w14:paraId="2BB8F9CD" w14:textId="77777777" w:rsidR="00F77BFB" w:rsidRDefault="00701361">
            <w:pPr>
              <w:spacing w:after="60"/>
              <w:rPr>
                <w:sz w:val="18"/>
                <w:szCs w:val="18"/>
              </w:rPr>
            </w:pPr>
            <w:r w:rsidRPr="00D42017">
              <w:rPr>
                <w:sz w:val="18"/>
                <w:szCs w:val="18"/>
              </w:rPr>
              <w:t>To help achieve this goal, we will:</w:t>
            </w:r>
          </w:p>
          <w:p w14:paraId="2286F9E3" w14:textId="77777777" w:rsidR="00F45B87" w:rsidRPr="00D42017" w:rsidRDefault="00F45B87">
            <w:pPr>
              <w:spacing w:after="60"/>
              <w:rPr>
                <w:sz w:val="18"/>
                <w:szCs w:val="18"/>
              </w:rPr>
            </w:pPr>
          </w:p>
          <w:p w14:paraId="746C7C59" w14:textId="77777777" w:rsidR="00F45B87" w:rsidRDefault="00701361">
            <w:pPr>
              <w:spacing w:after="60"/>
              <w:rPr>
                <w:sz w:val="18"/>
                <w:szCs w:val="18"/>
              </w:rPr>
            </w:pPr>
            <w:r w:rsidRPr="00D42017">
              <w:rPr>
                <w:sz w:val="18"/>
                <w:szCs w:val="18"/>
              </w:rPr>
              <w:t>__________________________________________________</w:t>
            </w:r>
            <w:r w:rsidRPr="00D42017">
              <w:rPr>
                <w:sz w:val="18"/>
                <w:szCs w:val="18"/>
              </w:rPr>
              <w:br/>
            </w:r>
          </w:p>
          <w:p w14:paraId="7253E597" w14:textId="2F2D358F" w:rsidR="00F77BFB" w:rsidRDefault="00701361">
            <w:pPr>
              <w:spacing w:after="60"/>
            </w:pPr>
            <w:r w:rsidRPr="00D42017">
              <w:rPr>
                <w:sz w:val="18"/>
                <w:szCs w:val="18"/>
              </w:rPr>
              <w:t>__________________________________________________</w:t>
            </w:r>
          </w:p>
        </w:tc>
        <w:tc>
          <w:tcPr>
            <w:tcW w:w="4824" w:type="dxa"/>
            <w:tcBorders>
              <w:top w:val="single" w:sz="12" w:space="0" w:color="17365D"/>
              <w:left w:val="single" w:sz="12" w:space="0" w:color="17365D"/>
              <w:bottom w:val="single" w:sz="12" w:space="0" w:color="17365D"/>
              <w:right w:val="single" w:sz="12" w:space="0" w:color="17365D"/>
            </w:tcBorders>
            <w:tcMar>
              <w:top w:w="90" w:type="dxa"/>
              <w:left w:w="110" w:type="dxa"/>
              <w:bottom w:w="90" w:type="dxa"/>
              <w:right w:w="110" w:type="dxa"/>
            </w:tcMar>
          </w:tcPr>
          <w:p w14:paraId="179BD3EF" w14:textId="77777777" w:rsidR="00F77BFB" w:rsidRDefault="00701361">
            <w:pPr>
              <w:spacing w:after="60"/>
              <w:jc w:val="center"/>
            </w:pPr>
            <w:r>
              <w:rPr>
                <w:b/>
                <w:sz w:val="28"/>
              </w:rPr>
              <w:t>SCHOOL-PARENT COMPACT</w:t>
            </w:r>
          </w:p>
          <w:p w14:paraId="501E37E3" w14:textId="77777777" w:rsidR="0051112E" w:rsidRDefault="00000000">
            <w:pPr>
              <w:spacing w:after="29"/>
              <w:jc w:val="center"/>
            </w:pPr>
            <w:r>
              <w:rPr>
                <w:noProof/>
              </w:rPr>
              <w:drawing>
                <wp:inline distT="0" distB="0" distL="0" distR="0" wp14:anchorId="1A80D587" wp14:editId="5B8C6A0B">
                  <wp:extent cx="960120" cy="12412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9c70067e-5663-4f82-ac61-fcc530554a31.png"/>
                          <pic:cNvPicPr/>
                        </pic:nvPicPr>
                        <pic:blipFill>
                          <a:blip r:embed="rId7"/>
                          <a:stretch>
                            <a:fillRect/>
                          </a:stretch>
                        </pic:blipFill>
                        <pic:spPr>
                          <a:xfrm>
                            <a:off x="0" y="0"/>
                            <a:ext cx="960120" cy="1241279"/>
                          </a:xfrm>
                          <a:prstGeom prst="rect">
                            <a:avLst/>
                          </a:prstGeom>
                        </pic:spPr>
                      </pic:pic>
                    </a:graphicData>
                  </a:graphic>
                </wp:inline>
              </w:drawing>
            </w:r>
          </w:p>
          <w:p w14:paraId="3252E4EB" w14:textId="77777777" w:rsidR="00F77BFB" w:rsidRDefault="00701361">
            <w:pPr>
              <w:spacing w:after="60"/>
              <w:jc w:val="center"/>
            </w:pPr>
            <w:r>
              <w:rPr>
                <w:b/>
                <w:sz w:val="32"/>
              </w:rPr>
              <w:t>Neff Early Childhood Center</w:t>
            </w:r>
          </w:p>
          <w:p w14:paraId="3124E2F7" w14:textId="77777777" w:rsidR="00F77BFB" w:rsidRDefault="00701361">
            <w:pPr>
              <w:spacing w:after="60"/>
              <w:jc w:val="center"/>
            </w:pPr>
            <w:r>
              <w:rPr>
                <w:sz w:val="22"/>
              </w:rPr>
              <w:t>Houston Independent School District</w:t>
            </w:r>
          </w:p>
          <w:p w14:paraId="6F23DE2B" w14:textId="77777777" w:rsidR="00F77BFB" w:rsidRDefault="00701361">
            <w:pPr>
              <w:spacing w:after="60"/>
              <w:jc w:val="center"/>
            </w:pPr>
            <w:r>
              <w:rPr>
                <w:b/>
                <w:sz w:val="22"/>
              </w:rPr>
              <w:t>2026-2027 School Year</w:t>
            </w:r>
          </w:p>
          <w:p w14:paraId="4E0EF98D" w14:textId="77777777" w:rsidR="0051112E" w:rsidRDefault="00000000">
            <w:pPr>
              <w:spacing w:before="43" w:after="58"/>
              <w:jc w:val="center"/>
            </w:pPr>
            <w:r>
              <w:rPr>
                <w:noProof/>
              </w:rPr>
              <w:drawing>
                <wp:inline distT="0" distB="0" distL="0" distR="0" wp14:anchorId="34CD0535" wp14:editId="384D9A98">
                  <wp:extent cx="2331720" cy="14538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7ddf4f4c-1f15-40db-a6af-40add24ad515.png"/>
                          <pic:cNvPicPr/>
                        </pic:nvPicPr>
                        <pic:blipFill>
                          <a:blip r:embed="rId8"/>
                          <a:stretch>
                            <a:fillRect/>
                          </a:stretch>
                        </pic:blipFill>
                        <pic:spPr>
                          <a:xfrm>
                            <a:off x="0" y="0"/>
                            <a:ext cx="2331720" cy="1453896"/>
                          </a:xfrm>
                          <a:prstGeom prst="rect">
                            <a:avLst/>
                          </a:prstGeom>
                        </pic:spPr>
                      </pic:pic>
                    </a:graphicData>
                  </a:graphic>
                </wp:inline>
              </w:drawing>
            </w:r>
          </w:p>
          <w:tbl>
            <w:tblPr>
              <w:tblW w:w="0" w:type="auto"/>
              <w:tblLook w:val="04A0" w:firstRow="1" w:lastRow="0" w:firstColumn="1" w:lastColumn="0" w:noHBand="0" w:noVBand="1"/>
            </w:tblPr>
            <w:tblGrid>
              <w:gridCol w:w="4824"/>
            </w:tblGrid>
            <w:tr w:rsidR="00F77BFB" w14:paraId="2295CC96" w14:textId="77777777">
              <w:tc>
                <w:tcPr>
                  <w:tcW w:w="4824" w:type="dxa"/>
                  <w:tcBorders>
                    <w:top w:val="single" w:sz="8" w:space="0" w:color="17365D"/>
                    <w:left w:val="single" w:sz="8" w:space="0" w:color="17365D"/>
                    <w:bottom w:val="single" w:sz="8" w:space="0" w:color="17365D"/>
                    <w:right w:val="single" w:sz="8" w:space="0" w:color="17365D"/>
                  </w:tcBorders>
                  <w:shd w:val="clear" w:color="auto" w:fill="DCE6F1"/>
                  <w:tcMar>
                    <w:top w:w="120" w:type="dxa"/>
                    <w:left w:w="120" w:type="dxa"/>
                    <w:bottom w:w="120" w:type="dxa"/>
                    <w:right w:w="120" w:type="dxa"/>
                  </w:tcMar>
                </w:tcPr>
                <w:p w14:paraId="2F887FA6" w14:textId="77777777" w:rsidR="00F77BFB" w:rsidRDefault="00701361">
                  <w:pPr>
                    <w:jc w:val="center"/>
                  </w:pPr>
                  <w:r>
                    <w:rPr>
                      <w:b/>
                      <w:color w:val="17365D"/>
                      <w:sz w:val="24"/>
                    </w:rPr>
                    <w:t>NEFF ECC</w:t>
                  </w:r>
                  <w:r>
                    <w:rPr>
                      <w:b/>
                      <w:color w:val="17365D"/>
                      <w:sz w:val="24"/>
                    </w:rPr>
                    <w:br/>
                    <w:t>Growing, Learning, and Thriving Together</w:t>
                  </w:r>
                </w:p>
              </w:tc>
            </w:tr>
          </w:tbl>
          <w:p w14:paraId="67D662B1" w14:textId="77777777" w:rsidR="00F77BFB" w:rsidRDefault="00F77BFB"/>
          <w:p w14:paraId="26951617" w14:textId="77777777" w:rsidR="00F77BFB" w:rsidRDefault="00701361">
            <w:pPr>
              <w:spacing w:after="60"/>
              <w:jc w:val="center"/>
            </w:pPr>
            <w:r>
              <w:rPr>
                <w:b/>
                <w:sz w:val="22"/>
              </w:rPr>
              <w:t>OUR SHARED COMMITMENT</w:t>
            </w:r>
          </w:p>
          <w:p w14:paraId="407D3883" w14:textId="77777777" w:rsidR="00F77BFB" w:rsidRDefault="00701361">
            <w:pPr>
              <w:spacing w:after="60"/>
              <w:jc w:val="center"/>
            </w:pPr>
            <w:r>
              <w:rPr>
                <w:b/>
                <w:sz w:val="20"/>
              </w:rPr>
              <w:t>School + Family + Student</w:t>
            </w:r>
            <w:r>
              <w:rPr>
                <w:b/>
                <w:sz w:val="20"/>
              </w:rPr>
              <w:br/>
              <w:t>Working together for every child</w:t>
            </w:r>
          </w:p>
          <w:p w14:paraId="1EEDD05C" w14:textId="4F7B2383" w:rsidR="00F77BFB" w:rsidRDefault="00701361">
            <w:pPr>
              <w:spacing w:after="60"/>
            </w:pPr>
            <w:r>
              <w:t xml:space="preserve"> Address: 8200 Carvel Ln, Houston, TX 77036</w:t>
            </w:r>
          </w:p>
          <w:p w14:paraId="245F19F0" w14:textId="51EDCE81" w:rsidR="00F77BFB" w:rsidRDefault="00701361">
            <w:pPr>
              <w:spacing w:after="60"/>
            </w:pPr>
            <w:r>
              <w:t>Telephone: (713) 778-3470</w:t>
            </w:r>
          </w:p>
          <w:p w14:paraId="6F72CEB9" w14:textId="66DD7A2E" w:rsidR="00F77BFB" w:rsidRDefault="00701361">
            <w:pPr>
              <w:spacing w:after="60"/>
            </w:pPr>
            <w:proofErr w:type="spellStart"/>
            <w:r>
              <w:rPr>
                <w:sz w:val="19"/>
              </w:rPr>
              <w:t>SWebsite</w:t>
            </w:r>
            <w:proofErr w:type="spellEnd"/>
            <w:r>
              <w:rPr>
                <w:sz w:val="19"/>
              </w:rPr>
              <w:t>: neffecc.houstonisd.org/our-school</w:t>
            </w:r>
          </w:p>
          <w:p w14:paraId="22717470" w14:textId="77777777" w:rsidR="00F77BFB" w:rsidRDefault="00701361">
            <w:pPr>
              <w:spacing w:after="60"/>
            </w:pPr>
            <w:r>
              <w:t>Principal: Carlos Rodriguez</w:t>
            </w:r>
          </w:p>
          <w:p w14:paraId="758CAF72" w14:textId="77777777" w:rsidR="00F77BFB" w:rsidRDefault="00701361">
            <w:pPr>
              <w:spacing w:after="60"/>
              <w:jc w:val="center"/>
            </w:pPr>
            <w:r>
              <w:rPr>
                <w:sz w:val="18"/>
              </w:rPr>
              <w:t>Please keep this compact as a reminder of our shared responsibility for student success.</w:t>
            </w:r>
          </w:p>
        </w:tc>
      </w:tr>
    </w:tbl>
    <w:p w14:paraId="24EFB1B3" w14:textId="77777777" w:rsidR="00701361" w:rsidRDefault="00701361"/>
    <w:sectPr w:rsidR="00701361" w:rsidSect="00034616">
      <w:pgSz w:w="15840" w:h="12240" w:orient="landscape"/>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6659931">
    <w:abstractNumId w:val="8"/>
  </w:num>
  <w:num w:numId="2" w16cid:durableId="556285816">
    <w:abstractNumId w:val="6"/>
  </w:num>
  <w:num w:numId="3" w16cid:durableId="1491288365">
    <w:abstractNumId w:val="5"/>
  </w:num>
  <w:num w:numId="4" w16cid:durableId="120999628">
    <w:abstractNumId w:val="4"/>
  </w:num>
  <w:num w:numId="5" w16cid:durableId="1821533466">
    <w:abstractNumId w:val="7"/>
  </w:num>
  <w:num w:numId="6" w16cid:durableId="233511453">
    <w:abstractNumId w:val="3"/>
  </w:num>
  <w:num w:numId="7" w16cid:durableId="1921140650">
    <w:abstractNumId w:val="2"/>
  </w:num>
  <w:num w:numId="8" w16cid:durableId="1098216044">
    <w:abstractNumId w:val="1"/>
  </w:num>
  <w:num w:numId="9" w16cid:durableId="1681001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3CB1"/>
    <w:rsid w:val="0015074B"/>
    <w:rsid w:val="0029639D"/>
    <w:rsid w:val="002C09C6"/>
    <w:rsid w:val="00326F90"/>
    <w:rsid w:val="00393646"/>
    <w:rsid w:val="0051112E"/>
    <w:rsid w:val="006D56B4"/>
    <w:rsid w:val="00701361"/>
    <w:rsid w:val="0077591D"/>
    <w:rsid w:val="0096214D"/>
    <w:rsid w:val="009F635E"/>
    <w:rsid w:val="00AA1D8D"/>
    <w:rsid w:val="00B01ED6"/>
    <w:rsid w:val="00B47730"/>
    <w:rsid w:val="00BE1806"/>
    <w:rsid w:val="00CB0664"/>
    <w:rsid w:val="00D42017"/>
    <w:rsid w:val="00F45B87"/>
    <w:rsid w:val="00F77B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13C380"/>
  <w14:defaultImageDpi w14:val="300"/>
  <w15:docId w15:val="{D61D89B3-D794-4446-ACA7-58BDF2D0C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line="228" w:lineRule="auto"/>
    </w:pPr>
    <w:rPr>
      <w:rFonts w:ascii="Aptos" w:hAnsi="Aptos"/>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Neff ECC School-Parent Compact 2026-2027</vt:lpstr>
    </vt:vector>
  </TitlesOfParts>
  <Manager/>
  <Company/>
  <LinksUpToDate>false</LinksUpToDate>
  <CharactersWithSpaces>6830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Neff ECC School-Parent Compact 2026-2027</dc:title>
  <dc:subject>School-Parent Compact</dc:subject>
  <dc:creator>python-docx</dc:creator>
  <cp:keywords/>
  <dc:description>generated by python-docx</dc:description>
  <cp:lastModifiedBy>Dawar, Sunita</cp:lastModifiedBy>
  <cp:revision>4</cp:revision>
  <cp:lastPrinted>2026-09-17T15:07:00Z</cp:lastPrinted>
  <dcterms:created xsi:type="dcterms:W3CDTF">2026-09-17T15:09:00Z</dcterms:created>
  <dcterms:modified xsi:type="dcterms:W3CDTF">2026-10-05T04:04:00Z</dcterms:modified>
  <cp:category/>
</cp:coreProperties>
</file>