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183BA" w14:textId="77777777" w:rsidR="00F77BFB" w:rsidRPr="00A47B1D" w:rsidRDefault="00701361">
      <w:pPr>
        <w:spacing w:after="100"/>
        <w:jc w:val="center"/>
        <w:rPr>
          <w:bCs/>
          <w:color w:val="4F81BD" w:themeColor="accent1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47B1D">
        <w:rPr>
          <w:bCs/>
          <w:color w:val="4F81BD" w:themeColor="accent1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PACTO ESCUELA-FAMILIA DE NEFF ECC • 2026-2027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24"/>
        <w:gridCol w:w="4824"/>
        <w:gridCol w:w="4824"/>
      </w:tblGrid>
      <w:tr w:rsidR="00F77BFB" w:rsidRPr="00FA1953" w14:paraId="7DCD4321" w14:textId="77777777">
        <w:trPr>
          <w:cantSplit/>
        </w:trPr>
        <w:tc>
          <w:tcPr>
            <w:tcW w:w="4824" w:type="dxa"/>
            <w:tcBorders>
              <w:top w:val="single" w:sz="12" w:space="0" w:color="17365D"/>
              <w:left w:val="single" w:sz="12" w:space="0" w:color="17365D"/>
              <w:bottom w:val="single" w:sz="12" w:space="0" w:color="17365D"/>
              <w:right w:val="single" w:sz="12" w:space="0" w:color="17365D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CD73270" w14:textId="77777777" w:rsidR="00F77BFB" w:rsidRPr="00FA1953" w:rsidRDefault="00701361">
            <w:pPr>
              <w:spacing w:before="40" w:after="60"/>
              <w:rPr>
                <w:b/>
                <w:bCs/>
                <w:sz w:val="18"/>
                <w:szCs w:val="18"/>
              </w:rPr>
            </w:pPr>
            <w:r w:rsidRPr="00FA1953">
              <w:rPr>
                <w:b/>
                <w:bCs/>
                <w:sz w:val="18"/>
                <w:szCs w:val="18"/>
              </w:rPr>
              <w:t>EN LA ESCUELA: Como estudiante, yo:</w:t>
            </w:r>
          </w:p>
          <w:p w14:paraId="49605F2C" w14:textId="77777777" w:rsidR="00F45B87" w:rsidRPr="00FA1953" w:rsidRDefault="00F45B87">
            <w:pPr>
              <w:spacing w:before="40" w:after="60"/>
              <w:rPr>
                <w:sz w:val="18"/>
                <w:szCs w:val="18"/>
              </w:rPr>
            </w:pPr>
          </w:p>
          <w:p w14:paraId="26B6D18C" w14:textId="1994E854" w:rsidR="00F77BFB" w:rsidRPr="00FA1953" w:rsidRDefault="00701361">
            <w:pPr>
              <w:spacing w:after="20"/>
              <w:ind w:left="29" w:hanging="29"/>
              <w:rPr>
                <w:sz w:val="18"/>
                <w:szCs w:val="18"/>
              </w:rPr>
            </w:pPr>
            <w:r w:rsidRPr="00FA1953">
              <w:rPr>
                <w:sz w:val="18"/>
                <w:szCs w:val="18"/>
              </w:rPr>
              <w:t>• Usaré el uniforme y llegaré A TIEMPO A LAS 7:30, PREPARADO y LISTO para aprender TODOS los días.</w:t>
            </w:r>
          </w:p>
          <w:p w14:paraId="4E91C00D" w14:textId="77777777" w:rsidR="00F77BFB" w:rsidRPr="00FA1953" w:rsidRDefault="00701361">
            <w:pPr>
              <w:spacing w:after="20"/>
              <w:ind w:left="29" w:hanging="29"/>
              <w:rPr>
                <w:sz w:val="18"/>
                <w:szCs w:val="18"/>
              </w:rPr>
            </w:pPr>
            <w:r w:rsidRPr="00FA1953">
              <w:rPr>
                <w:sz w:val="18"/>
                <w:szCs w:val="18"/>
              </w:rPr>
              <w:t>• Traeré los materiales que necesito y cuidaré mis pertenencias.</w:t>
            </w:r>
          </w:p>
          <w:p w14:paraId="4881848B" w14:textId="77777777" w:rsidR="00F77BFB" w:rsidRPr="00FA1953" w:rsidRDefault="00701361">
            <w:pPr>
              <w:spacing w:after="20"/>
              <w:ind w:left="29" w:hanging="29"/>
              <w:rPr>
                <w:sz w:val="18"/>
                <w:szCs w:val="18"/>
              </w:rPr>
            </w:pPr>
            <w:r w:rsidRPr="00FA1953">
              <w:rPr>
                <w:sz w:val="18"/>
                <w:szCs w:val="18"/>
              </w:rPr>
              <w:t>• Haré mi mejor esfuerzo en el aprendizaje, el comportamiento y las rutinas del salón.</w:t>
            </w:r>
          </w:p>
          <w:p w14:paraId="2BC6AFD3" w14:textId="77777777" w:rsidR="00F77BFB" w:rsidRPr="00FA1953" w:rsidRDefault="00701361">
            <w:pPr>
              <w:spacing w:after="20"/>
              <w:ind w:left="29" w:hanging="29"/>
              <w:rPr>
                <w:sz w:val="18"/>
                <w:szCs w:val="18"/>
              </w:rPr>
            </w:pPr>
            <w:r w:rsidRPr="00FA1953">
              <w:rPr>
                <w:sz w:val="18"/>
                <w:szCs w:val="18"/>
              </w:rPr>
              <w:t>• Leeré, miraré libros o escucharé cuentos todos los días.</w:t>
            </w:r>
          </w:p>
          <w:p w14:paraId="0053F7A4" w14:textId="77777777" w:rsidR="00F77BFB" w:rsidRPr="00FA1953" w:rsidRDefault="00701361">
            <w:pPr>
              <w:spacing w:after="20"/>
              <w:ind w:left="29" w:hanging="29"/>
              <w:rPr>
                <w:sz w:val="18"/>
                <w:szCs w:val="18"/>
              </w:rPr>
            </w:pPr>
            <w:r w:rsidRPr="00FA1953">
              <w:rPr>
                <w:sz w:val="18"/>
                <w:szCs w:val="18"/>
              </w:rPr>
              <w:t>• Seguiré las reglas de seguridad del salón, la escuela y el autobús, y trataré a los demás con respeto.</w:t>
            </w:r>
          </w:p>
          <w:p w14:paraId="304FF4B8" w14:textId="77777777" w:rsidR="00F77BFB" w:rsidRPr="00FA1953" w:rsidRDefault="00701361">
            <w:pPr>
              <w:spacing w:after="20"/>
              <w:ind w:left="29" w:hanging="29"/>
              <w:rPr>
                <w:sz w:val="18"/>
                <w:szCs w:val="18"/>
              </w:rPr>
            </w:pPr>
            <w:r w:rsidRPr="00FA1953">
              <w:rPr>
                <w:sz w:val="18"/>
                <w:szCs w:val="18"/>
              </w:rPr>
              <w:t>• Usaré la tecnología del salón de manera segura, responsable y solo para aprender.</w:t>
            </w:r>
          </w:p>
          <w:p w14:paraId="066BFBC8" w14:textId="77777777" w:rsidR="00F77BFB" w:rsidRPr="00FA1953" w:rsidRDefault="00701361">
            <w:pPr>
              <w:spacing w:after="20"/>
              <w:ind w:left="29" w:hanging="29"/>
              <w:rPr>
                <w:sz w:val="18"/>
                <w:szCs w:val="18"/>
              </w:rPr>
            </w:pPr>
            <w:r w:rsidRPr="00FA1953">
              <w:rPr>
                <w:sz w:val="18"/>
                <w:szCs w:val="18"/>
              </w:rPr>
              <w:t>• Mostraré amabilidad, incluiré a los demás y seré un buen amigo.</w:t>
            </w:r>
          </w:p>
          <w:p w14:paraId="77A6EDB6" w14:textId="77777777" w:rsidR="00F77BFB" w:rsidRPr="00FA1953" w:rsidRDefault="00701361">
            <w:pPr>
              <w:spacing w:after="20"/>
              <w:ind w:left="29" w:hanging="29"/>
              <w:rPr>
                <w:sz w:val="18"/>
                <w:szCs w:val="18"/>
              </w:rPr>
            </w:pPr>
            <w:r w:rsidRPr="00FA1953">
              <w:rPr>
                <w:sz w:val="18"/>
                <w:szCs w:val="18"/>
              </w:rPr>
              <w:t>• Cuidaré los materiales de la escuela y limpiaré mi espacio de aprendizaje.</w:t>
            </w:r>
          </w:p>
          <w:p w14:paraId="59FA58F3" w14:textId="77777777" w:rsidR="00F77BFB" w:rsidRPr="00FA1953" w:rsidRDefault="00701361">
            <w:pPr>
              <w:spacing w:after="20"/>
              <w:ind w:left="29" w:hanging="29"/>
              <w:rPr>
                <w:sz w:val="18"/>
                <w:szCs w:val="18"/>
              </w:rPr>
            </w:pPr>
            <w:r w:rsidRPr="00FA1953">
              <w:rPr>
                <w:sz w:val="18"/>
                <w:szCs w:val="18"/>
              </w:rPr>
              <w:t>• Le diré a un adulto de confianza si me siento inseguro, veo un comportamiento poco amable o necesito ayuda.</w:t>
            </w:r>
          </w:p>
          <w:p w14:paraId="7433499A" w14:textId="0E311666" w:rsidR="00F77BFB" w:rsidRPr="00FA1953" w:rsidRDefault="00701361">
            <w:pPr>
              <w:spacing w:after="20"/>
              <w:ind w:left="29" w:hanging="29"/>
              <w:rPr>
                <w:sz w:val="18"/>
                <w:szCs w:val="18"/>
              </w:rPr>
            </w:pPr>
            <w:r w:rsidRPr="00FA1953">
              <w:rPr>
                <w:sz w:val="18"/>
                <w:szCs w:val="18"/>
              </w:rPr>
              <w:t>• Respetaré y celebraré las culturas, los idiomas y las diferencias de los demás.</w:t>
            </w:r>
          </w:p>
          <w:p w14:paraId="134DF308" w14:textId="074F11DB" w:rsidR="00D42017" w:rsidRPr="00FA1953" w:rsidRDefault="00D42017">
            <w:pPr>
              <w:spacing w:after="20"/>
              <w:ind w:left="29" w:hanging="29"/>
              <w:rPr>
                <w:sz w:val="18"/>
                <w:szCs w:val="18"/>
              </w:rPr>
            </w:pPr>
          </w:p>
          <w:p w14:paraId="6E9B854A" w14:textId="7B68DE68" w:rsidR="00F77BFB" w:rsidRPr="00FA1953" w:rsidRDefault="00701361">
            <w:pPr>
              <w:spacing w:after="60"/>
              <w:rPr>
                <w:sz w:val="18"/>
                <w:szCs w:val="18"/>
              </w:rPr>
            </w:pPr>
            <w:r w:rsidRPr="00FA1953">
              <w:rPr>
                <w:sz w:val="18"/>
                <w:szCs w:val="18"/>
              </w:rPr>
              <w:t>Firma del estudiante: ______________________________</w:t>
            </w:r>
          </w:p>
          <w:p w14:paraId="5F555AE5" w14:textId="201A817E" w:rsidR="00F77BFB" w:rsidRPr="00FA1953" w:rsidRDefault="00701361">
            <w:pPr>
              <w:spacing w:after="60"/>
              <w:rPr>
                <w:b/>
                <w:sz w:val="18"/>
                <w:szCs w:val="18"/>
              </w:rPr>
            </w:pPr>
            <w:r w:rsidRPr="00FA1953">
              <w:rPr>
                <w:sz w:val="18"/>
                <w:szCs w:val="18"/>
              </w:rPr>
              <w:t>Firma del padre/madre/tutor: ______________________</w:t>
            </w:r>
          </w:p>
          <w:p w14:paraId="672141F4" w14:textId="77777777" w:rsidR="00D42017" w:rsidRPr="00FA1953" w:rsidRDefault="00D42017">
            <w:pPr>
              <w:spacing w:after="60"/>
              <w:rPr>
                <w:b/>
                <w:sz w:val="18"/>
                <w:szCs w:val="18"/>
              </w:rPr>
            </w:pPr>
          </w:p>
          <w:p w14:paraId="579FC314" w14:textId="77777777" w:rsidR="00D42017" w:rsidRPr="00FA1953" w:rsidRDefault="00D42017">
            <w:pPr>
              <w:spacing w:after="60"/>
              <w:rPr>
                <w:b/>
                <w:bCs/>
                <w:sz w:val="18"/>
                <w:szCs w:val="18"/>
              </w:rPr>
            </w:pPr>
          </w:p>
          <w:p w14:paraId="688CFC80" w14:textId="77777777" w:rsidR="00F77BFB" w:rsidRPr="00FA1953" w:rsidRDefault="00701361">
            <w:pPr>
              <w:spacing w:before="40" w:after="60"/>
              <w:rPr>
                <w:b/>
                <w:bCs/>
                <w:sz w:val="18"/>
                <w:szCs w:val="18"/>
              </w:rPr>
            </w:pPr>
            <w:r w:rsidRPr="00FA1953">
              <w:rPr>
                <w:b/>
                <w:bCs/>
                <w:sz w:val="18"/>
                <w:szCs w:val="18"/>
              </w:rPr>
              <w:t>COMUNICACIÓN SOBRE EL APRENDIZAJE</w:t>
            </w:r>
          </w:p>
          <w:p w14:paraId="25483689" w14:textId="77777777" w:rsidR="00F45B87" w:rsidRPr="00FA1953" w:rsidRDefault="00F45B87">
            <w:pPr>
              <w:spacing w:before="40" w:after="60"/>
              <w:rPr>
                <w:sz w:val="18"/>
                <w:szCs w:val="18"/>
              </w:rPr>
            </w:pPr>
          </w:p>
          <w:p w14:paraId="03BF9744" w14:textId="77777777" w:rsidR="00F77BFB" w:rsidRPr="00FA1953" w:rsidRDefault="00701361">
            <w:pPr>
              <w:spacing w:after="60"/>
              <w:rPr>
                <w:sz w:val="18"/>
                <w:szCs w:val="18"/>
              </w:rPr>
            </w:pPr>
            <w:r w:rsidRPr="00FA1953">
              <w:rPr>
                <w:sz w:val="18"/>
                <w:szCs w:val="18"/>
              </w:rPr>
              <w:t>Neff ECC valora una comunicación constante y en ambas direcciones con las familias sobre el aprendizaje y desarrollo de cada niño. La comunicación puede incluir:</w:t>
            </w:r>
          </w:p>
          <w:p w14:paraId="681ABA3B" w14:textId="77777777" w:rsidR="00F77BFB" w:rsidRPr="00FA1953" w:rsidRDefault="00701361">
            <w:pPr>
              <w:spacing w:after="20"/>
              <w:ind w:left="29" w:hanging="29"/>
              <w:rPr>
                <w:sz w:val="18"/>
                <w:szCs w:val="18"/>
              </w:rPr>
            </w:pPr>
            <w:r w:rsidRPr="00FA1953">
              <w:rPr>
                <w:sz w:val="18"/>
                <w:szCs w:val="18"/>
              </w:rPr>
              <w:t>• Carpetas del salón o materiales para llevar a casa</w:t>
            </w:r>
          </w:p>
          <w:p w14:paraId="646761EB" w14:textId="77777777" w:rsidR="00F77BFB" w:rsidRPr="00FA1953" w:rsidRDefault="00701361">
            <w:pPr>
              <w:spacing w:after="20"/>
              <w:ind w:left="29" w:hanging="29"/>
              <w:rPr>
                <w:sz w:val="18"/>
                <w:szCs w:val="18"/>
              </w:rPr>
            </w:pPr>
            <w:r w:rsidRPr="00FA1953">
              <w:rPr>
                <w:sz w:val="18"/>
                <w:szCs w:val="18"/>
              </w:rPr>
              <w:t>• Llamadas, mensajes o contacto con el maestro</w:t>
            </w:r>
          </w:p>
          <w:p w14:paraId="6D245134" w14:textId="77777777" w:rsidR="00F77BFB" w:rsidRPr="00FA1953" w:rsidRDefault="00701361">
            <w:pPr>
              <w:spacing w:after="20"/>
              <w:ind w:left="29" w:hanging="29"/>
              <w:rPr>
                <w:sz w:val="18"/>
                <w:szCs w:val="18"/>
              </w:rPr>
            </w:pPr>
            <w:r w:rsidRPr="00FA1953">
              <w:rPr>
                <w:sz w:val="18"/>
                <w:szCs w:val="18"/>
              </w:rPr>
              <w:t>• ParentSquare y anuncios de la escuela</w:t>
            </w:r>
          </w:p>
          <w:p w14:paraId="254C3A1E" w14:textId="77777777" w:rsidR="00F77BFB" w:rsidRPr="00FA1953" w:rsidRDefault="00701361">
            <w:pPr>
              <w:spacing w:after="20"/>
              <w:ind w:left="29" w:hanging="29"/>
              <w:rPr>
                <w:sz w:val="18"/>
                <w:szCs w:val="18"/>
              </w:rPr>
            </w:pPr>
            <w:r w:rsidRPr="00FA1953">
              <w:rPr>
                <w:sz w:val="18"/>
                <w:szCs w:val="18"/>
              </w:rPr>
              <w:t>• Actualizaciones del progreso e información sobre el aprendizaje</w:t>
            </w:r>
          </w:p>
          <w:p w14:paraId="785E5F0C" w14:textId="77777777" w:rsidR="00F77BFB" w:rsidRPr="00FA1953" w:rsidRDefault="00701361">
            <w:pPr>
              <w:spacing w:after="20"/>
              <w:ind w:left="29" w:hanging="29"/>
              <w:rPr>
                <w:sz w:val="18"/>
                <w:szCs w:val="18"/>
              </w:rPr>
            </w:pPr>
            <w:r w:rsidRPr="00FA1953">
              <w:rPr>
                <w:sz w:val="18"/>
                <w:szCs w:val="18"/>
              </w:rPr>
              <w:t>• Conferencias entre padres y maestros y reuniones familiares</w:t>
            </w:r>
          </w:p>
        </w:tc>
        <w:tc>
          <w:tcPr>
            <w:tcW w:w="4824" w:type="dxa"/>
            <w:tcBorders>
              <w:top w:val="single" w:sz="12" w:space="0" w:color="17365D"/>
              <w:left w:val="single" w:sz="12" w:space="0" w:color="17365D"/>
              <w:bottom w:val="single" w:sz="12" w:space="0" w:color="17365D"/>
              <w:right w:val="single" w:sz="12" w:space="0" w:color="17365D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7713A81" w14:textId="77777777" w:rsidR="00F77BFB" w:rsidRPr="00FA1953" w:rsidRDefault="00701361">
            <w:pPr>
              <w:spacing w:before="40" w:after="60"/>
              <w:rPr>
                <w:b/>
                <w:bCs/>
                <w:sz w:val="18"/>
                <w:szCs w:val="18"/>
              </w:rPr>
            </w:pPr>
            <w:r w:rsidRPr="00FA1953">
              <w:rPr>
                <w:b/>
                <w:bCs/>
                <w:sz w:val="18"/>
                <w:szCs w:val="18"/>
              </w:rPr>
              <w:t>EN EL SALÓN DE CLASES: Como maestro(a), yo:</w:t>
            </w:r>
          </w:p>
          <w:p w14:paraId="2DDE5D7A" w14:textId="77777777" w:rsidR="00F77BFB" w:rsidRPr="00FA1953" w:rsidRDefault="00701361">
            <w:pPr>
              <w:spacing w:after="20"/>
              <w:ind w:left="29" w:hanging="29"/>
              <w:rPr>
                <w:sz w:val="18"/>
                <w:szCs w:val="18"/>
              </w:rPr>
            </w:pPr>
            <w:r w:rsidRPr="00FA1953">
              <w:rPr>
                <w:sz w:val="18"/>
                <w:szCs w:val="18"/>
              </w:rPr>
              <w:t>• Estaré preparado, llegaré a tiempo y brindaré aprendizaje significativo todos los días.</w:t>
            </w:r>
          </w:p>
          <w:p w14:paraId="46B4D967" w14:textId="77777777" w:rsidR="00F77BFB" w:rsidRPr="00FA1953" w:rsidRDefault="00701361">
            <w:pPr>
              <w:spacing w:after="20"/>
              <w:ind w:left="29" w:hanging="29"/>
              <w:rPr>
                <w:sz w:val="18"/>
                <w:szCs w:val="18"/>
              </w:rPr>
            </w:pPr>
            <w:r w:rsidRPr="00FA1953">
              <w:rPr>
                <w:sz w:val="18"/>
                <w:szCs w:val="18"/>
              </w:rPr>
              <w:t>• Mantendré expectativas altas y creeré que cada niño puede crecer y tener éxito.</w:t>
            </w:r>
          </w:p>
          <w:p w14:paraId="23051438" w14:textId="77777777" w:rsidR="00F77BFB" w:rsidRPr="00FA1953" w:rsidRDefault="00701361">
            <w:pPr>
              <w:spacing w:after="20"/>
              <w:ind w:left="29" w:hanging="29"/>
              <w:rPr>
                <w:sz w:val="18"/>
                <w:szCs w:val="18"/>
              </w:rPr>
            </w:pPr>
            <w:r w:rsidRPr="00FA1953">
              <w:rPr>
                <w:sz w:val="18"/>
                <w:szCs w:val="18"/>
              </w:rPr>
              <w:t>• Usaré los datos y la observación del estudiante para responder a sus necesidades individuales.</w:t>
            </w:r>
          </w:p>
          <w:p w14:paraId="14E56CFB" w14:textId="77777777" w:rsidR="00F77BFB" w:rsidRPr="00FA1953" w:rsidRDefault="00701361">
            <w:pPr>
              <w:spacing w:after="20"/>
              <w:ind w:left="29" w:hanging="29"/>
              <w:rPr>
                <w:sz w:val="18"/>
                <w:szCs w:val="18"/>
              </w:rPr>
            </w:pPr>
            <w:r w:rsidRPr="00FA1953">
              <w:rPr>
                <w:sz w:val="18"/>
                <w:szCs w:val="18"/>
              </w:rPr>
              <w:t>• Colaboraré con colegas y personal de apoyo para brindar servicios y apoyos apropiados.</w:t>
            </w:r>
          </w:p>
          <w:p w14:paraId="40929B58" w14:textId="77777777" w:rsidR="00F77BFB" w:rsidRPr="00FA1953" w:rsidRDefault="00701361">
            <w:pPr>
              <w:spacing w:after="20"/>
              <w:ind w:left="29" w:hanging="29"/>
              <w:rPr>
                <w:sz w:val="18"/>
                <w:szCs w:val="18"/>
              </w:rPr>
            </w:pPr>
            <w:r w:rsidRPr="00FA1953">
              <w:rPr>
                <w:sz w:val="18"/>
                <w:szCs w:val="18"/>
              </w:rPr>
              <w:t>• Seré un ejemplo de profesionalismo, paciencia, amabilidad y respeto.</w:t>
            </w:r>
          </w:p>
          <w:p w14:paraId="535E67B8" w14:textId="77777777" w:rsidR="00F77BFB" w:rsidRPr="00FA1953" w:rsidRDefault="00701361">
            <w:pPr>
              <w:spacing w:after="20"/>
              <w:ind w:left="29" w:hanging="29"/>
              <w:rPr>
                <w:sz w:val="18"/>
                <w:szCs w:val="18"/>
              </w:rPr>
            </w:pPr>
            <w:r w:rsidRPr="00FA1953">
              <w:rPr>
                <w:sz w:val="18"/>
                <w:szCs w:val="18"/>
              </w:rPr>
              <w:t>• Crearé un ambiente de aprendizaje seguro, acogedor, participativo y apropiado para el desarrollo.</w:t>
            </w:r>
          </w:p>
          <w:p w14:paraId="67BDD522" w14:textId="77777777" w:rsidR="00F77BFB" w:rsidRPr="00FA1953" w:rsidRDefault="00701361">
            <w:pPr>
              <w:spacing w:after="20"/>
              <w:ind w:left="29" w:hanging="29"/>
              <w:rPr>
                <w:sz w:val="18"/>
                <w:szCs w:val="18"/>
              </w:rPr>
            </w:pPr>
            <w:r w:rsidRPr="00FA1953">
              <w:rPr>
                <w:sz w:val="18"/>
                <w:szCs w:val="18"/>
              </w:rPr>
              <w:t>• Colaboraré con las familias en decisiones que apoyen la educación de sus hijos.</w:t>
            </w:r>
          </w:p>
          <w:p w14:paraId="78A66AA4" w14:textId="77777777" w:rsidR="00F77BFB" w:rsidRPr="00FA1953" w:rsidRDefault="00701361">
            <w:pPr>
              <w:spacing w:after="20"/>
              <w:ind w:left="29" w:hanging="29"/>
              <w:rPr>
                <w:sz w:val="18"/>
                <w:szCs w:val="18"/>
              </w:rPr>
            </w:pPr>
            <w:r w:rsidRPr="00FA1953">
              <w:rPr>
                <w:sz w:val="18"/>
                <w:szCs w:val="18"/>
              </w:rPr>
              <w:t>• Ofreceré oportunidades razonables para conferencias y comunicación con las familias.</w:t>
            </w:r>
          </w:p>
          <w:p w14:paraId="235607FF" w14:textId="77777777" w:rsidR="00F77BFB" w:rsidRPr="00FA1953" w:rsidRDefault="00701361">
            <w:pPr>
              <w:spacing w:after="20"/>
              <w:ind w:left="29" w:hanging="29"/>
              <w:rPr>
                <w:b/>
                <w:bCs/>
                <w:sz w:val="18"/>
                <w:szCs w:val="18"/>
              </w:rPr>
            </w:pPr>
            <w:r w:rsidRPr="00FA1953">
              <w:rPr>
                <w:sz w:val="18"/>
                <w:szCs w:val="18"/>
              </w:rPr>
              <w:t>• Aplicaré las expectativas del salón y de la escuela de manera justa y constante.</w:t>
            </w:r>
          </w:p>
          <w:p w14:paraId="367D8333" w14:textId="77777777" w:rsidR="00F77BFB" w:rsidRPr="00FA1953" w:rsidRDefault="00701361">
            <w:pPr>
              <w:spacing w:after="20"/>
              <w:ind w:left="29" w:hanging="29"/>
              <w:rPr>
                <w:sz w:val="18"/>
                <w:szCs w:val="18"/>
              </w:rPr>
            </w:pPr>
            <w:r w:rsidRPr="00FA1953">
              <w:rPr>
                <w:sz w:val="18"/>
                <w:szCs w:val="18"/>
              </w:rPr>
              <w:t>• Compartiré el progreso del estudiante regularmente y mantendré una comunicación abierta con las familias.</w:t>
            </w:r>
          </w:p>
          <w:p w14:paraId="081F12E6" w14:textId="77777777" w:rsidR="00F77BFB" w:rsidRPr="00FA1953" w:rsidRDefault="00701361">
            <w:pPr>
              <w:spacing w:after="20"/>
              <w:ind w:left="29" w:hanging="29"/>
              <w:rPr>
                <w:sz w:val="18"/>
                <w:szCs w:val="18"/>
              </w:rPr>
            </w:pPr>
            <w:r w:rsidRPr="00FA1953">
              <w:rPr>
                <w:sz w:val="18"/>
                <w:szCs w:val="18"/>
              </w:rPr>
              <w:t>• Brindaré práctica y oportunidades de aprendizaje que refuercen la instrucción del salón.</w:t>
            </w:r>
          </w:p>
          <w:p w14:paraId="2B24AD17" w14:textId="77777777" w:rsidR="00F77BFB" w:rsidRPr="00FA1953" w:rsidRDefault="00701361">
            <w:pPr>
              <w:spacing w:after="20"/>
              <w:ind w:left="29" w:hanging="29"/>
              <w:rPr>
                <w:sz w:val="18"/>
                <w:szCs w:val="18"/>
              </w:rPr>
            </w:pPr>
            <w:r w:rsidRPr="00FA1953">
              <w:rPr>
                <w:sz w:val="18"/>
                <w:szCs w:val="18"/>
              </w:rPr>
              <w:t>• Honraré y celebraré la diversidad cultural y lingüística de cada niño y familia.</w:t>
            </w:r>
          </w:p>
          <w:p w14:paraId="3911134A" w14:textId="77777777" w:rsidR="00F77BFB" w:rsidRPr="00FA1953" w:rsidRDefault="00701361">
            <w:pPr>
              <w:spacing w:after="60"/>
              <w:rPr>
                <w:b/>
                <w:sz w:val="18"/>
                <w:szCs w:val="18"/>
              </w:rPr>
            </w:pPr>
            <w:r w:rsidRPr="00FA1953">
              <w:rPr>
                <w:sz w:val="18"/>
                <w:szCs w:val="18"/>
              </w:rPr>
              <w:t>Firma del maestro(a): ______________________________</w:t>
            </w:r>
          </w:p>
          <w:p w14:paraId="1609F048" w14:textId="77777777" w:rsidR="00D42017" w:rsidRPr="00FA1953" w:rsidRDefault="00D42017">
            <w:pPr>
              <w:spacing w:after="60"/>
              <w:rPr>
                <w:b/>
                <w:sz w:val="18"/>
                <w:szCs w:val="18"/>
              </w:rPr>
            </w:pPr>
          </w:p>
          <w:p w14:paraId="5F1DBFBE" w14:textId="77777777" w:rsidR="00F77BFB" w:rsidRPr="00FA1953" w:rsidRDefault="00701361">
            <w:pPr>
              <w:spacing w:before="40" w:after="60"/>
              <w:rPr>
                <w:b/>
                <w:bCs/>
                <w:sz w:val="18"/>
                <w:szCs w:val="18"/>
              </w:rPr>
            </w:pPr>
            <w:r w:rsidRPr="00FA1953">
              <w:rPr>
                <w:b/>
                <w:bCs/>
                <w:sz w:val="18"/>
                <w:szCs w:val="18"/>
              </w:rPr>
              <w:t>EN CASA: Como padre/madre/tutor, yo:</w:t>
            </w:r>
          </w:p>
          <w:p w14:paraId="1351CF44" w14:textId="77777777" w:rsidR="00F77BFB" w:rsidRPr="00FA1953" w:rsidRDefault="00701361">
            <w:pPr>
              <w:spacing w:after="20"/>
              <w:ind w:left="29" w:hanging="29"/>
              <w:rPr>
                <w:sz w:val="18"/>
                <w:szCs w:val="18"/>
              </w:rPr>
            </w:pPr>
            <w:r w:rsidRPr="00FA1953">
              <w:rPr>
                <w:sz w:val="18"/>
                <w:szCs w:val="18"/>
              </w:rPr>
              <w:t>• Ayudaré a mi hijo(a) a llegar a la escuela a tiempo, vestido apropiadamente, preparado y listo para aprender.</w:t>
            </w:r>
          </w:p>
          <w:p w14:paraId="4489251E" w14:textId="77777777" w:rsidR="00F77BFB" w:rsidRPr="00FA1953" w:rsidRDefault="00701361">
            <w:pPr>
              <w:spacing w:after="20"/>
              <w:ind w:left="29" w:hanging="29"/>
              <w:rPr>
                <w:sz w:val="18"/>
                <w:szCs w:val="18"/>
              </w:rPr>
            </w:pPr>
            <w:r w:rsidRPr="00FA1953">
              <w:rPr>
                <w:sz w:val="18"/>
                <w:szCs w:val="18"/>
              </w:rPr>
              <w:t>• Apoyaré las expectativas de la escuela sobre dispositivos electrónicos personales durante el día de instrucción.</w:t>
            </w:r>
          </w:p>
          <w:p w14:paraId="5C61B954" w14:textId="77777777" w:rsidR="00F77BFB" w:rsidRPr="00FA1953" w:rsidRDefault="00701361">
            <w:pPr>
              <w:spacing w:after="20"/>
              <w:ind w:left="29" w:hanging="29"/>
              <w:rPr>
                <w:sz w:val="18"/>
                <w:szCs w:val="18"/>
              </w:rPr>
            </w:pPr>
            <w:r w:rsidRPr="00FA1953">
              <w:rPr>
                <w:sz w:val="18"/>
                <w:szCs w:val="18"/>
              </w:rPr>
              <w:t>• Vigilaré la salud de mi hijo(a) y comunicaré necesidades importantes a la escuela.</w:t>
            </w:r>
          </w:p>
          <w:p w14:paraId="2C0FA5A8" w14:textId="77777777" w:rsidR="00F77BFB" w:rsidRPr="00FA1953" w:rsidRDefault="00701361">
            <w:pPr>
              <w:spacing w:after="20"/>
              <w:ind w:left="29" w:hanging="29"/>
              <w:rPr>
                <w:sz w:val="18"/>
                <w:szCs w:val="18"/>
              </w:rPr>
            </w:pPr>
            <w:r w:rsidRPr="00FA1953">
              <w:rPr>
                <w:sz w:val="18"/>
                <w:szCs w:val="18"/>
              </w:rPr>
              <w:t>• Reconoceré que soy el primer maestro de mi hijo(a) e incluiré el aprendizaje en las rutinas diarias.</w:t>
            </w:r>
          </w:p>
          <w:p w14:paraId="6F52E536" w14:textId="77777777" w:rsidR="00F77BFB" w:rsidRPr="00FA1953" w:rsidRDefault="00701361">
            <w:pPr>
              <w:spacing w:after="20"/>
              <w:ind w:left="29" w:hanging="29"/>
              <w:rPr>
                <w:sz w:val="18"/>
                <w:szCs w:val="18"/>
              </w:rPr>
            </w:pPr>
            <w:r w:rsidRPr="00FA1953">
              <w:rPr>
                <w:sz w:val="18"/>
                <w:szCs w:val="18"/>
              </w:rPr>
              <w:t>• Leeré, hablaré, cantaré, contaré y exploraré con mi hijo(a) regularmente.</w:t>
            </w:r>
          </w:p>
          <w:p w14:paraId="5A3037E2" w14:textId="77777777" w:rsidR="00F77BFB" w:rsidRPr="00FA1953" w:rsidRDefault="00701361">
            <w:pPr>
              <w:spacing w:after="20"/>
              <w:ind w:left="29" w:hanging="29"/>
              <w:rPr>
                <w:sz w:val="18"/>
                <w:szCs w:val="18"/>
              </w:rPr>
            </w:pPr>
            <w:r w:rsidRPr="00FA1953">
              <w:rPr>
                <w:sz w:val="18"/>
                <w:szCs w:val="18"/>
              </w:rPr>
              <w:t>• Me comunicaré con el maestro de mi hijo(a) y trabajaremos juntos para apoyar su progreso.</w:t>
            </w:r>
          </w:p>
          <w:p w14:paraId="06DCCF44" w14:textId="77777777" w:rsidR="00F77BFB" w:rsidRPr="00FA1953" w:rsidRDefault="00701361">
            <w:pPr>
              <w:spacing w:after="20"/>
              <w:ind w:left="29" w:hanging="29"/>
              <w:rPr>
                <w:sz w:val="18"/>
                <w:szCs w:val="18"/>
              </w:rPr>
            </w:pPr>
            <w:r w:rsidRPr="00FA1953">
              <w:rPr>
                <w:sz w:val="18"/>
                <w:szCs w:val="18"/>
              </w:rPr>
              <w:t>• Seré un ejemplo de interacciones respetuosas y positivas con el personal, las familias y la comunidad.</w:t>
            </w:r>
          </w:p>
          <w:p w14:paraId="60082856" w14:textId="77777777" w:rsidR="00F77BFB" w:rsidRPr="00FA1953" w:rsidRDefault="00701361">
            <w:pPr>
              <w:spacing w:after="20"/>
              <w:ind w:left="29" w:hanging="29"/>
              <w:rPr>
                <w:sz w:val="18"/>
                <w:szCs w:val="18"/>
              </w:rPr>
            </w:pPr>
            <w:r w:rsidRPr="00FA1953">
              <w:rPr>
                <w:sz w:val="18"/>
                <w:szCs w:val="18"/>
              </w:rPr>
              <w:t>• Revisaré la información del progreso y responderé cuando se soliciten firmas o comentarios.</w:t>
            </w:r>
          </w:p>
          <w:p w14:paraId="340053C5" w14:textId="77777777" w:rsidR="00F77BFB" w:rsidRPr="00FA1953" w:rsidRDefault="00701361">
            <w:pPr>
              <w:spacing w:after="20"/>
              <w:ind w:left="29" w:hanging="29"/>
              <w:rPr>
                <w:sz w:val="18"/>
                <w:szCs w:val="18"/>
              </w:rPr>
            </w:pPr>
            <w:r w:rsidRPr="00FA1953">
              <w:rPr>
                <w:sz w:val="18"/>
                <w:szCs w:val="18"/>
              </w:rPr>
              <w:t>• Participaré en conferencias, eventos familiares, talleres y actividades escolares siempre que sea posible.</w:t>
            </w:r>
          </w:p>
        </w:tc>
        <w:tc>
          <w:tcPr>
            <w:tcW w:w="4824" w:type="dxa"/>
            <w:tcBorders>
              <w:top w:val="single" w:sz="12" w:space="0" w:color="17365D"/>
              <w:left w:val="single" w:sz="12" w:space="0" w:color="17365D"/>
              <w:bottom w:val="single" w:sz="12" w:space="0" w:color="17365D"/>
              <w:right w:val="single" w:sz="12" w:space="0" w:color="17365D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B9A6EF5" w14:textId="77777777" w:rsidR="00F77BFB" w:rsidRPr="00FA1953" w:rsidRDefault="00701361">
            <w:pPr>
              <w:spacing w:before="40" w:after="60"/>
              <w:rPr>
                <w:b/>
                <w:bCs/>
                <w:sz w:val="18"/>
                <w:szCs w:val="18"/>
              </w:rPr>
            </w:pPr>
            <w:r w:rsidRPr="00FA1953">
              <w:rPr>
                <w:b/>
                <w:bCs/>
                <w:sz w:val="18"/>
                <w:szCs w:val="18"/>
              </w:rPr>
              <w:t>NUESTRAS METAS PARA EL LOGRO ESTUDIANTIL</w:t>
            </w:r>
          </w:p>
          <w:p w14:paraId="3E9F5DEF" w14:textId="77777777" w:rsidR="00F77BFB" w:rsidRPr="00FA1953" w:rsidRDefault="00701361">
            <w:pPr>
              <w:spacing w:before="40" w:after="60"/>
              <w:rPr>
                <w:b/>
                <w:bCs/>
                <w:sz w:val="18"/>
                <w:szCs w:val="18"/>
              </w:rPr>
            </w:pPr>
            <w:r w:rsidRPr="00FA1953">
              <w:rPr>
                <w:b/>
                <w:bCs/>
                <w:sz w:val="18"/>
                <w:szCs w:val="18"/>
              </w:rPr>
              <w:t>METAS DE ASOCIACIÓN DEL DISTRITO</w:t>
            </w:r>
          </w:p>
          <w:p w14:paraId="02E364C2" w14:textId="77777777" w:rsidR="00F77BFB" w:rsidRPr="00FA1953" w:rsidRDefault="00701361">
            <w:pPr>
              <w:spacing w:after="20"/>
              <w:ind w:left="29" w:hanging="29"/>
              <w:rPr>
                <w:sz w:val="18"/>
                <w:szCs w:val="18"/>
              </w:rPr>
            </w:pPr>
            <w:r w:rsidRPr="00FA1953">
              <w:rPr>
                <w:sz w:val="18"/>
                <w:szCs w:val="18"/>
              </w:rPr>
              <w:t>• Aumentar la participación significativa de las familias en todo el distrito.</w:t>
            </w:r>
          </w:p>
          <w:p w14:paraId="689D0C2A" w14:textId="77777777" w:rsidR="00F77BFB" w:rsidRPr="00FA1953" w:rsidRDefault="00701361">
            <w:pPr>
              <w:spacing w:after="20"/>
              <w:ind w:left="29" w:hanging="29"/>
              <w:rPr>
                <w:sz w:val="18"/>
                <w:szCs w:val="18"/>
              </w:rPr>
            </w:pPr>
            <w:r w:rsidRPr="00FA1953">
              <w:rPr>
                <w:sz w:val="18"/>
                <w:szCs w:val="18"/>
              </w:rPr>
              <w:t>• Fortalecer una comunicación oportuna y accesible con padres y tutores.</w:t>
            </w:r>
          </w:p>
          <w:p w14:paraId="6BE88F1C" w14:textId="77777777" w:rsidR="00F77BFB" w:rsidRPr="00FA1953" w:rsidRDefault="00701361">
            <w:pPr>
              <w:spacing w:after="20"/>
              <w:ind w:left="29" w:hanging="29"/>
              <w:rPr>
                <w:sz w:val="18"/>
                <w:szCs w:val="18"/>
              </w:rPr>
            </w:pPr>
            <w:r w:rsidRPr="00FA1953">
              <w:rPr>
                <w:sz w:val="18"/>
                <w:szCs w:val="18"/>
              </w:rPr>
              <w:t>• Crear alianzas colaborativas entre las familias, las escuelas y el distrito.</w:t>
            </w:r>
          </w:p>
          <w:p w14:paraId="53C70C92" w14:textId="77777777" w:rsidR="00F77BFB" w:rsidRPr="00FA1953" w:rsidRDefault="00701361">
            <w:pPr>
              <w:spacing w:after="20"/>
              <w:ind w:left="29" w:hanging="29"/>
              <w:rPr>
                <w:sz w:val="18"/>
                <w:szCs w:val="18"/>
              </w:rPr>
            </w:pPr>
            <w:r w:rsidRPr="00FA1953">
              <w:rPr>
                <w:sz w:val="18"/>
                <w:szCs w:val="18"/>
              </w:rPr>
              <w:t>• Ofrecer oportunidades, recursos y apoyo para el aprendizaje de las familias.</w:t>
            </w:r>
          </w:p>
          <w:p w14:paraId="163A305B" w14:textId="77777777" w:rsidR="00F77BFB" w:rsidRPr="00FA1953" w:rsidRDefault="00701361">
            <w:pPr>
              <w:spacing w:after="20"/>
              <w:ind w:left="29" w:hanging="29"/>
              <w:rPr>
                <w:sz w:val="18"/>
                <w:szCs w:val="18"/>
              </w:rPr>
            </w:pPr>
            <w:r w:rsidRPr="00FA1953">
              <w:rPr>
                <w:sz w:val="18"/>
                <w:szCs w:val="18"/>
              </w:rPr>
              <w:t>• Promover ambientes de aprendizaje seguros y acogedores para cada estudiante.</w:t>
            </w:r>
          </w:p>
          <w:p w14:paraId="07169CFC" w14:textId="77777777" w:rsidR="00D42017" w:rsidRPr="00FA1953" w:rsidRDefault="00D42017">
            <w:pPr>
              <w:spacing w:after="20"/>
              <w:ind w:left="29" w:hanging="29"/>
              <w:rPr>
                <w:sz w:val="18"/>
                <w:szCs w:val="18"/>
              </w:rPr>
            </w:pPr>
          </w:p>
          <w:p w14:paraId="22F8EC53" w14:textId="77777777" w:rsidR="00D42017" w:rsidRPr="00FA1953" w:rsidRDefault="00D42017">
            <w:pPr>
              <w:spacing w:after="20"/>
              <w:ind w:left="29" w:hanging="29"/>
              <w:rPr>
                <w:sz w:val="18"/>
                <w:szCs w:val="18"/>
              </w:rPr>
            </w:pPr>
          </w:p>
          <w:p w14:paraId="515DDB70" w14:textId="77777777" w:rsidR="00F77BFB" w:rsidRPr="00FA1953" w:rsidRDefault="00701361">
            <w:pPr>
              <w:spacing w:before="40" w:after="60"/>
              <w:rPr>
                <w:b/>
                <w:bCs/>
                <w:sz w:val="18"/>
                <w:szCs w:val="18"/>
              </w:rPr>
            </w:pPr>
            <w:r w:rsidRPr="00FA1953">
              <w:rPr>
                <w:b/>
                <w:bCs/>
                <w:sz w:val="18"/>
                <w:szCs w:val="18"/>
              </w:rPr>
              <w:t>METAS ESCOLARES DE NEFF ECC</w:t>
            </w:r>
          </w:p>
          <w:p w14:paraId="18B8435D" w14:textId="77777777" w:rsidR="00F77BFB" w:rsidRPr="00FA1953" w:rsidRDefault="00701361">
            <w:pPr>
              <w:spacing w:after="20"/>
              <w:ind w:left="29" w:hanging="29"/>
              <w:rPr>
                <w:sz w:val="18"/>
                <w:szCs w:val="18"/>
              </w:rPr>
            </w:pPr>
            <w:r w:rsidRPr="00FA1953">
              <w:rPr>
                <w:sz w:val="18"/>
                <w:szCs w:val="18"/>
              </w:rPr>
              <w:t>• Aumentar la participación de las familias en el aprendizaje temprano y las experiencias escolares de los niños.</w:t>
            </w:r>
          </w:p>
          <w:p w14:paraId="1A0CCD55" w14:textId="77777777" w:rsidR="00F45B87" w:rsidRPr="00FA1953" w:rsidRDefault="00F45B87">
            <w:pPr>
              <w:spacing w:after="20"/>
              <w:ind w:left="29" w:hanging="29"/>
              <w:rPr>
                <w:sz w:val="18"/>
                <w:szCs w:val="18"/>
              </w:rPr>
            </w:pPr>
          </w:p>
          <w:p w14:paraId="6FFCFAEF" w14:textId="77777777" w:rsidR="00F77BFB" w:rsidRPr="00FA1953" w:rsidRDefault="00701361">
            <w:pPr>
              <w:spacing w:after="20"/>
              <w:ind w:left="29" w:hanging="29"/>
              <w:rPr>
                <w:sz w:val="18"/>
                <w:szCs w:val="18"/>
              </w:rPr>
            </w:pPr>
            <w:r w:rsidRPr="00FA1953">
              <w:rPr>
                <w:sz w:val="18"/>
                <w:szCs w:val="18"/>
              </w:rPr>
              <w:t>• Mantener una comunicación clara, constante y en ambas direcciones entre la escuela y el hogar.</w:t>
            </w:r>
          </w:p>
          <w:p w14:paraId="166F01F0" w14:textId="77777777" w:rsidR="00F45B87" w:rsidRPr="00FA1953" w:rsidRDefault="00F45B87">
            <w:pPr>
              <w:spacing w:after="20"/>
              <w:ind w:left="29" w:hanging="29"/>
              <w:rPr>
                <w:sz w:val="18"/>
                <w:szCs w:val="18"/>
              </w:rPr>
            </w:pPr>
          </w:p>
          <w:p w14:paraId="57338CD9" w14:textId="77777777" w:rsidR="00F77BFB" w:rsidRPr="00FA1953" w:rsidRDefault="00701361">
            <w:pPr>
              <w:spacing w:after="20"/>
              <w:ind w:left="29" w:hanging="29"/>
              <w:rPr>
                <w:sz w:val="18"/>
                <w:szCs w:val="18"/>
              </w:rPr>
            </w:pPr>
            <w:r w:rsidRPr="00FA1953">
              <w:rPr>
                <w:sz w:val="18"/>
                <w:szCs w:val="18"/>
              </w:rPr>
              <w:t>• Fortalecer la responsabilidad compartida por el crecimiento estudiantil mediante las alianzas escuela-familia.</w:t>
            </w:r>
          </w:p>
          <w:p w14:paraId="0642476F" w14:textId="77777777" w:rsidR="00F45B87" w:rsidRPr="00FA1953" w:rsidRDefault="00F45B87">
            <w:pPr>
              <w:spacing w:after="20"/>
              <w:ind w:left="29" w:hanging="29"/>
              <w:rPr>
                <w:sz w:val="18"/>
                <w:szCs w:val="18"/>
              </w:rPr>
            </w:pPr>
          </w:p>
          <w:p w14:paraId="6FAF3B91" w14:textId="77777777" w:rsidR="00F77BFB" w:rsidRPr="00FA1953" w:rsidRDefault="00701361">
            <w:pPr>
              <w:spacing w:after="20"/>
              <w:ind w:left="29" w:hanging="29"/>
              <w:rPr>
                <w:sz w:val="18"/>
                <w:szCs w:val="18"/>
              </w:rPr>
            </w:pPr>
            <w:r w:rsidRPr="00FA1953">
              <w:rPr>
                <w:sz w:val="18"/>
                <w:szCs w:val="18"/>
              </w:rPr>
              <w:t>• Proporcionar a las familias estrategias y recursos para apoyar el aprendizaje en casa.</w:t>
            </w:r>
          </w:p>
          <w:p w14:paraId="1E2E8972" w14:textId="77777777" w:rsidR="00F45B87" w:rsidRPr="00FA1953" w:rsidRDefault="00F45B87">
            <w:pPr>
              <w:spacing w:after="20"/>
              <w:ind w:left="29" w:hanging="29"/>
              <w:rPr>
                <w:sz w:val="18"/>
                <w:szCs w:val="18"/>
              </w:rPr>
            </w:pPr>
          </w:p>
          <w:p w14:paraId="308D289B" w14:textId="77777777" w:rsidR="00F77BFB" w:rsidRPr="00FA1953" w:rsidRDefault="00701361">
            <w:pPr>
              <w:spacing w:after="20"/>
              <w:ind w:left="29" w:hanging="29"/>
              <w:rPr>
                <w:sz w:val="18"/>
                <w:szCs w:val="18"/>
              </w:rPr>
            </w:pPr>
            <w:r w:rsidRPr="00FA1953">
              <w:rPr>
                <w:sz w:val="18"/>
                <w:szCs w:val="18"/>
              </w:rPr>
              <w:t>• Brindar un ambiente seguro, afectuoso e inclusivo donde los pequeños estudiantes puedan prosperar.</w:t>
            </w:r>
          </w:p>
          <w:p w14:paraId="7FE940DA" w14:textId="77777777" w:rsidR="00D42017" w:rsidRPr="00FA1953" w:rsidRDefault="00D42017">
            <w:pPr>
              <w:spacing w:after="20"/>
              <w:ind w:left="29" w:hanging="29"/>
              <w:rPr>
                <w:sz w:val="18"/>
                <w:szCs w:val="18"/>
              </w:rPr>
            </w:pPr>
          </w:p>
          <w:p w14:paraId="252D91BB" w14:textId="77777777" w:rsidR="00D42017" w:rsidRPr="00FA1953" w:rsidRDefault="00D42017">
            <w:pPr>
              <w:spacing w:after="20"/>
              <w:ind w:left="29" w:hanging="29"/>
              <w:rPr>
                <w:sz w:val="18"/>
                <w:szCs w:val="18"/>
              </w:rPr>
            </w:pPr>
          </w:p>
          <w:p w14:paraId="0B8D1527" w14:textId="77777777" w:rsidR="00D42017" w:rsidRPr="00FA1953" w:rsidRDefault="00D42017">
            <w:pPr>
              <w:spacing w:after="20"/>
              <w:ind w:left="29" w:hanging="29"/>
              <w:rPr>
                <w:sz w:val="18"/>
                <w:szCs w:val="18"/>
              </w:rPr>
            </w:pPr>
          </w:p>
          <w:p w14:paraId="325B90C2" w14:textId="77777777" w:rsidR="00F77BFB" w:rsidRPr="00FA1953" w:rsidRDefault="00701361">
            <w:pPr>
              <w:spacing w:after="60"/>
              <w:jc w:val="center"/>
              <w:rPr>
                <w:b/>
                <w:bCs/>
                <w:sz w:val="18"/>
                <w:szCs w:val="18"/>
              </w:rPr>
            </w:pPr>
            <w:r w:rsidRPr="00FA1953">
              <w:rPr>
                <w:b/>
                <w:bCs/>
                <w:sz w:val="18"/>
                <w:szCs w:val="18"/>
              </w:rPr>
              <w:t>Juntos, construimos bases sólidas para el aprendizaje de toda la vida.</w:t>
            </w:r>
          </w:p>
        </w:tc>
      </w:tr>
      <w:tr w:rsidR="00F77BFB" w:rsidRPr="00FA1953" w14:paraId="3133A28C" w14:textId="77777777">
        <w:trPr>
          <w:cantSplit/>
        </w:trPr>
        <w:tc>
          <w:tcPr>
            <w:tcW w:w="4824" w:type="dxa"/>
            <w:tcBorders>
              <w:top w:val="single" w:sz="12" w:space="0" w:color="17365D"/>
              <w:left w:val="single" w:sz="12" w:space="0" w:color="17365D"/>
              <w:bottom w:val="single" w:sz="12" w:space="0" w:color="17365D"/>
              <w:right w:val="single" w:sz="12" w:space="0" w:color="17365D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1351381" w14:textId="77777777" w:rsidR="00F77BFB" w:rsidRPr="00FA1953" w:rsidRDefault="00701361">
            <w:pPr>
              <w:spacing w:before="40" w:after="60"/>
              <w:rPr>
                <w:b/>
                <w:bCs/>
                <w:sz w:val="18"/>
                <w:szCs w:val="18"/>
              </w:rPr>
            </w:pPr>
            <w:r w:rsidRPr="00FA1953">
              <w:rPr>
                <w:b/>
                <w:bCs/>
                <w:sz w:val="18"/>
                <w:szCs w:val="18"/>
              </w:rPr>
              <w:lastRenderedPageBreak/>
              <w:t>¿QUÉ ES UN PACTO ESCUELA-FAMILIA?</w:t>
            </w:r>
          </w:p>
          <w:p w14:paraId="7C3A1C4B" w14:textId="77777777" w:rsidR="00F77BFB" w:rsidRPr="00FA1953" w:rsidRDefault="00701361">
            <w:pPr>
              <w:spacing w:after="60"/>
              <w:rPr>
                <w:sz w:val="18"/>
                <w:szCs w:val="18"/>
              </w:rPr>
            </w:pPr>
            <w:r w:rsidRPr="00FA1953">
              <w:rPr>
                <w:sz w:val="18"/>
                <w:szCs w:val="18"/>
              </w:rPr>
              <w:t>Un Pacto Escuela-Familia es un acuerdo compartido creado por las familias, los estudiantes y el personal escolar. Describe cómo trabajaremos juntos para ayudar a los niños a alcanzar o superar las expectativas de aprendizaje. El pacto une la colaboración familiar, la instrucción de alta calidad, las habilidades de aprendizaje del estudiante y las prioridades de mejora de la escuela.</w:t>
            </w:r>
          </w:p>
          <w:p w14:paraId="6651AE79" w14:textId="77777777" w:rsidR="00D42017" w:rsidRPr="00FA1953" w:rsidRDefault="00D42017">
            <w:pPr>
              <w:spacing w:after="60"/>
              <w:rPr>
                <w:sz w:val="18"/>
                <w:szCs w:val="18"/>
              </w:rPr>
            </w:pPr>
          </w:p>
          <w:p w14:paraId="0585426E" w14:textId="77777777" w:rsidR="00D42017" w:rsidRPr="00FA1953" w:rsidRDefault="00D42017">
            <w:pPr>
              <w:spacing w:after="60"/>
              <w:rPr>
                <w:b/>
                <w:bCs/>
                <w:sz w:val="18"/>
                <w:szCs w:val="18"/>
              </w:rPr>
            </w:pPr>
          </w:p>
          <w:p w14:paraId="5C5C60AE" w14:textId="77777777" w:rsidR="00F77BFB" w:rsidRPr="00FA1953" w:rsidRDefault="00701361">
            <w:pPr>
              <w:spacing w:before="40" w:after="60"/>
              <w:rPr>
                <w:b/>
                <w:bCs/>
                <w:sz w:val="18"/>
                <w:szCs w:val="18"/>
              </w:rPr>
            </w:pPr>
            <w:r w:rsidRPr="00FA1953">
              <w:rPr>
                <w:b/>
                <w:bCs/>
                <w:sz w:val="18"/>
                <w:szCs w:val="18"/>
              </w:rPr>
              <w:t>ELABORADO CONJUNTAMENTE CON PADRES/TUTORES</w:t>
            </w:r>
          </w:p>
          <w:p w14:paraId="5EF5E1BB" w14:textId="77777777" w:rsidR="00F77BFB" w:rsidRPr="00FA1953" w:rsidRDefault="00701361">
            <w:pPr>
              <w:spacing w:after="60"/>
              <w:rPr>
                <w:sz w:val="18"/>
                <w:szCs w:val="18"/>
              </w:rPr>
            </w:pPr>
            <w:r w:rsidRPr="00FA1953">
              <w:rPr>
                <w:sz w:val="18"/>
                <w:szCs w:val="18"/>
              </w:rPr>
              <w:t>Las familias, el personal y los estudiantes de Neff ECC tienen oportunidades cada año para revisar las necesidades de aprendizaje y conversar sobre formas de fortalecer la alianza entre el hogar y la escuela. El personal comparte estrategias de aprendizaje, las familias aportan ideas que hacen que el apoyo sea práctico y significativo, y se anima a los estudiantes a asumir una responsabilidad apropiada para su edad. Los comentarios de las familias son bienvenidos durante todo el año.</w:t>
            </w:r>
          </w:p>
          <w:p w14:paraId="6AB4E5D6" w14:textId="77777777" w:rsidR="00D42017" w:rsidRPr="00FA1953" w:rsidRDefault="00D42017">
            <w:pPr>
              <w:spacing w:after="60"/>
              <w:rPr>
                <w:sz w:val="18"/>
                <w:szCs w:val="18"/>
              </w:rPr>
            </w:pPr>
          </w:p>
          <w:p w14:paraId="5618EA2B" w14:textId="77777777" w:rsidR="00D42017" w:rsidRPr="00FA1953" w:rsidRDefault="00D42017">
            <w:pPr>
              <w:spacing w:after="60"/>
              <w:rPr>
                <w:sz w:val="18"/>
                <w:szCs w:val="18"/>
              </w:rPr>
            </w:pPr>
          </w:p>
          <w:p w14:paraId="4582A35B" w14:textId="77777777" w:rsidR="00F77BFB" w:rsidRDefault="00701361">
            <w:pPr>
              <w:spacing w:after="60"/>
              <w:rPr>
                <w:sz w:val="18"/>
                <w:szCs w:val="18"/>
              </w:rPr>
            </w:pPr>
            <w:r w:rsidRPr="00FA1953">
              <w:rPr>
                <w:sz w:val="18"/>
                <w:szCs w:val="18"/>
              </w:rPr>
              <w:t>Se anima a las familias que deseen ser voluntarias, participar en actividades escolares o compartir comentarios a comunicarse con Neff ECC o con el maestro de su hijo(a).</w:t>
            </w:r>
          </w:p>
          <w:p w14:paraId="048E26CD" w14:textId="77777777" w:rsidR="00B5348F" w:rsidRDefault="00B5348F">
            <w:pPr>
              <w:spacing w:after="60"/>
              <w:rPr>
                <w:sz w:val="18"/>
                <w:szCs w:val="18"/>
              </w:rPr>
            </w:pPr>
          </w:p>
          <w:p w14:paraId="19E199B4" w14:textId="5C7326EA" w:rsidR="00B5348F" w:rsidRPr="00FA1953" w:rsidRDefault="00B5348F">
            <w:pPr>
              <w:spacing w:after="60"/>
              <w:rPr>
                <w:sz w:val="18"/>
                <w:szCs w:val="18"/>
              </w:rPr>
            </w:pPr>
            <w:r w:rsidRPr="00B01ED6">
              <w:drawing>
                <wp:inline distT="0" distB="0" distL="0" distR="0" wp14:anchorId="48A8D1CC" wp14:editId="0F856371">
                  <wp:extent cx="2923540" cy="1927225"/>
                  <wp:effectExtent l="0" t="0" r="0" b="0"/>
                  <wp:docPr id="54176227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1762277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540" cy="192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4" w:type="dxa"/>
            <w:tcBorders>
              <w:top w:val="single" w:sz="12" w:space="0" w:color="17365D"/>
              <w:left w:val="single" w:sz="12" w:space="0" w:color="17365D"/>
              <w:bottom w:val="single" w:sz="12" w:space="0" w:color="17365D"/>
              <w:right w:val="single" w:sz="12" w:space="0" w:color="17365D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ED24EE6" w14:textId="77777777" w:rsidR="00F77BFB" w:rsidRPr="00FA1953" w:rsidRDefault="00701361">
            <w:pPr>
              <w:spacing w:before="40" w:after="60"/>
              <w:rPr>
                <w:b/>
                <w:bCs/>
                <w:sz w:val="18"/>
                <w:szCs w:val="18"/>
              </w:rPr>
            </w:pPr>
            <w:r w:rsidRPr="00FA1953">
              <w:rPr>
                <w:b/>
                <w:bCs/>
                <w:sz w:val="18"/>
                <w:szCs w:val="18"/>
              </w:rPr>
              <w:t>ACTIVIDADES PARA FORTALECER LAS ALIANZAS</w:t>
            </w:r>
          </w:p>
          <w:p w14:paraId="6529DCD1" w14:textId="77777777" w:rsidR="00F77BFB" w:rsidRPr="00FA1953" w:rsidRDefault="00701361">
            <w:pPr>
              <w:spacing w:after="20"/>
              <w:ind w:left="29" w:hanging="29"/>
              <w:rPr>
                <w:sz w:val="18"/>
                <w:szCs w:val="18"/>
              </w:rPr>
            </w:pPr>
            <w:r w:rsidRPr="00FA1953">
              <w:rPr>
                <w:sz w:val="18"/>
                <w:szCs w:val="18"/>
              </w:rPr>
              <w:t>• Conozca al maestro y eventos familiares de inicio de año</w:t>
            </w:r>
          </w:p>
          <w:p w14:paraId="12092328" w14:textId="77777777" w:rsidR="00F77BFB" w:rsidRPr="00FA1953" w:rsidRDefault="00701361">
            <w:pPr>
              <w:spacing w:after="20"/>
              <w:ind w:left="29" w:hanging="29"/>
              <w:rPr>
                <w:sz w:val="18"/>
                <w:szCs w:val="18"/>
              </w:rPr>
            </w:pPr>
            <w:r w:rsidRPr="00FA1953">
              <w:rPr>
                <w:sz w:val="18"/>
                <w:szCs w:val="18"/>
              </w:rPr>
              <w:t>• Casa Abierta y conferencias entre padres y maestros</w:t>
            </w:r>
          </w:p>
          <w:p w14:paraId="03967839" w14:textId="77777777" w:rsidR="00F77BFB" w:rsidRPr="00FA1953" w:rsidRDefault="00701361">
            <w:pPr>
              <w:spacing w:after="20"/>
              <w:ind w:left="29" w:hanging="29"/>
              <w:rPr>
                <w:sz w:val="18"/>
                <w:szCs w:val="18"/>
              </w:rPr>
            </w:pPr>
            <w:r w:rsidRPr="00FA1953">
              <w:rPr>
                <w:sz w:val="18"/>
                <w:szCs w:val="18"/>
              </w:rPr>
              <w:t>• Eventos familiares de alfabetización, matemáticas, ciencias y aprendizaje temprano</w:t>
            </w:r>
          </w:p>
          <w:p w14:paraId="3E8EC925" w14:textId="77777777" w:rsidR="00F77BFB" w:rsidRPr="00FA1953" w:rsidRDefault="00701361">
            <w:pPr>
              <w:spacing w:after="20"/>
              <w:ind w:left="29" w:hanging="29"/>
              <w:rPr>
                <w:sz w:val="18"/>
                <w:szCs w:val="18"/>
              </w:rPr>
            </w:pPr>
            <w:r w:rsidRPr="00FA1953">
              <w:rPr>
                <w:sz w:val="18"/>
                <w:szCs w:val="18"/>
              </w:rPr>
              <w:t>• Café con el director y sesiones informativas para familias</w:t>
            </w:r>
          </w:p>
          <w:p w14:paraId="06C77141" w14:textId="77777777" w:rsidR="00F77BFB" w:rsidRPr="00FA1953" w:rsidRDefault="00701361">
            <w:pPr>
              <w:spacing w:after="20"/>
              <w:ind w:left="29" w:hanging="29"/>
              <w:rPr>
                <w:sz w:val="18"/>
                <w:szCs w:val="18"/>
              </w:rPr>
            </w:pPr>
            <w:r w:rsidRPr="00FA1953">
              <w:rPr>
                <w:sz w:val="18"/>
                <w:szCs w:val="18"/>
              </w:rPr>
              <w:t>• Talleres de educación para padres y oportunidades de Parent University</w:t>
            </w:r>
          </w:p>
          <w:p w14:paraId="2C5071CD" w14:textId="77777777" w:rsidR="00F77BFB" w:rsidRPr="00FA1953" w:rsidRDefault="00701361">
            <w:pPr>
              <w:spacing w:after="20"/>
              <w:ind w:left="29" w:hanging="29"/>
              <w:rPr>
                <w:sz w:val="18"/>
                <w:szCs w:val="18"/>
              </w:rPr>
            </w:pPr>
            <w:r w:rsidRPr="00FA1953">
              <w:rPr>
                <w:sz w:val="18"/>
                <w:szCs w:val="18"/>
              </w:rPr>
              <w:t>• Celebraciones, presentaciones y eventos de reconocimiento estudiantil</w:t>
            </w:r>
          </w:p>
          <w:p w14:paraId="252A9F3D" w14:textId="77777777" w:rsidR="00F77BFB" w:rsidRPr="00FA1953" w:rsidRDefault="00701361">
            <w:pPr>
              <w:spacing w:after="20"/>
              <w:ind w:left="29" w:hanging="29"/>
              <w:rPr>
                <w:sz w:val="18"/>
                <w:szCs w:val="18"/>
              </w:rPr>
            </w:pPr>
            <w:r w:rsidRPr="00FA1953">
              <w:rPr>
                <w:sz w:val="18"/>
                <w:szCs w:val="18"/>
              </w:rPr>
              <w:t>• Oportunidades para ser voluntario y participar en actividades del campus</w:t>
            </w:r>
          </w:p>
          <w:p w14:paraId="6F2BB1DC" w14:textId="77777777" w:rsidR="00F77BFB" w:rsidRPr="00FA1953" w:rsidRDefault="00701361">
            <w:pPr>
              <w:spacing w:after="20"/>
              <w:ind w:left="29" w:hanging="29"/>
              <w:rPr>
                <w:sz w:val="18"/>
                <w:szCs w:val="18"/>
              </w:rPr>
            </w:pPr>
            <w:r w:rsidRPr="00FA1953">
              <w:rPr>
                <w:sz w:val="18"/>
                <w:szCs w:val="18"/>
              </w:rPr>
              <w:t>• Eventos de colaboración comunitaria y del distrito que apoyan a los niños pequeños y a las familias</w:t>
            </w:r>
          </w:p>
          <w:p w14:paraId="00658019" w14:textId="77777777" w:rsidR="00D42017" w:rsidRPr="00FA1953" w:rsidRDefault="00D42017">
            <w:pPr>
              <w:spacing w:after="20"/>
              <w:ind w:left="29" w:hanging="29"/>
              <w:rPr>
                <w:sz w:val="18"/>
                <w:szCs w:val="18"/>
              </w:rPr>
            </w:pPr>
          </w:p>
          <w:p w14:paraId="1F339565" w14:textId="77777777" w:rsidR="00D42017" w:rsidRPr="00FA1953" w:rsidRDefault="00D42017">
            <w:pPr>
              <w:spacing w:after="20"/>
              <w:ind w:left="29" w:hanging="29"/>
              <w:rPr>
                <w:sz w:val="18"/>
                <w:szCs w:val="18"/>
              </w:rPr>
            </w:pPr>
          </w:p>
          <w:p w14:paraId="5641151C" w14:textId="77777777" w:rsidR="00D42017" w:rsidRPr="00FA1953" w:rsidRDefault="00D42017">
            <w:pPr>
              <w:spacing w:after="20"/>
              <w:ind w:left="29" w:hanging="29"/>
              <w:rPr>
                <w:sz w:val="18"/>
                <w:szCs w:val="18"/>
              </w:rPr>
            </w:pPr>
          </w:p>
          <w:p w14:paraId="7A5348CB" w14:textId="77777777" w:rsidR="00F77BFB" w:rsidRPr="00FA1953" w:rsidRDefault="00701361">
            <w:pPr>
              <w:spacing w:before="40" w:after="60"/>
              <w:rPr>
                <w:b/>
                <w:bCs/>
                <w:sz w:val="18"/>
                <w:szCs w:val="18"/>
              </w:rPr>
            </w:pPr>
            <w:r w:rsidRPr="00FA1953">
              <w:rPr>
                <w:b/>
                <w:bCs/>
                <w:sz w:val="18"/>
                <w:szCs w:val="18"/>
              </w:rPr>
              <w:t>METAS DE APRENDIZAJE DEL ESTUDIANTE</w:t>
            </w:r>
          </w:p>
          <w:p w14:paraId="11466C82" w14:textId="77777777" w:rsidR="00F45B87" w:rsidRPr="00FA1953" w:rsidRDefault="00F45B87">
            <w:pPr>
              <w:spacing w:before="40" w:after="60"/>
              <w:rPr>
                <w:sz w:val="18"/>
                <w:szCs w:val="18"/>
              </w:rPr>
            </w:pPr>
          </w:p>
          <w:p w14:paraId="681C87F5" w14:textId="77777777" w:rsidR="00F77BFB" w:rsidRPr="00FA1953" w:rsidRDefault="00701361">
            <w:pPr>
              <w:spacing w:after="60"/>
              <w:rPr>
                <w:sz w:val="18"/>
                <w:szCs w:val="18"/>
              </w:rPr>
            </w:pPr>
            <w:r w:rsidRPr="00FA1953">
              <w:rPr>
                <w:sz w:val="18"/>
                <w:szCs w:val="18"/>
              </w:rPr>
              <w:t>En Neff ECC, ayudamos a los pequeños estudiantes a desarrollar los hábitos y las habilidades fundamentales que necesitan para tener éxito. Los estudiantes, las familias y los maestros trabajan juntos para:</w:t>
            </w:r>
          </w:p>
          <w:p w14:paraId="2998B7B8" w14:textId="77777777" w:rsidR="00F77BFB" w:rsidRPr="00FA1953" w:rsidRDefault="00701361">
            <w:pPr>
              <w:spacing w:after="20"/>
              <w:ind w:left="29" w:hanging="29"/>
              <w:rPr>
                <w:sz w:val="18"/>
                <w:szCs w:val="18"/>
              </w:rPr>
            </w:pPr>
            <w:r w:rsidRPr="00FA1953">
              <w:rPr>
                <w:sz w:val="18"/>
                <w:szCs w:val="18"/>
              </w:rPr>
              <w:t>• Desarrollar el hábito diario de leer, escuchar cuentos y hablar sobre libros.</w:t>
            </w:r>
          </w:p>
          <w:p w14:paraId="62CCCF08" w14:textId="77777777" w:rsidR="00F77BFB" w:rsidRPr="00FA1953" w:rsidRDefault="00701361">
            <w:pPr>
              <w:spacing w:after="20"/>
              <w:ind w:left="29" w:hanging="29"/>
              <w:rPr>
                <w:sz w:val="18"/>
                <w:szCs w:val="18"/>
              </w:rPr>
            </w:pPr>
            <w:r w:rsidRPr="00FA1953">
              <w:rPr>
                <w:sz w:val="18"/>
                <w:szCs w:val="18"/>
              </w:rPr>
              <w:t>• Celebrar el crecimiento con evaluaciones de inicio, mitad y final de año, y evidencia del aprendizaje en el salón.</w:t>
            </w:r>
          </w:p>
          <w:p w14:paraId="662F40CB" w14:textId="77777777" w:rsidR="00F77BFB" w:rsidRPr="00FA1953" w:rsidRDefault="00701361">
            <w:pPr>
              <w:spacing w:after="20"/>
              <w:ind w:left="29" w:hanging="29"/>
              <w:rPr>
                <w:sz w:val="18"/>
                <w:szCs w:val="18"/>
              </w:rPr>
            </w:pPr>
            <w:r w:rsidRPr="00FA1953">
              <w:rPr>
                <w:sz w:val="18"/>
                <w:szCs w:val="18"/>
              </w:rPr>
              <w:t>• Practicar habilidades tempranas de alfabetización, lenguaje, matemáticas, desarrollo socioemocional y resolución de problemas en la escuela y en casa.</w:t>
            </w:r>
          </w:p>
          <w:p w14:paraId="3DD59240" w14:textId="77777777" w:rsidR="00F77BFB" w:rsidRPr="00FA1953" w:rsidRDefault="00701361">
            <w:pPr>
              <w:spacing w:after="20"/>
              <w:ind w:left="29" w:hanging="29"/>
              <w:rPr>
                <w:sz w:val="18"/>
                <w:szCs w:val="18"/>
              </w:rPr>
            </w:pPr>
            <w:r w:rsidRPr="00FA1953">
              <w:rPr>
                <w:sz w:val="18"/>
                <w:szCs w:val="18"/>
              </w:rPr>
              <w:t>• Usar recursos digitales de aprendizaje apropiados para el desarrollo cuando el maestro los asigne.</w:t>
            </w:r>
          </w:p>
          <w:p w14:paraId="5E575133" w14:textId="77777777" w:rsidR="00F45B87" w:rsidRPr="00254EDF" w:rsidRDefault="00F45B87">
            <w:pPr>
              <w:spacing w:after="20"/>
              <w:ind w:left="29" w:hanging="29"/>
              <w:rPr>
                <w:b/>
                <w:bCs/>
                <w:sz w:val="18"/>
                <w:szCs w:val="18"/>
              </w:rPr>
            </w:pPr>
          </w:p>
          <w:p w14:paraId="4558674F" w14:textId="77777777" w:rsidR="00F77BFB" w:rsidRPr="00254EDF" w:rsidRDefault="00701361">
            <w:pPr>
              <w:spacing w:after="60"/>
              <w:rPr>
                <w:b/>
                <w:bCs/>
                <w:sz w:val="18"/>
                <w:szCs w:val="18"/>
              </w:rPr>
            </w:pPr>
            <w:r w:rsidRPr="00254EDF">
              <w:rPr>
                <w:b/>
                <w:bCs/>
                <w:sz w:val="18"/>
                <w:szCs w:val="18"/>
              </w:rPr>
              <w:t>La meta de aprendizaje de mi hijo(a) este año:</w:t>
            </w:r>
          </w:p>
          <w:p w14:paraId="160690A6" w14:textId="77777777" w:rsidR="00F45B87" w:rsidRPr="00FA1953" w:rsidRDefault="00F45B87">
            <w:pPr>
              <w:spacing w:after="60"/>
              <w:rPr>
                <w:sz w:val="18"/>
                <w:szCs w:val="18"/>
              </w:rPr>
            </w:pPr>
          </w:p>
          <w:p w14:paraId="6B80152B" w14:textId="77777777" w:rsidR="00F77BFB" w:rsidRPr="00FA1953" w:rsidRDefault="00701361">
            <w:pPr>
              <w:spacing w:after="60"/>
              <w:rPr>
                <w:sz w:val="18"/>
                <w:szCs w:val="18"/>
              </w:rPr>
            </w:pPr>
            <w:r w:rsidRPr="00FA1953">
              <w:rPr>
                <w:sz w:val="18"/>
                <w:szCs w:val="18"/>
              </w:rPr>
              <w:t>__________________________________________________</w:t>
            </w:r>
          </w:p>
          <w:p w14:paraId="770EEAA0" w14:textId="77777777" w:rsidR="00F45B87" w:rsidRPr="00FA1953" w:rsidRDefault="00F45B87">
            <w:pPr>
              <w:spacing w:after="60"/>
              <w:rPr>
                <w:sz w:val="18"/>
                <w:szCs w:val="18"/>
              </w:rPr>
            </w:pPr>
          </w:p>
          <w:p w14:paraId="2BB8F9CD" w14:textId="77777777" w:rsidR="00F77BFB" w:rsidRPr="00254EDF" w:rsidRDefault="00701361">
            <w:pPr>
              <w:spacing w:after="60"/>
              <w:rPr>
                <w:b/>
                <w:bCs/>
                <w:sz w:val="18"/>
                <w:szCs w:val="18"/>
              </w:rPr>
            </w:pPr>
            <w:r w:rsidRPr="00254EDF">
              <w:rPr>
                <w:b/>
                <w:bCs/>
                <w:sz w:val="18"/>
                <w:szCs w:val="18"/>
              </w:rPr>
              <w:t>Para ayudar a lograr esta meta, nosotros:</w:t>
            </w:r>
          </w:p>
          <w:p w14:paraId="2286F9E3" w14:textId="77777777" w:rsidR="00F45B87" w:rsidRPr="00FA1953" w:rsidRDefault="00F45B87">
            <w:pPr>
              <w:spacing w:after="60"/>
              <w:rPr>
                <w:sz w:val="18"/>
                <w:szCs w:val="18"/>
              </w:rPr>
            </w:pPr>
          </w:p>
          <w:p w14:paraId="746C7C59" w14:textId="77777777" w:rsidR="00F45B87" w:rsidRPr="00FA1953" w:rsidRDefault="00701361">
            <w:pPr>
              <w:spacing w:after="60"/>
              <w:rPr>
                <w:sz w:val="18"/>
                <w:szCs w:val="18"/>
              </w:rPr>
            </w:pPr>
            <w:r w:rsidRPr="00FA1953">
              <w:rPr>
                <w:sz w:val="18"/>
                <w:szCs w:val="18"/>
              </w:rPr>
              <w:t>__________________________________________________</w:t>
            </w:r>
            <w:r w:rsidRPr="00FA1953">
              <w:rPr>
                <w:sz w:val="18"/>
                <w:szCs w:val="18"/>
              </w:rPr>
              <w:br/>
            </w:r>
          </w:p>
          <w:p w14:paraId="7253E597" w14:textId="2F2D358F" w:rsidR="00F77BFB" w:rsidRPr="00FA1953" w:rsidRDefault="00701361">
            <w:pPr>
              <w:spacing w:after="60"/>
              <w:rPr>
                <w:sz w:val="18"/>
                <w:szCs w:val="18"/>
              </w:rPr>
            </w:pPr>
            <w:r w:rsidRPr="00FA1953">
              <w:rPr>
                <w:sz w:val="18"/>
                <w:szCs w:val="18"/>
              </w:rPr>
              <w:t>__________________________________________________</w:t>
            </w:r>
          </w:p>
        </w:tc>
        <w:tc>
          <w:tcPr>
            <w:tcW w:w="4824" w:type="dxa"/>
            <w:tcBorders>
              <w:top w:val="single" w:sz="12" w:space="0" w:color="17365D"/>
              <w:left w:val="single" w:sz="12" w:space="0" w:color="17365D"/>
              <w:bottom w:val="single" w:sz="12" w:space="0" w:color="17365D"/>
              <w:right w:val="single" w:sz="12" w:space="0" w:color="17365D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79BD3EF" w14:textId="77777777" w:rsidR="00F77BFB" w:rsidRPr="00FA1953" w:rsidRDefault="00701361">
            <w:pPr>
              <w:spacing w:after="60"/>
              <w:jc w:val="center"/>
              <w:rPr>
                <w:b/>
                <w:bCs/>
                <w:sz w:val="22"/>
              </w:rPr>
            </w:pPr>
            <w:r w:rsidRPr="00FA1953">
              <w:rPr>
                <w:b/>
                <w:bCs/>
                <w:sz w:val="22"/>
              </w:rPr>
              <w:t>PACTO ESCUELA-FAMILIA</w:t>
            </w:r>
          </w:p>
          <w:p w14:paraId="501E37E3" w14:textId="77777777" w:rsidR="0051112E" w:rsidRPr="00FA1953" w:rsidRDefault="00054C5A">
            <w:pPr>
              <w:spacing w:after="29"/>
              <w:jc w:val="center"/>
              <w:rPr>
                <w:sz w:val="18"/>
                <w:szCs w:val="18"/>
              </w:rPr>
            </w:pPr>
            <w:r w:rsidRPr="00FA1953">
              <w:rPr>
                <w:noProof/>
                <w:sz w:val="18"/>
                <w:szCs w:val="18"/>
              </w:rPr>
              <w:drawing>
                <wp:inline distT="0" distB="0" distL="0" distR="0" wp14:anchorId="1A80D587" wp14:editId="5B8C6A0B">
                  <wp:extent cx="960120" cy="1241279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xec-9c70067e-5663-4f82-ac61-fcc530554a31.pn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120" cy="12412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252E4EB" w14:textId="77777777" w:rsidR="00F77BFB" w:rsidRPr="00FA1953" w:rsidRDefault="00701361">
            <w:pPr>
              <w:spacing w:after="60"/>
              <w:jc w:val="center"/>
              <w:rPr>
                <w:sz w:val="18"/>
                <w:szCs w:val="18"/>
              </w:rPr>
            </w:pPr>
            <w:r w:rsidRPr="00FA1953">
              <w:rPr>
                <w:sz w:val="18"/>
                <w:szCs w:val="18"/>
              </w:rPr>
              <w:t>Centro de Educación Infantil Temprana Neff</w:t>
            </w:r>
          </w:p>
          <w:p w14:paraId="3124E2F7" w14:textId="77777777" w:rsidR="00F77BFB" w:rsidRPr="00FA1953" w:rsidRDefault="00701361">
            <w:pPr>
              <w:spacing w:after="60"/>
              <w:jc w:val="center"/>
              <w:rPr>
                <w:sz w:val="18"/>
                <w:szCs w:val="18"/>
              </w:rPr>
            </w:pPr>
            <w:r w:rsidRPr="00FA1953">
              <w:rPr>
                <w:sz w:val="18"/>
                <w:szCs w:val="18"/>
              </w:rPr>
              <w:t>Distrito Escolar Independiente de Houston</w:t>
            </w:r>
          </w:p>
          <w:p w14:paraId="6F23DE2B" w14:textId="77777777" w:rsidR="00F77BFB" w:rsidRPr="00FA1953" w:rsidRDefault="00701361">
            <w:pPr>
              <w:spacing w:after="60"/>
              <w:jc w:val="center"/>
              <w:rPr>
                <w:sz w:val="18"/>
                <w:szCs w:val="18"/>
              </w:rPr>
            </w:pPr>
            <w:r w:rsidRPr="00FA1953">
              <w:rPr>
                <w:sz w:val="18"/>
                <w:szCs w:val="18"/>
              </w:rPr>
              <w:t>Año escolar 2026-2027</w:t>
            </w:r>
          </w:p>
          <w:p w14:paraId="4E0EF98D" w14:textId="77777777" w:rsidR="0051112E" w:rsidRPr="00FA1953" w:rsidRDefault="00054C5A">
            <w:pPr>
              <w:spacing w:before="43" w:after="58"/>
              <w:jc w:val="center"/>
              <w:rPr>
                <w:sz w:val="18"/>
                <w:szCs w:val="18"/>
              </w:rPr>
            </w:pPr>
            <w:r w:rsidRPr="00FA1953">
              <w:rPr>
                <w:noProof/>
                <w:sz w:val="18"/>
                <w:szCs w:val="18"/>
              </w:rPr>
              <w:drawing>
                <wp:inline distT="0" distB="0" distL="0" distR="0" wp14:anchorId="34CD0535" wp14:editId="384D9A98">
                  <wp:extent cx="2331720" cy="1453896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xec-7ddf4f4c-1f15-40db-a6af-40add24ad515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1720" cy="14538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824"/>
            </w:tblGrid>
            <w:tr w:rsidR="00F77BFB" w:rsidRPr="00FA1953" w14:paraId="2295CC96" w14:textId="77777777">
              <w:tc>
                <w:tcPr>
                  <w:tcW w:w="4824" w:type="dxa"/>
                  <w:tcBorders>
                    <w:top w:val="single" w:sz="8" w:space="0" w:color="17365D"/>
                    <w:left w:val="single" w:sz="8" w:space="0" w:color="17365D"/>
                    <w:bottom w:val="single" w:sz="8" w:space="0" w:color="17365D"/>
                    <w:right w:val="single" w:sz="8" w:space="0" w:color="17365D"/>
                  </w:tcBorders>
                  <w:shd w:val="clear" w:color="auto" w:fill="DCE6F1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</w:tcPr>
                <w:p w14:paraId="2F887FA6" w14:textId="77777777" w:rsidR="00F77BFB" w:rsidRPr="00FA1953" w:rsidRDefault="00701361">
                  <w:pPr>
                    <w:jc w:val="center"/>
                    <w:rPr>
                      <w:sz w:val="18"/>
                      <w:szCs w:val="18"/>
                    </w:rPr>
                  </w:pPr>
                  <w:r w:rsidRPr="00FA1953">
                    <w:rPr>
                      <w:b/>
                      <w:sz w:val="18"/>
                      <w:szCs w:val="18"/>
                    </w:rPr>
                    <w:t>NEFF ECC</w:t>
                  </w:r>
                  <w:r w:rsidRPr="00FA1953">
                    <w:rPr>
                      <w:b/>
                      <w:sz w:val="18"/>
                      <w:szCs w:val="18"/>
                    </w:rPr>
                    <w:br/>
                    <w:t>Growing, Learning, and Thriving Together</w:t>
                  </w:r>
                </w:p>
              </w:tc>
            </w:tr>
          </w:tbl>
          <w:p w14:paraId="67D662B1" w14:textId="77777777" w:rsidR="00F77BFB" w:rsidRPr="00FA1953" w:rsidRDefault="00F77BFB">
            <w:pPr>
              <w:rPr>
                <w:sz w:val="18"/>
                <w:szCs w:val="18"/>
              </w:rPr>
            </w:pPr>
          </w:p>
          <w:p w14:paraId="26951617" w14:textId="77777777" w:rsidR="00F77BFB" w:rsidRPr="00254EDF" w:rsidRDefault="00701361">
            <w:pPr>
              <w:spacing w:after="60"/>
              <w:jc w:val="center"/>
              <w:rPr>
                <w:b/>
                <w:bCs/>
                <w:sz w:val="18"/>
                <w:szCs w:val="18"/>
              </w:rPr>
            </w:pPr>
            <w:r w:rsidRPr="00254EDF">
              <w:rPr>
                <w:b/>
                <w:bCs/>
                <w:sz w:val="18"/>
                <w:szCs w:val="18"/>
              </w:rPr>
              <w:t>NUESTRO COMPROMISO COMPARTIDO</w:t>
            </w:r>
          </w:p>
          <w:p w14:paraId="407D3883" w14:textId="77777777" w:rsidR="00F77BFB" w:rsidRPr="00254EDF" w:rsidRDefault="00701361">
            <w:pPr>
              <w:spacing w:after="60"/>
              <w:jc w:val="center"/>
              <w:rPr>
                <w:b/>
                <w:bCs/>
                <w:sz w:val="18"/>
                <w:szCs w:val="18"/>
              </w:rPr>
            </w:pPr>
            <w:r w:rsidRPr="00254EDF">
              <w:rPr>
                <w:b/>
                <w:bCs/>
                <w:sz w:val="18"/>
                <w:szCs w:val="18"/>
              </w:rPr>
              <w:t>Escuela + Familia + Estudiante</w:t>
            </w:r>
            <w:r w:rsidRPr="00254EDF">
              <w:rPr>
                <w:b/>
                <w:bCs/>
                <w:sz w:val="18"/>
                <w:szCs w:val="18"/>
              </w:rPr>
              <w:br/>
              <w:t>Trabajando juntos por cada niño</w:t>
            </w:r>
          </w:p>
          <w:p w14:paraId="1EEDD05C" w14:textId="4F7B2383" w:rsidR="00F77BFB" w:rsidRPr="00FA1953" w:rsidRDefault="00701361">
            <w:pPr>
              <w:spacing w:after="60"/>
              <w:rPr>
                <w:sz w:val="18"/>
                <w:szCs w:val="18"/>
              </w:rPr>
            </w:pPr>
            <w:r w:rsidRPr="00FA1953">
              <w:rPr>
                <w:b/>
                <w:bCs/>
                <w:sz w:val="18"/>
                <w:szCs w:val="18"/>
              </w:rPr>
              <w:t>Dirección:</w:t>
            </w:r>
            <w:r w:rsidRPr="00FA1953">
              <w:rPr>
                <w:sz w:val="18"/>
                <w:szCs w:val="18"/>
              </w:rPr>
              <w:t xml:space="preserve"> 8200 Carvel Ln, Houston, TX 77036</w:t>
            </w:r>
          </w:p>
          <w:p w14:paraId="245F19F0" w14:textId="51EDCE81" w:rsidR="00F77BFB" w:rsidRPr="00FA1953" w:rsidRDefault="00701361">
            <w:pPr>
              <w:spacing w:after="60"/>
              <w:rPr>
                <w:sz w:val="18"/>
                <w:szCs w:val="18"/>
              </w:rPr>
            </w:pPr>
            <w:r w:rsidRPr="00FA1953">
              <w:rPr>
                <w:b/>
                <w:bCs/>
                <w:sz w:val="18"/>
                <w:szCs w:val="18"/>
              </w:rPr>
              <w:t>Teléfono:</w:t>
            </w:r>
            <w:r w:rsidRPr="00FA1953">
              <w:rPr>
                <w:sz w:val="18"/>
                <w:szCs w:val="18"/>
              </w:rPr>
              <w:t xml:space="preserve"> (713) 778-3470</w:t>
            </w:r>
          </w:p>
          <w:p w14:paraId="6F72CEB9" w14:textId="66DD7A2E" w:rsidR="00F77BFB" w:rsidRPr="00FA1953" w:rsidRDefault="00701361">
            <w:pPr>
              <w:spacing w:after="60"/>
              <w:rPr>
                <w:sz w:val="18"/>
                <w:szCs w:val="18"/>
              </w:rPr>
            </w:pPr>
            <w:r w:rsidRPr="00FA1953">
              <w:rPr>
                <w:b/>
                <w:bCs/>
                <w:sz w:val="18"/>
                <w:szCs w:val="18"/>
              </w:rPr>
              <w:t>Sitio web:</w:t>
            </w:r>
            <w:r w:rsidRPr="00FA1953">
              <w:rPr>
                <w:sz w:val="18"/>
                <w:szCs w:val="18"/>
              </w:rPr>
              <w:t xml:space="preserve"> neffecc.houstonisd.org/our-school</w:t>
            </w:r>
          </w:p>
          <w:p w14:paraId="22717470" w14:textId="77777777" w:rsidR="00F77BFB" w:rsidRPr="00FA1953" w:rsidRDefault="00701361">
            <w:pPr>
              <w:spacing w:after="60"/>
              <w:rPr>
                <w:sz w:val="18"/>
                <w:szCs w:val="18"/>
              </w:rPr>
            </w:pPr>
            <w:r w:rsidRPr="00FA1953">
              <w:rPr>
                <w:b/>
                <w:bCs/>
                <w:sz w:val="18"/>
                <w:szCs w:val="18"/>
              </w:rPr>
              <w:t>Director:</w:t>
            </w:r>
            <w:r w:rsidRPr="00FA1953">
              <w:rPr>
                <w:sz w:val="18"/>
                <w:szCs w:val="18"/>
              </w:rPr>
              <w:t xml:space="preserve"> Carlos Rodriguez</w:t>
            </w:r>
          </w:p>
          <w:p w14:paraId="758CAF72" w14:textId="77777777" w:rsidR="00F77BFB" w:rsidRPr="00FA1953" w:rsidRDefault="00701361">
            <w:pPr>
              <w:spacing w:after="60"/>
              <w:jc w:val="center"/>
              <w:rPr>
                <w:sz w:val="18"/>
                <w:szCs w:val="18"/>
              </w:rPr>
            </w:pPr>
            <w:r w:rsidRPr="00FA1953">
              <w:rPr>
                <w:sz w:val="18"/>
                <w:szCs w:val="18"/>
              </w:rPr>
              <w:t>Conserve este pacto como recordatorio de nuestra responsabilidad compartida por el éxito estudiantil.</w:t>
            </w:r>
          </w:p>
        </w:tc>
      </w:tr>
    </w:tbl>
    <w:p w14:paraId="24EFB1B3" w14:textId="77777777" w:rsidR="00701361" w:rsidRDefault="00701361"/>
    <w:sectPr w:rsidR="00701361" w:rsidSect="00034616">
      <w:pgSz w:w="15840" w:h="12240" w:orient="landscape"/>
      <w:pgMar w:top="504" w:right="504" w:bottom="504" w:left="5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66659931">
    <w:abstractNumId w:val="8"/>
  </w:num>
  <w:num w:numId="2" w16cid:durableId="556285816">
    <w:abstractNumId w:val="6"/>
  </w:num>
  <w:num w:numId="3" w16cid:durableId="1491288365">
    <w:abstractNumId w:val="5"/>
  </w:num>
  <w:num w:numId="4" w16cid:durableId="120999628">
    <w:abstractNumId w:val="4"/>
  </w:num>
  <w:num w:numId="5" w16cid:durableId="1821533466">
    <w:abstractNumId w:val="7"/>
  </w:num>
  <w:num w:numId="6" w16cid:durableId="233511453">
    <w:abstractNumId w:val="3"/>
  </w:num>
  <w:num w:numId="7" w16cid:durableId="1921140650">
    <w:abstractNumId w:val="2"/>
  </w:num>
  <w:num w:numId="8" w16cid:durableId="1098216044">
    <w:abstractNumId w:val="1"/>
  </w:num>
  <w:num w:numId="9" w16cid:durableId="1681001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3CB1"/>
    <w:rsid w:val="0015074B"/>
    <w:rsid w:val="00254EDF"/>
    <w:rsid w:val="0029639D"/>
    <w:rsid w:val="002C09C6"/>
    <w:rsid w:val="00326F90"/>
    <w:rsid w:val="00393646"/>
    <w:rsid w:val="0051112E"/>
    <w:rsid w:val="006D56B4"/>
    <w:rsid w:val="00701361"/>
    <w:rsid w:val="00773F44"/>
    <w:rsid w:val="0077591D"/>
    <w:rsid w:val="009F635E"/>
    <w:rsid w:val="00A47B1D"/>
    <w:rsid w:val="00AA1D8D"/>
    <w:rsid w:val="00AF2007"/>
    <w:rsid w:val="00B47730"/>
    <w:rsid w:val="00B5348F"/>
    <w:rsid w:val="00CB0664"/>
    <w:rsid w:val="00CF1E51"/>
    <w:rsid w:val="00D42017"/>
    <w:rsid w:val="00F45B87"/>
    <w:rsid w:val="00F77BFB"/>
    <w:rsid w:val="00FA195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513C380"/>
  <w14:defaultImageDpi w14:val="300"/>
  <w15:docId w15:val="{D61D89B3-D794-4446-ACA7-58BDF2D0C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30" w:line="228" w:lineRule="auto"/>
    </w:pPr>
    <w:rPr>
      <w:rFonts w:ascii="Aptos" w:hAnsi="Aptos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1176</Words>
  <Characters>6709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Neff ECC School-Parent Compact 2026-2027</vt:lpstr>
    </vt:vector>
  </TitlesOfParts>
  <Manager/>
  <Company/>
  <LinksUpToDate>false</LinksUpToDate>
  <CharactersWithSpaces>7870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Neff ECC School-Parent Compact 2026-2027</dc:title>
  <dc:subject>School-Parent Compact</dc:subject>
  <dc:creator>python-docx</dc:creator>
  <cp:keywords/>
  <dc:description>generated by python-docx</dc:description>
  <cp:lastModifiedBy>Dawar, Sunita</cp:lastModifiedBy>
  <cp:revision>3</cp:revision>
  <cp:lastPrinted>2026-09-17T15:12:00Z</cp:lastPrinted>
  <dcterms:created xsi:type="dcterms:W3CDTF">2026-09-17T15:14:00Z</dcterms:created>
  <dcterms:modified xsi:type="dcterms:W3CDTF">2026-10-05T04:05:00Z</dcterms:modified>
  <cp:category/>
</cp:coreProperties>
</file>