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95595" w14:textId="77777777" w:rsidR="00B41BDB" w:rsidRDefault="00177FF3">
      <w:pPr>
        <w:jc w:val="center"/>
      </w:pPr>
      <w:r>
        <w:rPr>
          <w:b/>
          <w:color w:val="00529B"/>
          <w:sz w:val="32"/>
        </w:rPr>
        <w:t>MICHIGAN SECRETARY OF STATE</w:t>
      </w:r>
      <w:r>
        <w:rPr>
          <w:b/>
          <w:color w:val="00529B"/>
          <w:sz w:val="32"/>
        </w:rPr>
        <w:br/>
      </w:r>
      <w:r>
        <w:rPr>
          <w:b/>
          <w:color w:val="0099FF"/>
          <w:sz w:val="44"/>
        </w:rPr>
        <w:t>MOBILE OFFICE</w:t>
      </w:r>
      <w:r>
        <w:rPr>
          <w:b/>
          <w:color w:val="0099FF"/>
          <w:sz w:val="44"/>
        </w:rPr>
        <w:br/>
        <w:t>TRANSACTIONS, FEES &amp; DOCUMENT REQUIREMENTS</w:t>
      </w:r>
    </w:p>
    <w:p w14:paraId="69E52632" w14:textId="77777777" w:rsidR="00B41BDB" w:rsidRDefault="00177FF3">
      <w:pPr>
        <w:jc w:val="center"/>
      </w:pPr>
      <w:r>
        <w:t>Acceptable Payments: Cash and Credit Card</w:t>
      </w:r>
    </w:p>
    <w:p w14:paraId="16F729C1" w14:textId="77777777" w:rsidR="00B41BDB" w:rsidRDefault="00177FF3">
      <w:r>
        <w:rPr>
          <w:b/>
          <w:color w:val="0099FF"/>
          <w:sz w:val="36"/>
        </w:rPr>
        <w:t>STATE ID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B41BDB" w14:paraId="746ECCF6" w14:textId="77777777">
        <w:trPr>
          <w:jc w:val="center"/>
        </w:trPr>
        <w:tc>
          <w:tcPr>
            <w:tcW w:w="2880" w:type="dxa"/>
            <w:shd w:val="clear" w:color="auto" w:fill="0070C0"/>
          </w:tcPr>
          <w:p w14:paraId="23097F92" w14:textId="77777777" w:rsidR="00B41BDB" w:rsidRDefault="00177FF3">
            <w:r>
              <w:t>Transaction</w:t>
            </w:r>
          </w:p>
        </w:tc>
        <w:tc>
          <w:tcPr>
            <w:tcW w:w="2880" w:type="dxa"/>
            <w:shd w:val="clear" w:color="auto" w:fill="0070C0"/>
          </w:tcPr>
          <w:p w14:paraId="3E6FCF31" w14:textId="77777777" w:rsidR="00B41BDB" w:rsidRDefault="00177FF3">
            <w:r>
              <w:t>Fees</w:t>
            </w:r>
          </w:p>
        </w:tc>
        <w:tc>
          <w:tcPr>
            <w:tcW w:w="2880" w:type="dxa"/>
            <w:shd w:val="clear" w:color="auto" w:fill="0070C0"/>
          </w:tcPr>
          <w:p w14:paraId="626C6BC2" w14:textId="77777777" w:rsidR="00B41BDB" w:rsidRDefault="00177FF3">
            <w:r>
              <w:t>Required Documents</w:t>
            </w:r>
          </w:p>
        </w:tc>
      </w:tr>
      <w:tr w:rsidR="00B41BDB" w14:paraId="7F0864F1" w14:textId="77777777">
        <w:trPr>
          <w:jc w:val="center"/>
        </w:trPr>
        <w:tc>
          <w:tcPr>
            <w:tcW w:w="2880" w:type="dxa"/>
          </w:tcPr>
          <w:p w14:paraId="59B9F140" w14:textId="77777777" w:rsidR="00B41BDB" w:rsidRDefault="00177FF3">
            <w:r>
              <w:t>Original</w:t>
            </w:r>
          </w:p>
        </w:tc>
        <w:tc>
          <w:tcPr>
            <w:tcW w:w="2880" w:type="dxa"/>
          </w:tcPr>
          <w:p w14:paraId="4D691611" w14:textId="77777777" w:rsidR="00B41BDB" w:rsidRDefault="00177FF3">
            <w:r>
              <w:t>$10.00</w:t>
            </w:r>
          </w:p>
        </w:tc>
        <w:tc>
          <w:tcPr>
            <w:tcW w:w="2880" w:type="dxa"/>
          </w:tcPr>
          <w:p w14:paraId="538060A4" w14:textId="77777777" w:rsidR="00B41BDB" w:rsidRDefault="00177FF3">
            <w:r>
              <w:t>Proof of legal presence; Proof of SSN; Proof of identity; Proof of MI residency; Name change document(s) may be required</w:t>
            </w:r>
          </w:p>
        </w:tc>
      </w:tr>
      <w:tr w:rsidR="00B41BDB" w14:paraId="3969C78E" w14:textId="77777777">
        <w:trPr>
          <w:jc w:val="center"/>
        </w:trPr>
        <w:tc>
          <w:tcPr>
            <w:tcW w:w="2880" w:type="dxa"/>
          </w:tcPr>
          <w:p w14:paraId="00156AF0" w14:textId="77777777" w:rsidR="00B41BDB" w:rsidRDefault="00177FF3">
            <w:r>
              <w:t>Renewal</w:t>
            </w:r>
          </w:p>
        </w:tc>
        <w:tc>
          <w:tcPr>
            <w:tcW w:w="2880" w:type="dxa"/>
          </w:tcPr>
          <w:p w14:paraId="50B4368E" w14:textId="77777777" w:rsidR="00B41BDB" w:rsidRDefault="00177FF3">
            <w:r>
              <w:t>$10.00</w:t>
            </w:r>
          </w:p>
        </w:tc>
        <w:tc>
          <w:tcPr>
            <w:tcW w:w="2880" w:type="dxa"/>
          </w:tcPr>
          <w:p w14:paraId="2C9DB65D" w14:textId="77777777" w:rsidR="00B41BDB" w:rsidRDefault="00177FF3">
            <w:r>
              <w:t>Current state ID</w:t>
            </w:r>
          </w:p>
        </w:tc>
      </w:tr>
      <w:tr w:rsidR="00B41BDB" w14:paraId="4B13B664" w14:textId="77777777">
        <w:trPr>
          <w:jc w:val="center"/>
        </w:trPr>
        <w:tc>
          <w:tcPr>
            <w:tcW w:w="2880" w:type="dxa"/>
          </w:tcPr>
          <w:p w14:paraId="2A196E26" w14:textId="77777777" w:rsidR="00B41BDB" w:rsidRDefault="00177FF3">
            <w:r>
              <w:t>Replacement</w:t>
            </w:r>
          </w:p>
        </w:tc>
        <w:tc>
          <w:tcPr>
            <w:tcW w:w="2880" w:type="dxa"/>
          </w:tcPr>
          <w:p w14:paraId="2CA3804C" w14:textId="77777777" w:rsidR="00B41BDB" w:rsidRDefault="00177FF3">
            <w:r>
              <w:t>$10.00</w:t>
            </w:r>
          </w:p>
        </w:tc>
        <w:tc>
          <w:tcPr>
            <w:tcW w:w="2880" w:type="dxa"/>
          </w:tcPr>
          <w:p w14:paraId="177DAAF2" w14:textId="77777777" w:rsidR="00B41BDB" w:rsidRDefault="00177FF3">
            <w:r>
              <w:t>Official proof of identity document</w:t>
            </w:r>
          </w:p>
        </w:tc>
      </w:tr>
      <w:tr w:rsidR="00B41BDB" w14:paraId="10643E95" w14:textId="77777777">
        <w:trPr>
          <w:jc w:val="center"/>
        </w:trPr>
        <w:tc>
          <w:tcPr>
            <w:tcW w:w="2880" w:type="dxa"/>
          </w:tcPr>
          <w:p w14:paraId="4E49082C" w14:textId="77777777" w:rsidR="00B41BDB" w:rsidRDefault="00177FF3">
            <w:r>
              <w:t>Correction</w:t>
            </w:r>
          </w:p>
        </w:tc>
        <w:tc>
          <w:tcPr>
            <w:tcW w:w="2880" w:type="dxa"/>
          </w:tcPr>
          <w:p w14:paraId="62CB64C3" w14:textId="77777777" w:rsidR="00B41BDB" w:rsidRDefault="00177FF3">
            <w:r>
              <w:t>$10.00</w:t>
            </w:r>
          </w:p>
        </w:tc>
        <w:tc>
          <w:tcPr>
            <w:tcW w:w="2880" w:type="dxa"/>
          </w:tcPr>
          <w:p w14:paraId="2FE57272" w14:textId="77777777" w:rsidR="00B41BDB" w:rsidRDefault="00177FF3">
            <w:r>
              <w:t>Name change, address change, or other official document</w:t>
            </w:r>
          </w:p>
        </w:tc>
      </w:tr>
      <w:tr w:rsidR="00B41BDB" w14:paraId="0B21B447" w14:textId="77777777">
        <w:trPr>
          <w:jc w:val="center"/>
        </w:trPr>
        <w:tc>
          <w:tcPr>
            <w:tcW w:w="2880" w:type="dxa"/>
          </w:tcPr>
          <w:p w14:paraId="70C19253" w14:textId="77777777" w:rsidR="00B41BDB" w:rsidRDefault="00177FF3">
            <w:r>
              <w:t>Convert to REAL ID</w:t>
            </w:r>
          </w:p>
        </w:tc>
        <w:tc>
          <w:tcPr>
            <w:tcW w:w="2880" w:type="dxa"/>
          </w:tcPr>
          <w:p w14:paraId="4D175CD5" w14:textId="77777777" w:rsidR="00B41BDB" w:rsidRDefault="00177FF3">
            <w:r>
              <w:t>$10/no cost when renewing</w:t>
            </w:r>
          </w:p>
        </w:tc>
        <w:tc>
          <w:tcPr>
            <w:tcW w:w="2880" w:type="dxa"/>
          </w:tcPr>
          <w:p w14:paraId="145139C3" w14:textId="77777777" w:rsidR="00B41BDB" w:rsidRDefault="00177FF3">
            <w:r>
              <w:t>Proof of legal presence, current license or ID, name change documents may be required</w:t>
            </w:r>
          </w:p>
        </w:tc>
      </w:tr>
    </w:tbl>
    <w:p w14:paraId="270DB161" w14:textId="77777777" w:rsidR="00B41BDB" w:rsidRDefault="00B41BDB"/>
    <w:p w14:paraId="535AA8CF" w14:textId="77777777" w:rsidR="00B41BDB" w:rsidRDefault="00177FF3">
      <w:r>
        <w:rPr>
          <w:b/>
          <w:color w:val="0099FF"/>
          <w:sz w:val="36"/>
        </w:rPr>
        <w:t>DRIVER'S LICENSE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B41BDB" w14:paraId="13C4803D" w14:textId="77777777">
        <w:trPr>
          <w:jc w:val="center"/>
        </w:trPr>
        <w:tc>
          <w:tcPr>
            <w:tcW w:w="2880" w:type="dxa"/>
            <w:shd w:val="clear" w:color="auto" w:fill="0070C0"/>
          </w:tcPr>
          <w:p w14:paraId="580AED7B" w14:textId="77777777" w:rsidR="00B41BDB" w:rsidRDefault="00177FF3">
            <w:r>
              <w:t>Transaction</w:t>
            </w:r>
          </w:p>
        </w:tc>
        <w:tc>
          <w:tcPr>
            <w:tcW w:w="2880" w:type="dxa"/>
            <w:shd w:val="clear" w:color="auto" w:fill="0070C0"/>
          </w:tcPr>
          <w:p w14:paraId="3645712F" w14:textId="77777777" w:rsidR="00B41BDB" w:rsidRDefault="00177FF3">
            <w:r>
              <w:t>Fees</w:t>
            </w:r>
          </w:p>
        </w:tc>
        <w:tc>
          <w:tcPr>
            <w:tcW w:w="2880" w:type="dxa"/>
            <w:shd w:val="clear" w:color="auto" w:fill="0070C0"/>
          </w:tcPr>
          <w:p w14:paraId="2113E853" w14:textId="77777777" w:rsidR="00B41BDB" w:rsidRDefault="00177FF3">
            <w:r>
              <w:t>Required Documents</w:t>
            </w:r>
          </w:p>
        </w:tc>
      </w:tr>
      <w:tr w:rsidR="00B41BDB" w14:paraId="46654E9D" w14:textId="77777777">
        <w:trPr>
          <w:jc w:val="center"/>
        </w:trPr>
        <w:tc>
          <w:tcPr>
            <w:tcW w:w="2880" w:type="dxa"/>
          </w:tcPr>
          <w:p w14:paraId="74784D98" w14:textId="77777777" w:rsidR="00B41BDB" w:rsidRDefault="00177FF3">
            <w:r>
              <w:t>Renewal</w:t>
            </w:r>
          </w:p>
        </w:tc>
        <w:tc>
          <w:tcPr>
            <w:tcW w:w="2880" w:type="dxa"/>
          </w:tcPr>
          <w:p w14:paraId="4645AB37" w14:textId="77777777" w:rsidR="00B41BDB" w:rsidRDefault="00177FF3">
            <w:r>
              <w:t>$18.00</w:t>
            </w:r>
          </w:p>
        </w:tc>
        <w:tc>
          <w:tcPr>
            <w:tcW w:w="2880" w:type="dxa"/>
          </w:tcPr>
          <w:p w14:paraId="79C64581" w14:textId="77777777" w:rsidR="00B41BDB" w:rsidRDefault="00177FF3">
            <w:r>
              <w:t>Current driver's license</w:t>
            </w:r>
          </w:p>
        </w:tc>
      </w:tr>
      <w:tr w:rsidR="00B41BDB" w14:paraId="33BEC77D" w14:textId="77777777">
        <w:trPr>
          <w:jc w:val="center"/>
        </w:trPr>
        <w:tc>
          <w:tcPr>
            <w:tcW w:w="2880" w:type="dxa"/>
          </w:tcPr>
          <w:p w14:paraId="3785B47A" w14:textId="77777777" w:rsidR="00B41BDB" w:rsidRDefault="00177FF3">
            <w:r>
              <w:t>Replacement</w:t>
            </w:r>
          </w:p>
        </w:tc>
        <w:tc>
          <w:tcPr>
            <w:tcW w:w="2880" w:type="dxa"/>
          </w:tcPr>
          <w:p w14:paraId="1F698530" w14:textId="77777777" w:rsidR="00B41BDB" w:rsidRDefault="00177FF3">
            <w:r>
              <w:t>$9.00</w:t>
            </w:r>
          </w:p>
        </w:tc>
        <w:tc>
          <w:tcPr>
            <w:tcW w:w="2880" w:type="dxa"/>
          </w:tcPr>
          <w:p w14:paraId="2E274640" w14:textId="77777777" w:rsidR="00B41BDB" w:rsidRDefault="00177FF3">
            <w:r>
              <w:t>Proof of identity document</w:t>
            </w:r>
          </w:p>
        </w:tc>
      </w:tr>
      <w:tr w:rsidR="00B41BDB" w14:paraId="1961B03F" w14:textId="77777777">
        <w:trPr>
          <w:jc w:val="center"/>
        </w:trPr>
        <w:tc>
          <w:tcPr>
            <w:tcW w:w="2880" w:type="dxa"/>
          </w:tcPr>
          <w:p w14:paraId="38F7CFC4" w14:textId="77777777" w:rsidR="00B41BDB" w:rsidRDefault="00177FF3">
            <w:r>
              <w:t>Correction</w:t>
            </w:r>
          </w:p>
        </w:tc>
        <w:tc>
          <w:tcPr>
            <w:tcW w:w="2880" w:type="dxa"/>
          </w:tcPr>
          <w:p w14:paraId="15EA6560" w14:textId="77777777" w:rsidR="00B41BDB" w:rsidRDefault="00177FF3">
            <w:r>
              <w:t>$9.00</w:t>
            </w:r>
          </w:p>
        </w:tc>
        <w:tc>
          <w:tcPr>
            <w:tcW w:w="2880" w:type="dxa"/>
          </w:tcPr>
          <w:p w14:paraId="5C3FDF2D" w14:textId="77777777" w:rsidR="00B41BDB" w:rsidRDefault="00177FF3">
            <w:r>
              <w:t>Name/address change document</w:t>
            </w:r>
          </w:p>
        </w:tc>
      </w:tr>
      <w:tr w:rsidR="00B41BDB" w14:paraId="6300B792" w14:textId="77777777">
        <w:trPr>
          <w:jc w:val="center"/>
        </w:trPr>
        <w:tc>
          <w:tcPr>
            <w:tcW w:w="2880" w:type="dxa"/>
          </w:tcPr>
          <w:p w14:paraId="53B30DC5" w14:textId="77777777" w:rsidR="00B41BDB" w:rsidRDefault="00177FF3">
            <w:r>
              <w:t>Convert to REAL ID</w:t>
            </w:r>
          </w:p>
        </w:tc>
        <w:tc>
          <w:tcPr>
            <w:tcW w:w="2880" w:type="dxa"/>
          </w:tcPr>
          <w:p w14:paraId="172410D7" w14:textId="77777777" w:rsidR="00B41BDB" w:rsidRDefault="00177FF3">
            <w:r>
              <w:t>$9/no cost when renewing</w:t>
            </w:r>
          </w:p>
        </w:tc>
        <w:tc>
          <w:tcPr>
            <w:tcW w:w="2880" w:type="dxa"/>
          </w:tcPr>
          <w:p w14:paraId="5DA6CC83" w14:textId="77777777" w:rsidR="00B41BDB" w:rsidRDefault="00177FF3">
            <w:r>
              <w:t>Proof of legal presence, current license or ID, name change documents may be required</w:t>
            </w:r>
          </w:p>
        </w:tc>
      </w:tr>
    </w:tbl>
    <w:p w14:paraId="2D8F5127" w14:textId="77777777" w:rsidR="00B41BDB" w:rsidRDefault="00B41BDB"/>
    <w:p w14:paraId="6E291B55" w14:textId="77777777" w:rsidR="00B41BDB" w:rsidRDefault="00177FF3">
      <w:r>
        <w:rPr>
          <w:b/>
          <w:color w:val="0099FF"/>
          <w:sz w:val="36"/>
        </w:rPr>
        <w:t>VEHICLE TRANSACTIONS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B41BDB" w14:paraId="561D9E24" w14:textId="77777777">
        <w:trPr>
          <w:jc w:val="center"/>
        </w:trPr>
        <w:tc>
          <w:tcPr>
            <w:tcW w:w="2880" w:type="dxa"/>
            <w:shd w:val="clear" w:color="auto" w:fill="0070C0"/>
          </w:tcPr>
          <w:p w14:paraId="3A0A87BC" w14:textId="77777777" w:rsidR="00B41BDB" w:rsidRDefault="00177FF3">
            <w:r>
              <w:t>Transaction</w:t>
            </w:r>
          </w:p>
        </w:tc>
        <w:tc>
          <w:tcPr>
            <w:tcW w:w="2880" w:type="dxa"/>
            <w:shd w:val="clear" w:color="auto" w:fill="0070C0"/>
          </w:tcPr>
          <w:p w14:paraId="41061AE0" w14:textId="77777777" w:rsidR="00B41BDB" w:rsidRDefault="00177FF3">
            <w:r>
              <w:t>Fees</w:t>
            </w:r>
          </w:p>
        </w:tc>
        <w:tc>
          <w:tcPr>
            <w:tcW w:w="2880" w:type="dxa"/>
            <w:shd w:val="clear" w:color="auto" w:fill="0070C0"/>
          </w:tcPr>
          <w:p w14:paraId="2241EC94" w14:textId="77777777" w:rsidR="00B41BDB" w:rsidRDefault="00177FF3">
            <w:r>
              <w:t>Required Documents</w:t>
            </w:r>
          </w:p>
        </w:tc>
      </w:tr>
      <w:tr w:rsidR="00B41BDB" w14:paraId="3F0FB8BF" w14:textId="77777777">
        <w:trPr>
          <w:jc w:val="center"/>
        </w:trPr>
        <w:tc>
          <w:tcPr>
            <w:tcW w:w="2880" w:type="dxa"/>
          </w:tcPr>
          <w:p w14:paraId="4948A3A5" w14:textId="77777777" w:rsidR="00B41BDB" w:rsidRDefault="00177FF3">
            <w:r>
              <w:t>First-time license plate and registration tab</w:t>
            </w:r>
          </w:p>
        </w:tc>
        <w:tc>
          <w:tcPr>
            <w:tcW w:w="2880" w:type="dxa"/>
          </w:tcPr>
          <w:p w14:paraId="02BABF3F" w14:textId="77777777" w:rsidR="00B41BDB" w:rsidRDefault="00177FF3">
            <w:r>
              <w:t>Varies by vehicle</w:t>
            </w:r>
          </w:p>
        </w:tc>
        <w:tc>
          <w:tcPr>
            <w:tcW w:w="2880" w:type="dxa"/>
          </w:tcPr>
          <w:p w14:paraId="5147803E" w14:textId="77777777" w:rsidR="00B41BDB" w:rsidRDefault="00177FF3">
            <w:r>
              <w:t>Original title, odometer reading, insurance, MI license/ID</w:t>
            </w:r>
          </w:p>
        </w:tc>
      </w:tr>
      <w:tr w:rsidR="00B41BDB" w14:paraId="58C3EC3D" w14:textId="77777777">
        <w:trPr>
          <w:jc w:val="center"/>
        </w:trPr>
        <w:tc>
          <w:tcPr>
            <w:tcW w:w="2880" w:type="dxa"/>
          </w:tcPr>
          <w:p w14:paraId="592F4948" w14:textId="77777777" w:rsidR="00B41BDB" w:rsidRDefault="00177FF3">
            <w:r>
              <w:t>Title transfer</w:t>
            </w:r>
          </w:p>
        </w:tc>
        <w:tc>
          <w:tcPr>
            <w:tcW w:w="2880" w:type="dxa"/>
          </w:tcPr>
          <w:p w14:paraId="061B3D74" w14:textId="77777777" w:rsidR="00B41BDB" w:rsidRDefault="00177FF3">
            <w:r>
              <w:t>$15.00</w:t>
            </w:r>
          </w:p>
        </w:tc>
        <w:tc>
          <w:tcPr>
            <w:tcW w:w="2880" w:type="dxa"/>
          </w:tcPr>
          <w:p w14:paraId="5E114D00" w14:textId="77777777" w:rsidR="00B41BDB" w:rsidRDefault="00177FF3">
            <w:r>
              <w:t>Original title, odometer, MI license/ID</w:t>
            </w:r>
          </w:p>
        </w:tc>
      </w:tr>
      <w:tr w:rsidR="00B41BDB" w14:paraId="17652351" w14:textId="77777777">
        <w:trPr>
          <w:jc w:val="center"/>
        </w:trPr>
        <w:tc>
          <w:tcPr>
            <w:tcW w:w="2880" w:type="dxa"/>
          </w:tcPr>
          <w:p w14:paraId="6F4AC7EF" w14:textId="77777777" w:rsidR="00B41BDB" w:rsidRDefault="00177FF3">
            <w:r>
              <w:t>Renew license plate and vehicle tab</w:t>
            </w:r>
          </w:p>
        </w:tc>
        <w:tc>
          <w:tcPr>
            <w:tcW w:w="2880" w:type="dxa"/>
          </w:tcPr>
          <w:p w14:paraId="22E50B9F" w14:textId="77777777" w:rsidR="00B41BDB" w:rsidRDefault="00177FF3">
            <w:r>
              <w:t>Varies by vehicle</w:t>
            </w:r>
          </w:p>
        </w:tc>
        <w:tc>
          <w:tcPr>
            <w:tcW w:w="2880" w:type="dxa"/>
          </w:tcPr>
          <w:p w14:paraId="47FB8689" w14:textId="77777777" w:rsidR="00B41BDB" w:rsidRDefault="00177FF3">
            <w:r>
              <w:t>Plate number, VIN last 4, insurance</w:t>
            </w:r>
          </w:p>
        </w:tc>
      </w:tr>
      <w:tr w:rsidR="00B41BDB" w14:paraId="13DB131B" w14:textId="77777777">
        <w:trPr>
          <w:jc w:val="center"/>
        </w:trPr>
        <w:tc>
          <w:tcPr>
            <w:tcW w:w="2880" w:type="dxa"/>
          </w:tcPr>
          <w:p w14:paraId="1E08A355" w14:textId="77777777" w:rsidR="00B41BDB" w:rsidRDefault="00177FF3">
            <w:r>
              <w:t>Replacement license plate</w:t>
            </w:r>
          </w:p>
        </w:tc>
        <w:tc>
          <w:tcPr>
            <w:tcW w:w="2880" w:type="dxa"/>
          </w:tcPr>
          <w:p w14:paraId="4C6EC39A" w14:textId="77777777" w:rsidR="00B41BDB" w:rsidRDefault="00177FF3">
            <w:r>
              <w:t>$5.00</w:t>
            </w:r>
          </w:p>
        </w:tc>
        <w:tc>
          <w:tcPr>
            <w:tcW w:w="2880" w:type="dxa"/>
          </w:tcPr>
          <w:p w14:paraId="5052CEF9" w14:textId="77777777" w:rsidR="00B41BDB" w:rsidRDefault="00177FF3">
            <w:r>
              <w:t>Michigan vehicle registration</w:t>
            </w:r>
          </w:p>
        </w:tc>
      </w:tr>
      <w:tr w:rsidR="00B41BDB" w14:paraId="42714A70" w14:textId="77777777">
        <w:trPr>
          <w:jc w:val="center"/>
        </w:trPr>
        <w:tc>
          <w:tcPr>
            <w:tcW w:w="2880" w:type="dxa"/>
          </w:tcPr>
          <w:p w14:paraId="5678B4D2" w14:textId="77777777" w:rsidR="00B41BDB" w:rsidRDefault="00177FF3">
            <w:r>
              <w:t>Replacement registration tab</w:t>
            </w:r>
          </w:p>
        </w:tc>
        <w:tc>
          <w:tcPr>
            <w:tcW w:w="2880" w:type="dxa"/>
          </w:tcPr>
          <w:p w14:paraId="6FBDB719" w14:textId="77777777" w:rsidR="00B41BDB" w:rsidRDefault="00177FF3">
            <w:r>
              <w:t>$5.00</w:t>
            </w:r>
          </w:p>
        </w:tc>
        <w:tc>
          <w:tcPr>
            <w:tcW w:w="2880" w:type="dxa"/>
          </w:tcPr>
          <w:p w14:paraId="5C263FFA" w14:textId="77777777" w:rsidR="00B41BDB" w:rsidRDefault="00177FF3">
            <w:r>
              <w:t>Michigan vehicle registration</w:t>
            </w:r>
          </w:p>
        </w:tc>
      </w:tr>
      <w:tr w:rsidR="00B41BDB" w14:paraId="6B283AD8" w14:textId="77777777">
        <w:trPr>
          <w:jc w:val="center"/>
        </w:trPr>
        <w:tc>
          <w:tcPr>
            <w:tcW w:w="2880" w:type="dxa"/>
          </w:tcPr>
          <w:p w14:paraId="0F4184C1" w14:textId="77777777" w:rsidR="00B41BDB" w:rsidRDefault="00177FF3">
            <w:r>
              <w:t>Replacement registration</w:t>
            </w:r>
          </w:p>
        </w:tc>
        <w:tc>
          <w:tcPr>
            <w:tcW w:w="2880" w:type="dxa"/>
          </w:tcPr>
          <w:p w14:paraId="5F8EA053" w14:textId="77777777" w:rsidR="00B41BDB" w:rsidRDefault="00177FF3">
            <w:r>
              <w:t>$0.00</w:t>
            </w:r>
          </w:p>
        </w:tc>
        <w:tc>
          <w:tcPr>
            <w:tcW w:w="2880" w:type="dxa"/>
          </w:tcPr>
          <w:p w14:paraId="7DA9838A" w14:textId="77777777" w:rsidR="00B41BDB" w:rsidRDefault="00177FF3">
            <w:r>
              <w:t>VIN</w:t>
            </w:r>
          </w:p>
        </w:tc>
      </w:tr>
      <w:tr w:rsidR="00B41BDB" w14:paraId="077781D0" w14:textId="77777777">
        <w:trPr>
          <w:jc w:val="center"/>
        </w:trPr>
        <w:tc>
          <w:tcPr>
            <w:tcW w:w="2880" w:type="dxa"/>
          </w:tcPr>
          <w:p w14:paraId="01665819" w14:textId="77777777" w:rsidR="00B41BDB" w:rsidRDefault="00177FF3">
            <w:r>
              <w:t>Transfer license plate</w:t>
            </w:r>
          </w:p>
        </w:tc>
        <w:tc>
          <w:tcPr>
            <w:tcW w:w="2880" w:type="dxa"/>
          </w:tcPr>
          <w:p w14:paraId="4E4E72A6" w14:textId="77777777" w:rsidR="00B41BDB" w:rsidRDefault="00177FF3">
            <w:r>
              <w:t>$15.00</w:t>
            </w:r>
          </w:p>
        </w:tc>
        <w:tc>
          <w:tcPr>
            <w:tcW w:w="2880" w:type="dxa"/>
          </w:tcPr>
          <w:p w14:paraId="329133A8" w14:textId="77777777" w:rsidR="00B41BDB" w:rsidRDefault="00177FF3">
            <w:r>
              <w:t>Registration and VIN for new vehicle</w:t>
            </w:r>
          </w:p>
        </w:tc>
      </w:tr>
      <w:tr w:rsidR="00B41BDB" w14:paraId="3B3C6859" w14:textId="77777777">
        <w:trPr>
          <w:jc w:val="center"/>
        </w:trPr>
        <w:tc>
          <w:tcPr>
            <w:tcW w:w="2880" w:type="dxa"/>
          </w:tcPr>
          <w:p w14:paraId="0EBBAA82" w14:textId="77777777" w:rsidR="00B41BDB" w:rsidRDefault="00177FF3">
            <w:r>
              <w:t>Correct vehicle title</w:t>
            </w:r>
          </w:p>
        </w:tc>
        <w:tc>
          <w:tcPr>
            <w:tcW w:w="2880" w:type="dxa"/>
          </w:tcPr>
          <w:p w14:paraId="5088FB91" w14:textId="77777777" w:rsidR="00B41BDB" w:rsidRDefault="00177FF3">
            <w:r>
              <w:t>$15.00</w:t>
            </w:r>
          </w:p>
        </w:tc>
        <w:tc>
          <w:tcPr>
            <w:tcW w:w="2880" w:type="dxa"/>
          </w:tcPr>
          <w:p w14:paraId="3227C850" w14:textId="77777777" w:rsidR="00B41BDB" w:rsidRDefault="00177FF3">
            <w:r>
              <w:t>Original title and MI license/ID</w:t>
            </w:r>
          </w:p>
        </w:tc>
      </w:tr>
      <w:tr w:rsidR="00B41BDB" w14:paraId="0109A039" w14:textId="77777777">
        <w:trPr>
          <w:jc w:val="center"/>
        </w:trPr>
        <w:tc>
          <w:tcPr>
            <w:tcW w:w="2880" w:type="dxa"/>
          </w:tcPr>
          <w:p w14:paraId="177BFC85" w14:textId="77777777" w:rsidR="00B41BDB" w:rsidRDefault="00177FF3">
            <w:r>
              <w:t>Replacement vehicle title</w:t>
            </w:r>
          </w:p>
        </w:tc>
        <w:tc>
          <w:tcPr>
            <w:tcW w:w="2880" w:type="dxa"/>
          </w:tcPr>
          <w:p w14:paraId="0A933A29" w14:textId="77777777" w:rsidR="00B41BDB" w:rsidRDefault="00177FF3">
            <w:r>
              <w:t>$15.00</w:t>
            </w:r>
          </w:p>
        </w:tc>
        <w:tc>
          <w:tcPr>
            <w:tcW w:w="2880" w:type="dxa"/>
          </w:tcPr>
          <w:p w14:paraId="4D2AE114" w14:textId="77777777" w:rsidR="00B41BDB" w:rsidRDefault="00177FF3">
            <w:r>
              <w:t>MI license/ID</w:t>
            </w:r>
          </w:p>
        </w:tc>
      </w:tr>
      <w:tr w:rsidR="00B41BDB" w14:paraId="2DF616C5" w14:textId="77777777">
        <w:trPr>
          <w:jc w:val="center"/>
        </w:trPr>
        <w:tc>
          <w:tcPr>
            <w:tcW w:w="2880" w:type="dxa"/>
          </w:tcPr>
          <w:p w14:paraId="69546A05" w14:textId="77777777" w:rsidR="00B41BDB" w:rsidRDefault="00177FF3">
            <w:r>
              <w:t>Adding or Removing a Lien</w:t>
            </w:r>
          </w:p>
        </w:tc>
        <w:tc>
          <w:tcPr>
            <w:tcW w:w="2880" w:type="dxa"/>
          </w:tcPr>
          <w:p w14:paraId="66742E50" w14:textId="77777777" w:rsidR="00B41BDB" w:rsidRDefault="00177FF3">
            <w:r>
              <w:t>$16.00</w:t>
            </w:r>
          </w:p>
        </w:tc>
        <w:tc>
          <w:tcPr>
            <w:tcW w:w="2880" w:type="dxa"/>
          </w:tcPr>
          <w:p w14:paraId="122198F8" w14:textId="77777777" w:rsidR="00B41BDB" w:rsidRDefault="00177FF3">
            <w:r>
              <w:t>Original title and MI license/ID</w:t>
            </w:r>
          </w:p>
        </w:tc>
      </w:tr>
    </w:tbl>
    <w:p w14:paraId="54D451A4" w14:textId="77777777" w:rsidR="00B41BDB" w:rsidRDefault="00B41BDB"/>
    <w:p w14:paraId="704CE4C1" w14:textId="77777777" w:rsidR="00B41BDB" w:rsidRDefault="00177FF3">
      <w:r>
        <w:rPr>
          <w:b/>
          <w:color w:val="0099FF"/>
          <w:sz w:val="36"/>
        </w:rPr>
        <w:t>DISABILITY PARKING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77"/>
        <w:gridCol w:w="2875"/>
        <w:gridCol w:w="2878"/>
      </w:tblGrid>
      <w:tr w:rsidR="00B41BDB" w14:paraId="5887C5F9" w14:textId="77777777">
        <w:trPr>
          <w:jc w:val="center"/>
        </w:trPr>
        <w:tc>
          <w:tcPr>
            <w:tcW w:w="2880" w:type="dxa"/>
            <w:shd w:val="clear" w:color="auto" w:fill="0070C0"/>
          </w:tcPr>
          <w:p w14:paraId="50F0BAB2" w14:textId="77777777" w:rsidR="00B41BDB" w:rsidRDefault="00177FF3">
            <w:r>
              <w:t>Transaction</w:t>
            </w:r>
          </w:p>
        </w:tc>
        <w:tc>
          <w:tcPr>
            <w:tcW w:w="2880" w:type="dxa"/>
            <w:shd w:val="clear" w:color="auto" w:fill="0070C0"/>
          </w:tcPr>
          <w:p w14:paraId="3E371ECC" w14:textId="77777777" w:rsidR="00B41BDB" w:rsidRDefault="00177FF3">
            <w:r>
              <w:t>Fees</w:t>
            </w:r>
          </w:p>
        </w:tc>
        <w:tc>
          <w:tcPr>
            <w:tcW w:w="2880" w:type="dxa"/>
            <w:shd w:val="clear" w:color="auto" w:fill="0070C0"/>
          </w:tcPr>
          <w:p w14:paraId="63A553AB" w14:textId="77777777" w:rsidR="00B41BDB" w:rsidRDefault="00177FF3">
            <w:r>
              <w:t>Required Documents</w:t>
            </w:r>
          </w:p>
        </w:tc>
      </w:tr>
      <w:tr w:rsidR="00B41BDB" w14:paraId="6CF429B0" w14:textId="77777777">
        <w:trPr>
          <w:jc w:val="center"/>
        </w:trPr>
        <w:tc>
          <w:tcPr>
            <w:tcW w:w="2880" w:type="dxa"/>
          </w:tcPr>
          <w:p w14:paraId="6BC2CF26" w14:textId="77777777" w:rsidR="00B41BDB" w:rsidRDefault="00177FF3">
            <w:r>
              <w:t>First-time temporary or permanent disability parking placard</w:t>
            </w:r>
          </w:p>
        </w:tc>
        <w:tc>
          <w:tcPr>
            <w:tcW w:w="2880" w:type="dxa"/>
          </w:tcPr>
          <w:p w14:paraId="2B91E203" w14:textId="77777777" w:rsidR="00B41BDB" w:rsidRDefault="00177FF3">
            <w:r>
              <w:t>No cost</w:t>
            </w:r>
          </w:p>
        </w:tc>
        <w:tc>
          <w:tcPr>
            <w:tcW w:w="2880" w:type="dxa"/>
          </w:tcPr>
          <w:p w14:paraId="169854A6" w14:textId="77777777" w:rsidR="00B41BDB" w:rsidRDefault="00177FF3">
            <w:r>
              <w:t>Completed application with physician/licensed medical professional signature</w:t>
            </w:r>
          </w:p>
        </w:tc>
      </w:tr>
      <w:tr w:rsidR="00B41BDB" w14:paraId="049F8BEF" w14:textId="77777777">
        <w:trPr>
          <w:jc w:val="center"/>
        </w:trPr>
        <w:tc>
          <w:tcPr>
            <w:tcW w:w="2880" w:type="dxa"/>
          </w:tcPr>
          <w:p w14:paraId="6DF0266B" w14:textId="77777777" w:rsidR="00B41BDB" w:rsidRDefault="00177FF3">
            <w:r>
              <w:t>Renew permanent parking placard</w:t>
            </w:r>
          </w:p>
        </w:tc>
        <w:tc>
          <w:tcPr>
            <w:tcW w:w="2880" w:type="dxa"/>
          </w:tcPr>
          <w:p w14:paraId="30FEBCDA" w14:textId="77777777" w:rsidR="00B41BDB" w:rsidRDefault="00177FF3">
            <w:r>
              <w:t>No cost</w:t>
            </w:r>
          </w:p>
        </w:tc>
        <w:tc>
          <w:tcPr>
            <w:tcW w:w="2880" w:type="dxa"/>
          </w:tcPr>
          <w:p w14:paraId="379FB2EA" w14:textId="77777777" w:rsidR="00B41BDB" w:rsidRDefault="00177FF3">
            <w:r>
              <w:t>Michigan driver's license or state ID</w:t>
            </w:r>
          </w:p>
        </w:tc>
      </w:tr>
      <w:tr w:rsidR="00B41BDB" w14:paraId="6661C5B0" w14:textId="77777777">
        <w:trPr>
          <w:jc w:val="center"/>
        </w:trPr>
        <w:tc>
          <w:tcPr>
            <w:tcW w:w="2880" w:type="dxa"/>
          </w:tcPr>
          <w:p w14:paraId="77C809E4" w14:textId="77777777" w:rsidR="00B41BDB" w:rsidRDefault="00177FF3">
            <w:r>
              <w:t>Replace disability parking placard</w:t>
            </w:r>
          </w:p>
        </w:tc>
        <w:tc>
          <w:tcPr>
            <w:tcW w:w="2880" w:type="dxa"/>
          </w:tcPr>
          <w:p w14:paraId="50306743" w14:textId="77777777" w:rsidR="00B41BDB" w:rsidRDefault="00177FF3">
            <w:r>
              <w:t>$10.00</w:t>
            </w:r>
          </w:p>
        </w:tc>
        <w:tc>
          <w:tcPr>
            <w:tcW w:w="2880" w:type="dxa"/>
          </w:tcPr>
          <w:p w14:paraId="6BF663DB" w14:textId="77777777" w:rsidR="00B41BDB" w:rsidRDefault="00177FF3">
            <w:r>
              <w:t>Damaged placard OR Michigan driver's license/state ID</w:t>
            </w:r>
          </w:p>
        </w:tc>
      </w:tr>
      <w:tr w:rsidR="00B41BDB" w14:paraId="46A5CD2C" w14:textId="77777777">
        <w:trPr>
          <w:jc w:val="center"/>
        </w:trPr>
        <w:tc>
          <w:tcPr>
            <w:tcW w:w="2880" w:type="dxa"/>
          </w:tcPr>
          <w:p w14:paraId="4FE9D7F7" w14:textId="77777777" w:rsidR="00B41BDB" w:rsidRDefault="00177FF3">
            <w:r>
              <w:t>First-time disability license plate</w:t>
            </w:r>
          </w:p>
        </w:tc>
        <w:tc>
          <w:tcPr>
            <w:tcW w:w="2880" w:type="dxa"/>
          </w:tcPr>
          <w:p w14:paraId="590EEF34" w14:textId="77777777" w:rsidR="00B41BDB" w:rsidRDefault="00177FF3">
            <w:r>
              <w:t>$5.00</w:t>
            </w:r>
          </w:p>
        </w:tc>
        <w:tc>
          <w:tcPr>
            <w:tcW w:w="2880" w:type="dxa"/>
          </w:tcPr>
          <w:p w14:paraId="2CFB7AE1" w14:textId="77777777" w:rsidR="00B41BDB" w:rsidRDefault="00177FF3">
            <w:r>
              <w:t>Name/address change document</w:t>
            </w:r>
          </w:p>
        </w:tc>
      </w:tr>
      <w:tr w:rsidR="00B41BDB" w14:paraId="6AF81B32" w14:textId="77777777">
        <w:trPr>
          <w:jc w:val="center"/>
        </w:trPr>
        <w:tc>
          <w:tcPr>
            <w:tcW w:w="2880" w:type="dxa"/>
          </w:tcPr>
          <w:p w14:paraId="61BCFD1B" w14:textId="77777777" w:rsidR="00B41BDB" w:rsidRDefault="00177FF3">
            <w:r>
              <w:t>Organizational disability placard</w:t>
            </w:r>
          </w:p>
        </w:tc>
        <w:tc>
          <w:tcPr>
            <w:tcW w:w="2880" w:type="dxa"/>
          </w:tcPr>
          <w:p w14:paraId="2A46D2C5" w14:textId="77777777" w:rsidR="00B41BDB" w:rsidRDefault="00177FF3">
            <w:r>
              <w:t>No cost</w:t>
            </w:r>
          </w:p>
        </w:tc>
        <w:tc>
          <w:tcPr>
            <w:tcW w:w="2880" w:type="dxa"/>
          </w:tcPr>
          <w:p w14:paraId="7A10A0DC" w14:textId="77777777" w:rsidR="00B41BDB" w:rsidRDefault="00177FF3">
            <w:r>
              <w:t>Completed application with physician/licensed medical professional signature</w:t>
            </w:r>
          </w:p>
        </w:tc>
      </w:tr>
    </w:tbl>
    <w:p w14:paraId="4B382FFE" w14:textId="77777777" w:rsidR="00B41BDB" w:rsidRDefault="00B41BDB"/>
    <w:p w14:paraId="45961397" w14:textId="77777777" w:rsidR="00B41BDB" w:rsidRDefault="00177FF3">
      <w:r>
        <w:rPr>
          <w:b/>
          <w:color w:val="0099FF"/>
          <w:sz w:val="36"/>
        </w:rPr>
        <w:t>VOTER REGISTRATION</w:t>
      </w:r>
    </w:p>
    <w:p w14:paraId="297A6C69" w14:textId="77777777" w:rsidR="00B41BDB" w:rsidRDefault="00177FF3">
      <w:r>
        <w:t>• Register to vote</w:t>
      </w:r>
    </w:p>
    <w:p w14:paraId="589DC8D7" w14:textId="77777777" w:rsidR="00B41BDB" w:rsidRDefault="00177FF3">
      <w:r>
        <w:t>• Update voter registration (address)</w:t>
      </w:r>
    </w:p>
    <w:sectPr w:rsidR="00B41BD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6349991">
    <w:abstractNumId w:val="8"/>
  </w:num>
  <w:num w:numId="2" w16cid:durableId="1419405368">
    <w:abstractNumId w:val="6"/>
  </w:num>
  <w:num w:numId="3" w16cid:durableId="809398812">
    <w:abstractNumId w:val="5"/>
  </w:num>
  <w:num w:numId="4" w16cid:durableId="112408014">
    <w:abstractNumId w:val="4"/>
  </w:num>
  <w:num w:numId="5" w16cid:durableId="1090925122">
    <w:abstractNumId w:val="7"/>
  </w:num>
  <w:num w:numId="6" w16cid:durableId="1374577435">
    <w:abstractNumId w:val="3"/>
  </w:num>
  <w:num w:numId="7" w16cid:durableId="1142429799">
    <w:abstractNumId w:val="2"/>
  </w:num>
  <w:num w:numId="8" w16cid:durableId="2141607777">
    <w:abstractNumId w:val="1"/>
  </w:num>
  <w:num w:numId="9" w16cid:durableId="1084299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58F"/>
    <w:rsid w:val="00034616"/>
    <w:rsid w:val="0006063C"/>
    <w:rsid w:val="0015074B"/>
    <w:rsid w:val="00177FF3"/>
    <w:rsid w:val="0029639D"/>
    <w:rsid w:val="00326F90"/>
    <w:rsid w:val="00AA1D8D"/>
    <w:rsid w:val="00B41BDB"/>
    <w:rsid w:val="00B47730"/>
    <w:rsid w:val="00CB0664"/>
    <w:rsid w:val="00EE08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6E8ACB"/>
  <w14:defaultImageDpi w14:val="300"/>
  <w15:docId w15:val="{0EF6D6DC-4AC0-45B1-BB8F-18986B9B6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1959</Characters>
  <Application>Microsoft Office Word</Application>
  <DocSecurity>0</DocSecurity>
  <Lines>59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Orion Watson</dc:creator>
  <cp:keywords/>
  <dc:description>generated by python-docx</dc:description>
  <cp:lastModifiedBy>Orion Watson</cp:lastModifiedBy>
  <cp:revision>2</cp:revision>
  <dcterms:created xsi:type="dcterms:W3CDTF">2026-09-30T18:45:00Z</dcterms:created>
  <dcterms:modified xsi:type="dcterms:W3CDTF">2026-09-30T18:45:00Z</dcterms:modified>
  <cp:category/>
</cp:coreProperties>
</file>