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F8065" w14:textId="77777777" w:rsidR="001026C7" w:rsidRDefault="00923B75">
      <w:pPr>
        <w:spacing w:after="0"/>
        <w:jc w:val="center"/>
      </w:pPr>
      <w:r>
        <w:rPr>
          <w:rFonts w:ascii="Arial" w:hAnsi="Arial"/>
          <w:b/>
          <w:sz w:val="32"/>
        </w:rPr>
        <w:t>DUPLIN COUNTY SCHOOLS</w:t>
      </w:r>
    </w:p>
    <w:p w14:paraId="63BD8B84" w14:textId="77777777" w:rsidR="001026C7" w:rsidRDefault="00923B75">
      <w:pPr>
        <w:spacing w:after="20"/>
        <w:jc w:val="center"/>
      </w:pPr>
      <w:r>
        <w:rPr>
          <w:rFonts w:ascii="Arial" w:hAnsi="Arial"/>
          <w:b/>
        </w:rPr>
        <w:t>OCTOBER 2026 HEAD START / AFTER SCHOOL SNACK MENU WITH CARBOHYDRATE COUNTS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041"/>
        <w:gridCol w:w="3041"/>
        <w:gridCol w:w="3041"/>
        <w:gridCol w:w="3041"/>
        <w:gridCol w:w="3041"/>
      </w:tblGrid>
      <w:tr w:rsidR="001026C7" w14:paraId="685FB3BA" w14:textId="77777777">
        <w:tc>
          <w:tcPr>
            <w:tcW w:w="3041" w:type="dxa"/>
            <w:shd w:val="clear" w:color="auto" w:fill="D9EAF7"/>
          </w:tcPr>
          <w:p w14:paraId="799E2549" w14:textId="77777777" w:rsidR="001026C7" w:rsidRDefault="00923B75">
            <w:pPr>
              <w:jc w:val="center"/>
            </w:pPr>
            <w:r>
              <w:rPr>
                <w:rFonts w:ascii="Arial" w:hAnsi="Arial"/>
                <w:sz w:val="18"/>
              </w:rPr>
              <w:t>PROGRAM</w:t>
            </w:r>
          </w:p>
        </w:tc>
        <w:tc>
          <w:tcPr>
            <w:tcW w:w="3041" w:type="dxa"/>
            <w:shd w:val="clear" w:color="auto" w:fill="D9EAF7"/>
          </w:tcPr>
          <w:p w14:paraId="430955A9" w14:textId="77777777" w:rsidR="001026C7" w:rsidRDefault="00923B75">
            <w:pPr>
              <w:jc w:val="center"/>
            </w:pPr>
            <w:r>
              <w:rPr>
                <w:rFonts w:ascii="Arial" w:hAnsi="Arial"/>
                <w:sz w:val="18"/>
              </w:rPr>
              <w:t>MILK</w:t>
            </w:r>
          </w:p>
        </w:tc>
        <w:tc>
          <w:tcPr>
            <w:tcW w:w="3041" w:type="dxa"/>
            <w:shd w:val="clear" w:color="auto" w:fill="D9EAF7"/>
          </w:tcPr>
          <w:p w14:paraId="5827FCD9" w14:textId="77777777" w:rsidR="001026C7" w:rsidRDefault="00923B75">
            <w:pPr>
              <w:jc w:val="center"/>
            </w:pPr>
            <w:r>
              <w:rPr>
                <w:rFonts w:ascii="Arial" w:hAnsi="Arial"/>
                <w:sz w:val="18"/>
              </w:rPr>
              <w:t>MEAT/MEAT ALT.</w:t>
            </w:r>
          </w:p>
        </w:tc>
        <w:tc>
          <w:tcPr>
            <w:tcW w:w="3041" w:type="dxa"/>
            <w:shd w:val="clear" w:color="auto" w:fill="D9EAF7"/>
          </w:tcPr>
          <w:p w14:paraId="111C037A" w14:textId="77777777" w:rsidR="001026C7" w:rsidRDefault="00923B75">
            <w:pPr>
              <w:jc w:val="center"/>
            </w:pPr>
            <w:r>
              <w:rPr>
                <w:rFonts w:ascii="Arial" w:hAnsi="Arial"/>
                <w:sz w:val="18"/>
              </w:rPr>
              <w:t>GRAIN</w:t>
            </w:r>
          </w:p>
        </w:tc>
        <w:tc>
          <w:tcPr>
            <w:tcW w:w="3041" w:type="dxa"/>
            <w:shd w:val="clear" w:color="auto" w:fill="D9EAF7"/>
          </w:tcPr>
          <w:p w14:paraId="7ABE0F59" w14:textId="77777777" w:rsidR="001026C7" w:rsidRDefault="00923B75">
            <w:pPr>
              <w:jc w:val="center"/>
            </w:pPr>
            <w:r>
              <w:rPr>
                <w:rFonts w:ascii="Arial" w:hAnsi="Arial"/>
                <w:sz w:val="18"/>
              </w:rPr>
              <w:t>FRUIT/VEG</w:t>
            </w:r>
          </w:p>
        </w:tc>
      </w:tr>
      <w:tr w:rsidR="001026C7" w14:paraId="288399AE" w14:textId="77777777">
        <w:tc>
          <w:tcPr>
            <w:tcW w:w="3041" w:type="dxa"/>
          </w:tcPr>
          <w:p w14:paraId="3A7EE413" w14:textId="77777777" w:rsidR="001026C7" w:rsidRDefault="00923B75">
            <w:pPr>
              <w:jc w:val="center"/>
            </w:pPr>
            <w:r>
              <w:rPr>
                <w:rFonts w:ascii="Arial" w:hAnsi="Arial"/>
                <w:sz w:val="18"/>
              </w:rPr>
              <w:t>Pre-K</w:t>
            </w:r>
            <w:r>
              <w:rPr>
                <w:rFonts w:ascii="Arial" w:hAnsi="Arial"/>
                <w:sz w:val="18"/>
              </w:rPr>
              <w:br/>
              <w:t>Juice: 4 oz</w:t>
            </w:r>
          </w:p>
        </w:tc>
        <w:tc>
          <w:tcPr>
            <w:tcW w:w="3041" w:type="dxa"/>
          </w:tcPr>
          <w:p w14:paraId="31009042" w14:textId="77777777" w:rsidR="001026C7" w:rsidRDefault="00923B75">
            <w:pPr>
              <w:jc w:val="center"/>
            </w:pPr>
            <w:r>
              <w:rPr>
                <w:rFonts w:ascii="Arial" w:hAnsi="Arial"/>
                <w:sz w:val="18"/>
              </w:rPr>
              <w:t>8 oz (1 cup)</w:t>
            </w:r>
          </w:p>
        </w:tc>
        <w:tc>
          <w:tcPr>
            <w:tcW w:w="3041" w:type="dxa"/>
          </w:tcPr>
          <w:p w14:paraId="7DAB0844" w14:textId="77777777" w:rsidR="001026C7" w:rsidRDefault="00923B75">
            <w:pPr>
              <w:jc w:val="center"/>
            </w:pPr>
            <w:r>
              <w:rPr>
                <w:rFonts w:ascii="Arial" w:hAnsi="Arial"/>
                <w:sz w:val="18"/>
              </w:rPr>
              <w:t>½ oz eq</w:t>
            </w:r>
          </w:p>
        </w:tc>
        <w:tc>
          <w:tcPr>
            <w:tcW w:w="3041" w:type="dxa"/>
          </w:tcPr>
          <w:p w14:paraId="2569262B" w14:textId="77777777" w:rsidR="001026C7" w:rsidRDefault="00923B75">
            <w:pPr>
              <w:jc w:val="center"/>
            </w:pPr>
            <w:r>
              <w:rPr>
                <w:rFonts w:ascii="Arial" w:hAnsi="Arial"/>
                <w:sz w:val="18"/>
              </w:rPr>
              <w:t>½ oz eq</w:t>
            </w:r>
          </w:p>
        </w:tc>
        <w:tc>
          <w:tcPr>
            <w:tcW w:w="3041" w:type="dxa"/>
          </w:tcPr>
          <w:p w14:paraId="4DEA1710" w14:textId="77777777" w:rsidR="001026C7" w:rsidRDefault="00923B75">
            <w:pPr>
              <w:jc w:val="center"/>
            </w:pPr>
            <w:r>
              <w:rPr>
                <w:rFonts w:ascii="Arial" w:hAnsi="Arial"/>
                <w:sz w:val="18"/>
              </w:rPr>
              <w:t>½ cup</w:t>
            </w:r>
          </w:p>
        </w:tc>
      </w:tr>
      <w:tr w:rsidR="001026C7" w14:paraId="3B0A108C" w14:textId="77777777">
        <w:tc>
          <w:tcPr>
            <w:tcW w:w="3041" w:type="dxa"/>
          </w:tcPr>
          <w:p w14:paraId="5BAB6C05" w14:textId="77777777" w:rsidR="001026C7" w:rsidRDefault="00923B75">
            <w:pPr>
              <w:jc w:val="center"/>
            </w:pPr>
            <w:r>
              <w:rPr>
                <w:rFonts w:ascii="Arial" w:hAnsi="Arial"/>
                <w:sz w:val="18"/>
              </w:rPr>
              <w:t>After School</w:t>
            </w:r>
            <w:r>
              <w:rPr>
                <w:rFonts w:ascii="Arial" w:hAnsi="Arial"/>
                <w:sz w:val="18"/>
              </w:rPr>
              <w:br/>
              <w:t>Juice: 4 oz</w:t>
            </w:r>
          </w:p>
        </w:tc>
        <w:tc>
          <w:tcPr>
            <w:tcW w:w="3041" w:type="dxa"/>
          </w:tcPr>
          <w:p w14:paraId="5A5BE46A" w14:textId="77777777" w:rsidR="001026C7" w:rsidRDefault="00923B75">
            <w:pPr>
              <w:jc w:val="center"/>
            </w:pPr>
            <w:r>
              <w:rPr>
                <w:rFonts w:ascii="Arial" w:hAnsi="Arial"/>
                <w:sz w:val="18"/>
              </w:rPr>
              <w:t>8 oz (1 cup)</w:t>
            </w:r>
          </w:p>
        </w:tc>
        <w:tc>
          <w:tcPr>
            <w:tcW w:w="3041" w:type="dxa"/>
          </w:tcPr>
          <w:p w14:paraId="1256A63B" w14:textId="77777777" w:rsidR="001026C7" w:rsidRDefault="00923B75">
            <w:pPr>
              <w:jc w:val="center"/>
            </w:pPr>
            <w:r>
              <w:rPr>
                <w:rFonts w:ascii="Arial" w:hAnsi="Arial"/>
                <w:sz w:val="18"/>
              </w:rPr>
              <w:t>1 oz eq</w:t>
            </w:r>
          </w:p>
        </w:tc>
        <w:tc>
          <w:tcPr>
            <w:tcW w:w="3041" w:type="dxa"/>
          </w:tcPr>
          <w:p w14:paraId="2133D23E" w14:textId="77777777" w:rsidR="001026C7" w:rsidRDefault="00923B75">
            <w:pPr>
              <w:jc w:val="center"/>
            </w:pPr>
            <w:r>
              <w:rPr>
                <w:rFonts w:ascii="Arial" w:hAnsi="Arial"/>
                <w:sz w:val="18"/>
              </w:rPr>
              <w:t>1 oz eq</w:t>
            </w:r>
          </w:p>
        </w:tc>
        <w:tc>
          <w:tcPr>
            <w:tcW w:w="3041" w:type="dxa"/>
          </w:tcPr>
          <w:p w14:paraId="5C155FD3" w14:textId="77777777" w:rsidR="001026C7" w:rsidRDefault="00923B75">
            <w:pPr>
              <w:jc w:val="center"/>
            </w:pPr>
            <w:r>
              <w:rPr>
                <w:rFonts w:ascii="Arial" w:hAnsi="Arial"/>
                <w:sz w:val="18"/>
              </w:rPr>
              <w:t>¾ cup</w:t>
            </w:r>
          </w:p>
        </w:tc>
      </w:tr>
    </w:tbl>
    <w:p w14:paraId="0C299E1C" w14:textId="77777777" w:rsidR="001026C7" w:rsidRDefault="001026C7">
      <w:pPr>
        <w:spacing w:after="20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041"/>
        <w:gridCol w:w="3041"/>
        <w:gridCol w:w="3041"/>
        <w:gridCol w:w="3041"/>
        <w:gridCol w:w="3041"/>
      </w:tblGrid>
      <w:tr w:rsidR="001026C7" w14:paraId="17928023" w14:textId="77777777">
        <w:tc>
          <w:tcPr>
            <w:tcW w:w="3041" w:type="dxa"/>
            <w:shd w:val="clear" w:color="auto" w:fill="1F4E79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3A34415" w14:textId="77777777" w:rsidR="001026C7" w:rsidRDefault="00923B75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MONDAY</w:t>
            </w:r>
          </w:p>
        </w:tc>
        <w:tc>
          <w:tcPr>
            <w:tcW w:w="3041" w:type="dxa"/>
            <w:shd w:val="clear" w:color="auto" w:fill="1F4E79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9779E0B" w14:textId="77777777" w:rsidR="001026C7" w:rsidRDefault="00923B75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TUESDAY</w:t>
            </w:r>
          </w:p>
        </w:tc>
        <w:tc>
          <w:tcPr>
            <w:tcW w:w="3041" w:type="dxa"/>
            <w:shd w:val="clear" w:color="auto" w:fill="1F4E79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CF6B941" w14:textId="77777777" w:rsidR="001026C7" w:rsidRDefault="00923B75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WEDNESDAY</w:t>
            </w:r>
          </w:p>
        </w:tc>
        <w:tc>
          <w:tcPr>
            <w:tcW w:w="3041" w:type="dxa"/>
            <w:shd w:val="clear" w:color="auto" w:fill="1F4E79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02DC15D" w14:textId="77777777" w:rsidR="001026C7" w:rsidRDefault="00923B75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THURSDAY</w:t>
            </w:r>
          </w:p>
        </w:tc>
        <w:tc>
          <w:tcPr>
            <w:tcW w:w="3041" w:type="dxa"/>
            <w:shd w:val="clear" w:color="auto" w:fill="1F4E79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65FE2F4" w14:textId="77777777" w:rsidR="001026C7" w:rsidRDefault="00923B75">
            <w:pPr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FRIDAY</w:t>
            </w:r>
          </w:p>
        </w:tc>
      </w:tr>
      <w:tr w:rsidR="001026C7" w14:paraId="79FC3F2B" w14:textId="77777777">
        <w:trPr>
          <w:trHeight w:hRule="exact" w:val="1325"/>
        </w:trPr>
        <w:tc>
          <w:tcPr>
            <w:tcW w:w="2995" w:type="dxa"/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4A7BDB" w14:textId="77777777" w:rsidR="001026C7" w:rsidRDefault="001026C7">
            <w:pPr>
              <w:jc w:val="center"/>
            </w:pPr>
          </w:p>
        </w:tc>
        <w:tc>
          <w:tcPr>
            <w:tcW w:w="2995" w:type="dxa"/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7E62CA" w14:textId="77777777" w:rsidR="001026C7" w:rsidRDefault="001026C7">
            <w:pPr>
              <w:jc w:val="center"/>
            </w:pPr>
          </w:p>
        </w:tc>
        <w:tc>
          <w:tcPr>
            <w:tcW w:w="2995" w:type="dxa"/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0BE3D" w14:textId="77777777" w:rsidR="001026C7" w:rsidRDefault="001026C7">
            <w:pPr>
              <w:jc w:val="center"/>
            </w:pPr>
          </w:p>
        </w:tc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AF28B7" w14:textId="77777777" w:rsidR="00662762" w:rsidRDefault="00877694">
            <w:pPr>
              <w:jc w:val="center"/>
            </w:pPr>
            <w:r>
              <w:rPr>
                <w:rFonts w:ascii="Arial" w:hAnsi="Arial"/>
                <w:sz w:val="18"/>
              </w:rPr>
              <w:t>OCTOBER 1</w:t>
            </w:r>
            <w:r>
              <w:rPr>
                <w:rFonts w:ascii="Arial" w:hAnsi="Arial"/>
                <w:sz w:val="18"/>
              </w:rPr>
              <w:br/>
              <w:t>Goldfish Crackers (WG) (20g*)</w:t>
            </w:r>
            <w:r>
              <w:rPr>
                <w:rFonts w:ascii="Arial" w:hAnsi="Arial"/>
                <w:sz w:val="18"/>
              </w:rPr>
              <w:br/>
              <w:t>Apple Juice (15g*)</w:t>
            </w:r>
          </w:p>
        </w:tc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B9C661" w14:textId="77777777" w:rsidR="00662762" w:rsidRDefault="00877694">
            <w:pPr>
              <w:jc w:val="center"/>
            </w:pPr>
            <w:r>
              <w:rPr>
                <w:rFonts w:ascii="Arial" w:hAnsi="Arial"/>
                <w:sz w:val="18"/>
              </w:rPr>
              <w:t>OCTOBER 2</w:t>
            </w:r>
            <w:r>
              <w:rPr>
                <w:rFonts w:ascii="Arial" w:hAnsi="Arial"/>
                <w:sz w:val="18"/>
              </w:rPr>
              <w:br/>
              <w:t>Graham Crackers (WG) (22g*)</w:t>
            </w:r>
            <w:r>
              <w:rPr>
                <w:rFonts w:ascii="Arial" w:hAnsi="Arial"/>
                <w:sz w:val="18"/>
              </w:rPr>
              <w:br/>
              <w:t>Milk (12g)</w:t>
            </w:r>
          </w:p>
        </w:tc>
      </w:tr>
      <w:tr w:rsidR="001026C7" w14:paraId="44FCA5A7" w14:textId="77777777">
        <w:trPr>
          <w:trHeight w:hRule="exact" w:val="1325"/>
        </w:trPr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103CD8" w14:textId="77777777" w:rsidR="00662762" w:rsidRDefault="00877694">
            <w:pPr>
              <w:jc w:val="center"/>
            </w:pPr>
            <w:r>
              <w:rPr>
                <w:rFonts w:ascii="Arial" w:hAnsi="Arial"/>
                <w:sz w:val="18"/>
              </w:rPr>
              <w:t>OCTOBER 5</w:t>
            </w:r>
            <w:r>
              <w:rPr>
                <w:rFonts w:ascii="Arial" w:hAnsi="Arial"/>
                <w:sz w:val="18"/>
              </w:rPr>
              <w:br/>
              <w:t>Pretzels (WG) (23g*)</w:t>
            </w:r>
            <w:r>
              <w:rPr>
                <w:rFonts w:ascii="Arial" w:hAnsi="Arial"/>
                <w:sz w:val="18"/>
              </w:rPr>
              <w:br/>
              <w:t>Milk (12g)</w:t>
            </w:r>
          </w:p>
        </w:tc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B1DC8" w14:textId="77777777" w:rsidR="00662762" w:rsidRDefault="00877694">
            <w:pPr>
              <w:jc w:val="center"/>
            </w:pPr>
            <w:r>
              <w:rPr>
                <w:rFonts w:ascii="Arial" w:hAnsi="Arial"/>
                <w:sz w:val="18"/>
              </w:rPr>
              <w:t>OCTOBER 6</w:t>
            </w:r>
            <w:r>
              <w:rPr>
                <w:rFonts w:ascii="Arial" w:hAnsi="Arial"/>
                <w:sz w:val="18"/>
              </w:rPr>
              <w:br/>
              <w:t>Lemon Bread (WG) (30g*)</w:t>
            </w:r>
            <w:r>
              <w:rPr>
                <w:rFonts w:ascii="Arial" w:hAnsi="Arial"/>
                <w:sz w:val="18"/>
              </w:rPr>
              <w:br/>
              <w:t>Milk (12g)</w:t>
            </w:r>
          </w:p>
        </w:tc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B27067" w14:textId="77777777" w:rsidR="00662762" w:rsidRDefault="00877694">
            <w:pPr>
              <w:jc w:val="center"/>
            </w:pPr>
            <w:r>
              <w:rPr>
                <w:rFonts w:ascii="Arial" w:hAnsi="Arial"/>
                <w:sz w:val="18"/>
              </w:rPr>
              <w:t>OCTOBER 7</w:t>
            </w:r>
            <w:r>
              <w:rPr>
                <w:rFonts w:ascii="Arial" w:hAnsi="Arial"/>
                <w:sz w:val="18"/>
              </w:rPr>
              <w:br/>
              <w:t>Cheez-It Crackers (WG) (22g*)</w:t>
            </w:r>
            <w:r>
              <w:rPr>
                <w:rFonts w:ascii="Arial" w:hAnsi="Arial"/>
                <w:sz w:val="18"/>
              </w:rPr>
              <w:br/>
              <w:t>Milk (12g)</w:t>
            </w:r>
          </w:p>
        </w:tc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8EE4BB" w14:textId="77777777" w:rsidR="00662762" w:rsidRDefault="00877694">
            <w:pPr>
              <w:jc w:val="center"/>
            </w:pPr>
            <w:r>
              <w:rPr>
                <w:rFonts w:ascii="Arial" w:hAnsi="Arial"/>
                <w:sz w:val="18"/>
              </w:rPr>
              <w:t>OCTOBER 8</w:t>
            </w:r>
            <w:r>
              <w:rPr>
                <w:rFonts w:ascii="Arial" w:hAnsi="Arial"/>
                <w:sz w:val="18"/>
              </w:rPr>
              <w:br/>
              <w:t>Tostitos Whole Grain (WG) (18g*)</w:t>
            </w:r>
            <w:r>
              <w:rPr>
                <w:rFonts w:ascii="Arial" w:hAnsi="Arial"/>
                <w:sz w:val="18"/>
              </w:rPr>
              <w:br/>
              <w:t>Juice (15g*)</w:t>
            </w:r>
          </w:p>
        </w:tc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E98E16" w14:textId="77777777" w:rsidR="00662762" w:rsidRDefault="00877694">
            <w:pPr>
              <w:jc w:val="center"/>
            </w:pPr>
            <w:r>
              <w:rPr>
                <w:rFonts w:ascii="Arial" w:hAnsi="Arial"/>
                <w:sz w:val="18"/>
              </w:rPr>
              <w:t>OCTOBER 9</w:t>
            </w:r>
            <w:r>
              <w:rPr>
                <w:rFonts w:ascii="Arial" w:hAnsi="Arial"/>
                <w:sz w:val="18"/>
              </w:rPr>
              <w:br/>
              <w:t>Blueberry Bread (WG) (30g*)</w:t>
            </w:r>
            <w:r>
              <w:rPr>
                <w:rFonts w:ascii="Arial" w:hAnsi="Arial"/>
                <w:sz w:val="18"/>
              </w:rPr>
              <w:br/>
              <w:t>Milk (12g)</w:t>
            </w:r>
          </w:p>
        </w:tc>
      </w:tr>
      <w:tr w:rsidR="001026C7" w14:paraId="42C94254" w14:textId="77777777">
        <w:trPr>
          <w:trHeight w:hRule="exact" w:val="1325"/>
        </w:trPr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BD255" w14:textId="77777777" w:rsidR="00662762" w:rsidRDefault="00877694">
            <w:pPr>
              <w:jc w:val="center"/>
            </w:pPr>
            <w:r>
              <w:rPr>
                <w:rFonts w:ascii="Arial" w:hAnsi="Arial"/>
                <w:sz w:val="18"/>
              </w:rPr>
              <w:t>OCTOBER 12</w:t>
            </w:r>
            <w:r>
              <w:rPr>
                <w:rFonts w:ascii="Arial" w:hAnsi="Arial"/>
                <w:sz w:val="18"/>
              </w:rPr>
              <w:br/>
              <w:t>Goldfish Crackers (WG) (20g*)</w:t>
            </w:r>
            <w:r>
              <w:rPr>
                <w:rFonts w:ascii="Arial" w:hAnsi="Arial"/>
                <w:sz w:val="18"/>
              </w:rPr>
              <w:br/>
              <w:t>Milk (12g)</w:t>
            </w:r>
          </w:p>
        </w:tc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70D879" w14:textId="77777777" w:rsidR="001026C7" w:rsidRDefault="00923B75">
            <w:pPr>
              <w:jc w:val="center"/>
            </w:pPr>
            <w:r>
              <w:rPr>
                <w:rFonts w:ascii="Arial" w:hAnsi="Arial"/>
                <w:sz w:val="18"/>
              </w:rPr>
              <w:t>OCTOBER 13</w:t>
            </w:r>
            <w:r>
              <w:rPr>
                <w:rFonts w:ascii="Arial" w:hAnsi="Arial"/>
                <w:sz w:val="18"/>
              </w:rPr>
              <w:br/>
              <w:t>Blueberry Pop-Tart (WG) (38g*)</w:t>
            </w:r>
            <w:r>
              <w:rPr>
                <w:rFonts w:ascii="Arial" w:hAnsi="Arial"/>
                <w:sz w:val="18"/>
              </w:rPr>
              <w:br/>
              <w:t>Milk (12g)</w:t>
            </w:r>
          </w:p>
        </w:tc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2D92BE" w14:textId="77777777" w:rsidR="00662762" w:rsidRDefault="00877694">
            <w:pPr>
              <w:jc w:val="center"/>
            </w:pPr>
            <w:r>
              <w:rPr>
                <w:rFonts w:ascii="Arial" w:hAnsi="Arial"/>
                <w:sz w:val="18"/>
              </w:rPr>
              <w:t>OCTOBER 14</w:t>
            </w:r>
            <w:r>
              <w:rPr>
                <w:rFonts w:ascii="Arial" w:hAnsi="Arial"/>
                <w:sz w:val="18"/>
              </w:rPr>
              <w:br/>
              <w:t>Strawberry Cup (12g)</w:t>
            </w:r>
            <w:r>
              <w:rPr>
                <w:rFonts w:ascii="Arial" w:hAnsi="Arial"/>
                <w:sz w:val="18"/>
              </w:rPr>
              <w:br/>
              <w:t>Graham Crackers (WG) (22g*)</w:t>
            </w:r>
          </w:p>
        </w:tc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63555E" w14:textId="77777777" w:rsidR="00662762" w:rsidRDefault="00877694">
            <w:pPr>
              <w:jc w:val="center"/>
            </w:pPr>
            <w:r>
              <w:rPr>
                <w:rFonts w:ascii="Arial" w:hAnsi="Arial"/>
                <w:sz w:val="18"/>
              </w:rPr>
              <w:t>OCTOBER 15</w:t>
            </w:r>
            <w:r>
              <w:rPr>
                <w:rFonts w:ascii="Arial" w:hAnsi="Arial"/>
                <w:sz w:val="18"/>
              </w:rPr>
              <w:br/>
              <w:t>Strawberry Yogurt (20g*)</w:t>
            </w:r>
            <w:r>
              <w:rPr>
                <w:rFonts w:ascii="Arial" w:hAnsi="Arial"/>
                <w:sz w:val="18"/>
              </w:rPr>
              <w:br/>
              <w:t>Blueberry Mini Loaf (WG) (30g*)</w:t>
            </w:r>
          </w:p>
        </w:tc>
        <w:tc>
          <w:tcPr>
            <w:tcW w:w="2995" w:type="dxa"/>
            <w:shd w:val="clear" w:color="auto" w:fill="FFF2CC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CEE8E3" w14:textId="77777777" w:rsidR="001026C7" w:rsidRDefault="00923B75">
            <w:pPr>
              <w:spacing w:line="216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OCTOBER 16</w:t>
            </w:r>
            <w:r>
              <w:rPr>
                <w:rFonts w:ascii="Arial" w:hAnsi="Arial"/>
                <w:b/>
                <w:sz w:val="18"/>
              </w:rPr>
              <w:br/>
              <w:t>NO SCHOOL</w:t>
            </w:r>
          </w:p>
        </w:tc>
      </w:tr>
      <w:tr w:rsidR="001026C7" w14:paraId="5BFAB369" w14:textId="77777777">
        <w:trPr>
          <w:trHeight w:hRule="exact" w:val="1325"/>
        </w:trPr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025FA4" w14:textId="77777777" w:rsidR="00662762" w:rsidRDefault="00877694">
            <w:pPr>
              <w:jc w:val="center"/>
            </w:pPr>
            <w:r>
              <w:rPr>
                <w:rFonts w:ascii="Arial" w:hAnsi="Arial"/>
                <w:sz w:val="18"/>
              </w:rPr>
              <w:t>OCTOBER 19</w:t>
            </w:r>
            <w:r>
              <w:rPr>
                <w:rFonts w:ascii="Arial" w:hAnsi="Arial"/>
                <w:sz w:val="18"/>
              </w:rPr>
              <w:br/>
              <w:t>Peach Cup (17g)</w:t>
            </w:r>
            <w:r>
              <w:rPr>
                <w:rFonts w:ascii="Arial" w:hAnsi="Arial"/>
                <w:sz w:val="18"/>
              </w:rPr>
              <w:br/>
              <w:t>Graham Crackers (WG) (22g*)</w:t>
            </w:r>
          </w:p>
        </w:tc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1BE938" w14:textId="77777777" w:rsidR="00662762" w:rsidRDefault="00877694">
            <w:pPr>
              <w:jc w:val="center"/>
            </w:pPr>
            <w:r>
              <w:rPr>
                <w:rFonts w:ascii="Arial" w:hAnsi="Arial"/>
                <w:sz w:val="18"/>
              </w:rPr>
              <w:t>OCTOBER 20</w:t>
            </w:r>
            <w:r>
              <w:rPr>
                <w:rFonts w:ascii="Arial" w:hAnsi="Arial"/>
                <w:sz w:val="18"/>
              </w:rPr>
              <w:br/>
              <w:t xml:space="preserve">Goldfish Crackers (WG) </w:t>
            </w:r>
            <w:r>
              <w:rPr>
                <w:rFonts w:ascii="Arial" w:hAnsi="Arial"/>
                <w:sz w:val="18"/>
              </w:rPr>
              <w:t>(20g*)</w:t>
            </w:r>
            <w:r>
              <w:rPr>
                <w:rFonts w:ascii="Arial" w:hAnsi="Arial"/>
                <w:sz w:val="18"/>
              </w:rPr>
              <w:br/>
              <w:t>Milk (12g)</w:t>
            </w:r>
          </w:p>
        </w:tc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CF16F5" w14:textId="77777777" w:rsidR="00662762" w:rsidRDefault="00877694">
            <w:pPr>
              <w:jc w:val="center"/>
            </w:pPr>
            <w:r>
              <w:rPr>
                <w:rFonts w:ascii="Arial" w:hAnsi="Arial"/>
                <w:sz w:val="18"/>
              </w:rPr>
              <w:t>OCTOBER 21</w:t>
            </w:r>
            <w:r>
              <w:rPr>
                <w:rFonts w:ascii="Arial" w:hAnsi="Arial"/>
                <w:sz w:val="18"/>
              </w:rPr>
              <w:br/>
              <w:t>Doritos (WG) (18g*)</w:t>
            </w:r>
            <w:r>
              <w:rPr>
                <w:rFonts w:ascii="Arial" w:hAnsi="Arial"/>
                <w:sz w:val="18"/>
              </w:rPr>
              <w:br/>
              <w:t>Juice (15g*)</w:t>
            </w:r>
          </w:p>
        </w:tc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09A89" w14:textId="77777777" w:rsidR="00662762" w:rsidRDefault="00877694">
            <w:pPr>
              <w:jc w:val="center"/>
            </w:pPr>
            <w:r>
              <w:rPr>
                <w:rFonts w:ascii="Arial" w:hAnsi="Arial"/>
                <w:sz w:val="18"/>
              </w:rPr>
              <w:t>OCTOBER 22</w:t>
            </w:r>
            <w:r>
              <w:rPr>
                <w:rFonts w:ascii="Arial" w:hAnsi="Arial"/>
                <w:sz w:val="18"/>
              </w:rPr>
              <w:br/>
              <w:t>Mozzarella Cheese Stick (1g*)</w:t>
            </w:r>
            <w:r>
              <w:rPr>
                <w:rFonts w:ascii="Arial" w:hAnsi="Arial"/>
                <w:sz w:val="18"/>
              </w:rPr>
              <w:br/>
              <w:t>Crackers (WG) (22g*)</w:t>
            </w:r>
          </w:p>
        </w:tc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2531F8" w14:textId="77777777" w:rsidR="00662762" w:rsidRDefault="00877694">
            <w:pPr>
              <w:jc w:val="center"/>
            </w:pPr>
            <w:r>
              <w:rPr>
                <w:rFonts w:ascii="Arial" w:hAnsi="Arial"/>
                <w:sz w:val="18"/>
              </w:rPr>
              <w:t>OCTOBER 23</w:t>
            </w:r>
            <w:r>
              <w:rPr>
                <w:rFonts w:ascii="Arial" w:hAnsi="Arial"/>
                <w:sz w:val="18"/>
              </w:rPr>
              <w:br/>
              <w:t>Lemon Bread (WG) (30g*)</w:t>
            </w:r>
            <w:r>
              <w:rPr>
                <w:rFonts w:ascii="Arial" w:hAnsi="Arial"/>
                <w:sz w:val="18"/>
              </w:rPr>
              <w:br/>
              <w:t>Milk (12g)</w:t>
            </w:r>
          </w:p>
        </w:tc>
      </w:tr>
      <w:tr w:rsidR="001026C7" w14:paraId="0351C2AE" w14:textId="77777777">
        <w:trPr>
          <w:trHeight w:hRule="exact" w:val="1325"/>
        </w:trPr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1A573" w14:textId="77777777" w:rsidR="001026C7" w:rsidRDefault="00923B75">
            <w:pPr>
              <w:jc w:val="center"/>
            </w:pPr>
            <w:r>
              <w:rPr>
                <w:rFonts w:ascii="Arial" w:hAnsi="Arial"/>
                <w:sz w:val="18"/>
              </w:rPr>
              <w:t>OCTOBER 26</w:t>
            </w:r>
            <w:r>
              <w:rPr>
                <w:rFonts w:ascii="Arial" w:hAnsi="Arial"/>
                <w:sz w:val="18"/>
              </w:rPr>
              <w:br/>
              <w:t>Applesauce Cup (12g)</w:t>
            </w:r>
            <w:r>
              <w:rPr>
                <w:rFonts w:ascii="Arial" w:hAnsi="Arial"/>
                <w:sz w:val="18"/>
              </w:rPr>
              <w:br/>
              <w:t>Milk (12g)</w:t>
            </w:r>
          </w:p>
        </w:tc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F5129C" w14:textId="77777777" w:rsidR="00662762" w:rsidRDefault="00877694">
            <w:pPr>
              <w:jc w:val="center"/>
            </w:pPr>
            <w:r>
              <w:rPr>
                <w:rFonts w:ascii="Arial" w:hAnsi="Arial"/>
                <w:sz w:val="18"/>
              </w:rPr>
              <w:t>OCTOBER 27</w:t>
            </w:r>
            <w:r>
              <w:rPr>
                <w:rFonts w:ascii="Arial" w:hAnsi="Arial"/>
                <w:sz w:val="18"/>
              </w:rPr>
              <w:br/>
              <w:t>Pretzels (WG) (23g*)</w:t>
            </w:r>
            <w:r>
              <w:rPr>
                <w:rFonts w:ascii="Arial" w:hAnsi="Arial"/>
                <w:sz w:val="18"/>
              </w:rPr>
              <w:br/>
              <w:t>Milk (12g)</w:t>
            </w:r>
          </w:p>
        </w:tc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D79860" w14:textId="77777777" w:rsidR="001026C7" w:rsidRDefault="00923B75">
            <w:pPr>
              <w:spacing w:line="216" w:lineRule="auto"/>
              <w:jc w:val="center"/>
            </w:pPr>
            <w:r>
              <w:rPr>
                <w:rFonts w:ascii="Arial" w:hAnsi="Arial"/>
                <w:b/>
                <w:sz w:val="18"/>
              </w:rPr>
              <w:t>OCTOBER 28</w:t>
            </w:r>
            <w:r>
              <w:rPr>
                <w:rFonts w:ascii="Arial" w:hAnsi="Arial"/>
                <w:b/>
                <w:sz w:val="18"/>
              </w:rPr>
              <w:br/>
              <w:t>Cucumbers/Ranch (4g*)</w:t>
            </w:r>
            <w:r>
              <w:rPr>
                <w:rFonts w:ascii="Arial" w:hAnsi="Arial"/>
                <w:b/>
                <w:sz w:val="18"/>
              </w:rPr>
              <w:br/>
              <w:t>Juice (15g*)</w:t>
            </w:r>
          </w:p>
        </w:tc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FD936F" w14:textId="77777777" w:rsidR="00662762" w:rsidRDefault="00877694">
            <w:pPr>
              <w:jc w:val="center"/>
            </w:pPr>
            <w:r>
              <w:rPr>
                <w:rFonts w:ascii="Arial" w:hAnsi="Arial"/>
                <w:sz w:val="18"/>
              </w:rPr>
              <w:t>OCTOBER 29</w:t>
            </w:r>
            <w:r>
              <w:rPr>
                <w:rFonts w:ascii="Arial" w:hAnsi="Arial"/>
                <w:sz w:val="18"/>
              </w:rPr>
              <w:br/>
              <w:t>Animal Cracker (WG) (18g*)</w:t>
            </w:r>
            <w:r>
              <w:rPr>
                <w:rFonts w:ascii="Arial" w:hAnsi="Arial"/>
                <w:sz w:val="18"/>
              </w:rPr>
              <w:br/>
              <w:t>Milk (12g)</w:t>
            </w:r>
          </w:p>
        </w:tc>
        <w:tc>
          <w:tcPr>
            <w:tcW w:w="2995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0DED33" w14:textId="77777777" w:rsidR="00662762" w:rsidRDefault="00877694">
            <w:pPr>
              <w:jc w:val="center"/>
            </w:pPr>
            <w:r>
              <w:rPr>
                <w:rFonts w:ascii="Arial" w:hAnsi="Arial"/>
                <w:sz w:val="18"/>
              </w:rPr>
              <w:t>OCTOBER 30</w:t>
            </w:r>
            <w:r>
              <w:rPr>
                <w:rFonts w:ascii="Arial" w:hAnsi="Arial"/>
                <w:sz w:val="18"/>
              </w:rPr>
              <w:br/>
              <w:t>Blueberry Bread (WG) (30g*)</w:t>
            </w:r>
            <w:r>
              <w:rPr>
                <w:rFonts w:ascii="Arial" w:hAnsi="Arial"/>
                <w:sz w:val="18"/>
              </w:rPr>
              <w:br/>
              <w:t>Milk (12g)</w:t>
            </w:r>
          </w:p>
        </w:tc>
      </w:tr>
    </w:tbl>
    <w:p w14:paraId="72A63824" w14:textId="77777777" w:rsidR="001026C7" w:rsidRDefault="00923B75">
      <w:pPr>
        <w:spacing w:before="40" w:after="0"/>
        <w:jc w:val="center"/>
      </w:pPr>
      <w:r>
        <w:t>Water offered/available with all snacks. * Verify packaged-item counts against the exact Nutrition Facts/CN label and planned serving size. Lemon Bread and Blueberry Bread are both counted as 30g per serving.</w:t>
      </w:r>
    </w:p>
    <w:p w14:paraId="6DC4C05A" w14:textId="77777777" w:rsidR="001026C7" w:rsidRDefault="00923B75">
      <w:pPr>
        <w:spacing w:after="0"/>
        <w:jc w:val="center"/>
      </w:pPr>
      <w:r>
        <w:rPr>
          <w:rFonts w:ascii="Arial" w:hAnsi="Arial"/>
          <w:b/>
          <w:sz w:val="16"/>
        </w:rPr>
        <w:t>SERVICE NOTE: All children receive 8 oz (1 cup) of milk for ease of service. Juice serving is 4 oz. Carb menu uses 12g for the 8 oz milk serving.</w:t>
      </w:r>
    </w:p>
    <w:sectPr w:rsidR="001026C7" w:rsidSect="00034616">
      <w:pgSz w:w="15840" w:h="12240" w:orient="landscape"/>
      <w:pgMar w:top="259" w:right="317" w:bottom="259" w:left="3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26C7"/>
    <w:rsid w:val="0015074B"/>
    <w:rsid w:val="0029639D"/>
    <w:rsid w:val="00326F90"/>
    <w:rsid w:val="00662762"/>
    <w:rsid w:val="00877694"/>
    <w:rsid w:val="00923B7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7FA02B"/>
  <w14:defaultImageDpi w14:val="300"/>
  <w15:docId w15:val="{88C12D1E-9211-4F1B-A355-818C25457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Stokes, L'nette S</cp:lastModifiedBy>
  <cp:revision>2</cp:revision>
  <dcterms:created xsi:type="dcterms:W3CDTF">2026-09-21T17:34:00Z</dcterms:created>
  <dcterms:modified xsi:type="dcterms:W3CDTF">2026-09-21T17:34:00Z</dcterms:modified>
  <cp:category/>
</cp:coreProperties>
</file>