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E7067" w14:textId="77777777" w:rsidR="007E7177" w:rsidRDefault="00957212">
      <w:pPr>
        <w:spacing w:after="0"/>
        <w:jc w:val="center"/>
      </w:pPr>
      <w:r>
        <w:rPr>
          <w:rFonts w:ascii="Arial" w:hAnsi="Arial"/>
          <w:b/>
          <w:sz w:val="28"/>
        </w:rPr>
        <w:t>DUPLIN COUNTY SCHOOLS</w:t>
      </w:r>
    </w:p>
    <w:p w14:paraId="19AB2637" w14:textId="77777777" w:rsidR="007E7177" w:rsidRPr="00957212" w:rsidRDefault="0095721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57212">
        <w:rPr>
          <w:rFonts w:ascii="Times New Roman" w:hAnsi="Times New Roman" w:cs="Times New Roman"/>
          <w:b/>
          <w:sz w:val="20"/>
          <w:szCs w:val="20"/>
        </w:rPr>
        <w:t>SCHOOL NUTRITION | OCTOBER 2026 | HIGH SCHOOL BREAKFAST &amp; LUNCH CARB MENU</w:t>
      </w:r>
    </w:p>
    <w:p w14:paraId="55E5DD20" w14:textId="77777777" w:rsidR="007E7177" w:rsidRPr="00957212" w:rsidRDefault="0095721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57212">
        <w:rPr>
          <w:rFonts w:ascii="Times New Roman" w:hAnsi="Times New Roman" w:cs="Times New Roman"/>
          <w:b/>
          <w:sz w:val="20"/>
          <w:szCs w:val="20"/>
        </w:rPr>
        <w:t>National School Lunch Week • October 12–15 • Cafeteria Circus: Where Nutrition Takes Center Stage!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99"/>
        <w:gridCol w:w="3099"/>
        <w:gridCol w:w="3099"/>
        <w:gridCol w:w="3099"/>
        <w:gridCol w:w="3099"/>
      </w:tblGrid>
      <w:tr w:rsidR="007E7177" w:rsidRPr="00957212" w14:paraId="5600580A" w14:textId="77777777">
        <w:tc>
          <w:tcPr>
            <w:tcW w:w="3099" w:type="dxa"/>
            <w:shd w:val="clear" w:color="auto" w:fill="1F4E7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109F6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MONDAY</w:t>
            </w:r>
          </w:p>
        </w:tc>
        <w:tc>
          <w:tcPr>
            <w:tcW w:w="3099" w:type="dxa"/>
            <w:shd w:val="clear" w:color="auto" w:fill="1F4E7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80D71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TUESDAY</w:t>
            </w:r>
          </w:p>
        </w:tc>
        <w:tc>
          <w:tcPr>
            <w:tcW w:w="3099" w:type="dxa"/>
            <w:shd w:val="clear" w:color="auto" w:fill="1F4E7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87141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WEDNESDAY</w:t>
            </w:r>
          </w:p>
        </w:tc>
        <w:tc>
          <w:tcPr>
            <w:tcW w:w="3099" w:type="dxa"/>
            <w:shd w:val="clear" w:color="auto" w:fill="1F4E7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DB637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THURSDAY</w:t>
            </w:r>
          </w:p>
        </w:tc>
        <w:tc>
          <w:tcPr>
            <w:tcW w:w="3099" w:type="dxa"/>
            <w:shd w:val="clear" w:color="auto" w:fill="1F4E7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40929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FRIDAY</w:t>
            </w:r>
          </w:p>
        </w:tc>
      </w:tr>
      <w:tr w:rsidR="007E7177" w:rsidRPr="00957212" w14:paraId="02CC3982" w14:textId="77777777">
        <w:trPr>
          <w:trHeight w:hRule="exact" w:val="1829"/>
        </w:trPr>
        <w:tc>
          <w:tcPr>
            <w:tcW w:w="3024" w:type="dxa"/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3E51EB" w14:textId="77777777" w:rsidR="007E7177" w:rsidRPr="00957212" w:rsidRDefault="007E7177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4" w:type="dxa"/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D99FD9" w14:textId="77777777" w:rsidR="007E7177" w:rsidRPr="00957212" w:rsidRDefault="007E7177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4" w:type="dxa"/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D65538" w14:textId="77777777" w:rsidR="007E7177" w:rsidRPr="00957212" w:rsidRDefault="007E7177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903C41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1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BREAKFAST: Breakfast Pizza (21g) • Peaches/Juice (17g)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Chicken Nuggets w/ Roll (18g) OR Cheeseburger (32g)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Green Beans (17g) • Sweet Potato Fries (42g)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Apple Slices (13g) • Strawberry Cup (12g)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EAF2F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46D92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2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Sau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sage Biscuit (23g) • Banana/Juice (27g)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PIZZA DAY: Cheese/Pepperoni Pizza (28g/31g) OR Chicken Sandwich (47g)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Side Salad (1.5g) • Corn (21g)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Pineapple Cup (12g) • Applesauce (12g)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</w:tr>
      <w:tr w:rsidR="007E7177" w:rsidRPr="00957212" w14:paraId="0DCF011A" w14:textId="77777777">
        <w:trPr>
          <w:trHeight w:hRule="exact" w:val="1829"/>
        </w:trPr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C6DDEE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5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BREAKFAST: Pancake Mini 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w/Syrup (35g) • Applesauce/Juice (12g)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BBQ Pork Sandwich (33g) OR Chicken Sandwich (47g)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Baked Beans (15g) • Cole Slaw (13g)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Mixed Fruit (18g) • Apple Slices (13g)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3CEC06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6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Cinnamon Bun (33g) • Honeydew/Jui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ce (15g)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Hot Dog w/ Chili (24.2g) OR Oven Roasted Chicken (30g)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Mashed Potatoes (17g) • Green Peas (11g)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Orange (22g) • Applesauce (12g)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776A0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7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Dunkin Sticks (33g) • Pear Cup/Juice (21g)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Chicken Al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fredo w/ Broccoli (35g) OR Mozzarella Sticks (VERIFY LABEL)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Side Salad (1.5g) • Corn (21g)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Pineapple (12g) • Strawberry Cup (12g)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E2F0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CEA6CE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8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Breakfast Pizza (21g) • Peach Cup/Juice (17g)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MANAGER'S CHOICE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Manager's Choice Vegetables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Manager's Choice Fruit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EAF2F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E1D5AC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9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Assorted Breakfast Muffin (30g) • Banana/Juice (27g)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PIZZA DAY: Cheese/Pepperoni Pizza (28g/31g) OR Rib Sandwich (33g)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Green Beans (17g) • Side S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alad (1.5g)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Grapes (14g) • Applesauce (12g)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</w:tr>
      <w:tr w:rsidR="007E7177" w:rsidRPr="00957212" w14:paraId="18FE58E4" w14:textId="77777777">
        <w:trPr>
          <w:trHeight w:hRule="exact" w:val="1829"/>
        </w:trPr>
        <w:tc>
          <w:tcPr>
            <w:tcW w:w="3024" w:type="dxa"/>
            <w:shd w:val="clear" w:color="auto" w:fill="FFF2CC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69FF36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12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Breakfast Pizza (21g) • Peaches/Juice (17g)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RINGMASTER MONDAY: Big Top Cheeseburger (32g) OR Chicken Sandwich (47g)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Juggling Green Peas (11g) • Sweet P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otato Fries (42g)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Strawberry Applesauce (12g) • Apple Slices (13g)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FFF2CC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70A05E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13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Sausage Biscuit (23g) • Orange/Juice (22g)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TIGHTROPE TACO TUESDAY: Beef Taco (29g) OR Chicken Fajita (29g)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Three-Ring Black Beans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(20g) • Corn (21g)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Pineapple (12g) • Orange (22g)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FFF2CC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C5299D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14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Pancake Mini (35g) • Applesauce/Juice (12g)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CENTER RING WEDNESDAY: Hot Dog w/ Chili (24.2g) OR Chicken Nuggets (18g)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Mashed Potatoes (17g) • Gree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n Peas (11g)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Mixed Fruit (18g) • Apple Slices (13g)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FFF2CC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DA425A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15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Cinnamon Bun (33g) • Pear Cup/Juice (21g)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CENTER STAGE THURSDAY: Steak &amp; Cheese Hoagie (35g) OR Chicken Tenders (VERIFY LABEL)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Circus Side Salad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(1.5g) • Sweet Potato Fries (42g)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Mixed Fruit (18g) • Strawberry Cup (12g)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EAF2F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305A20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16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NO SCHOOL</w:t>
            </w:r>
          </w:p>
        </w:tc>
      </w:tr>
      <w:tr w:rsidR="007E7177" w:rsidRPr="00957212" w14:paraId="2D3F6CF9" w14:textId="77777777">
        <w:trPr>
          <w:trHeight w:hRule="exact" w:val="1829"/>
        </w:trPr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A4DF71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19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Chicken Biscuit (29g) • Pear Cup/Juice (21g)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BBQ Pork Sandwich (33g) OR Fish Sandwich (35g)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VEG: Baked 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Beans (15g) • Cole Slaw (13g)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Pineapple Cup (12g) • Apple Slices (13g)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1CF03C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20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Apple Filled Strudel (36g) • Strawberry Cup/Juice (12g)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Hot Dog w/ Chili (24.2g) OR Oven Roasted Chicken (30g)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Mashed Potatoe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s (17g) • Broccoli w/ Cheese (3g)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Orange (22g) • Strawberry Applesauce (12g)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38DCC6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21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Breakfast Pizza (21g) • Fresh Orange/Juice (22g)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Mozzarella Sticks (VERIFY LABEL) OR Chicken Sandwich (47g)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VEG: Side Salad 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(1.5g) • Corn (21g)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Mixed Fruit (18g) • Apple Slices (13g)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7A93DD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22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Cinnamon Bun (33g) • Mixed Fruit/Juice (18g)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Chicken Nuggets w/ Roll (18g) OR Corn Dog (31g)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Green Beans (17g) • Sweet Potato Fries (42g)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Pear Cup (21g) • Applesauce (12g)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EAF2F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8757C8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23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Assorted Breakfast Muffin (30g) • Banana/Juice (27g)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PIZZA DAY: Cheese/Pepperoni Pizza (28g/31g) OR Cheeseburger (32g)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Side Salad (1.5g) • Green Beans (17g)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T: Pineapple Cup (12g) • Strawberry Cup (12g)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</w:tr>
      <w:tr w:rsidR="007E7177" w:rsidRPr="00957212" w14:paraId="5FFE48F8" w14:textId="77777777">
        <w:trPr>
          <w:trHeight w:hRule="exact" w:val="1829"/>
        </w:trPr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4453B6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26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Pancake &amp; Sausage Stick/Syrup (35g) • Orange/Juice (22g)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Sloppy Joe (30g) OR Cheeseburger (32g)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Green Peas (11g) • Sweet Potato Fries (42g)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Mixed Fru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it (18g) • Apple Slices (13g)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4C635A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27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Sausage Biscuit (23g) • Banana/Juice (27g)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Spaghetti w/ Meat Sauce (35g) OR Chicken Sandwich (47g)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Green Beans (17g) • Side Salad (1.5g)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Orange (22g) • Applesauce (12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8C65CF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28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Dunkin Sticks (33g) • Applesauce/Juice (12g)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General Tso Chicken w/ Fried Rice (58g total (30g + 28g rice)) OR Chicken Nuggets (18g)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Broccoli w/ Cheese (3g) • Corn (21g)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Pineapple (12g) • Straw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berry Cup (12g)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E2F0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2AA88A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29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Breakfast Pizza (21g) • Peach Cup/Juice (17g)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MANAGER'S CHOICE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Manager's Choice Vegetables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Manager's Choice Fruit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EAF2F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909703" w14:textId="77777777" w:rsidR="007E7177" w:rsidRPr="00957212" w:rsidRDefault="00957212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>OCT 30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Cinnamon Bun (33g) • Pear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Cup/Juice (21g)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PIZZA DAY: Cheese/Pepperoni Pizza (28g/31g) OR Hot Dog (VERIFY LABEL)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Side Salad (1.5g) • Corn (21g)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Mixed Fruit (18g) • Apple Slices (13g)</w:t>
            </w:r>
            <w:r w:rsidRPr="0095721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</w:tr>
    </w:tbl>
    <w:p w14:paraId="39424E1A" w14:textId="2E14B826" w:rsidR="007E7177" w:rsidRPr="00957212" w:rsidRDefault="00957212">
      <w:pPr>
        <w:spacing w:after="0" w:line="21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57212">
        <w:rPr>
          <w:rFonts w:ascii="Times New Roman" w:hAnsi="Times New Roman" w:cs="Times New Roman"/>
          <w:b/>
          <w:sz w:val="20"/>
          <w:szCs w:val="20"/>
        </w:rPr>
        <w:t xml:space="preserve">DAILY OFFERINGS: Non-fat, 1%, </w:t>
      </w:r>
      <w:r>
        <w:rPr>
          <w:rFonts w:ascii="Times New Roman" w:hAnsi="Times New Roman" w:cs="Times New Roman"/>
          <w:b/>
          <w:sz w:val="20"/>
          <w:szCs w:val="20"/>
        </w:rPr>
        <w:t>white,</w:t>
      </w:r>
      <w:r w:rsidRPr="00957212">
        <w:rPr>
          <w:rFonts w:ascii="Times New Roman" w:hAnsi="Times New Roman" w:cs="Times New Roman"/>
          <w:b/>
          <w:sz w:val="20"/>
          <w:szCs w:val="20"/>
        </w:rPr>
        <w:t xml:space="preserve">chocolate or </w:t>
      </w:r>
      <w:r w:rsidRPr="00957212">
        <w:rPr>
          <w:rFonts w:ascii="Times New Roman" w:hAnsi="Times New Roman" w:cs="Times New Roman"/>
          <w:b/>
          <w:sz w:val="20"/>
          <w:szCs w:val="20"/>
        </w:rPr>
        <w:t>strawberry milk offered daily. Chef Salad and Peanut Butter &amp; Jelly Sandwich offered daily. BREAKFAST: Pop-Tarts and assorted cereal available daily. HIGH SCHOOL: Pizza offered daily.</w:t>
      </w:r>
    </w:p>
    <w:sectPr w:rsidR="007E7177" w:rsidRPr="00957212" w:rsidSect="00034616">
      <w:pgSz w:w="15840" w:h="12240" w:orient="landscape"/>
      <w:pgMar w:top="86" w:right="115" w:bottom="86" w:left="11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E7177"/>
    <w:rsid w:val="0095721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B6ABBA"/>
  <w14:defaultImageDpi w14:val="300"/>
  <w15:docId w15:val="{88C12D1E-9211-4F1B-A355-818C25457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Stokes, L'nette S</cp:lastModifiedBy>
  <cp:revision>2</cp:revision>
  <dcterms:created xsi:type="dcterms:W3CDTF">2026-09-21T17:58:00Z</dcterms:created>
  <dcterms:modified xsi:type="dcterms:W3CDTF">2026-09-21T17:58:00Z</dcterms:modified>
  <cp:category/>
</cp:coreProperties>
</file>