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4553AF" w14:textId="77777777" w:rsidR="009B4C7B" w:rsidRDefault="00E6797A" w:rsidP="00481A29">
      <w:r>
        <w:t>DUPLIN COUNTY SCHOOLS</w:t>
      </w:r>
    </w:p>
    <w:p w14:paraId="0DA8505F" w14:textId="77777777" w:rsidR="009B4C7B" w:rsidRDefault="00E6797A">
      <w:pPr>
        <w:spacing w:after="0"/>
        <w:jc w:val="center"/>
      </w:pPr>
      <w:r>
        <w:rPr>
          <w:rFonts w:ascii="Arial" w:hAnsi="Arial"/>
          <w:b/>
          <w:sz w:val="20"/>
        </w:rPr>
        <w:t>SCHOOL NUTRITION | OCTOBER 2026 | PRE-K–8 BREAKFAST &amp; LUNCH CARB MENU</w:t>
      </w:r>
    </w:p>
    <w:p w14:paraId="0D20004A" w14:textId="77777777" w:rsidR="009B4C7B" w:rsidRDefault="00E6797A">
      <w:pPr>
        <w:spacing w:after="0"/>
        <w:jc w:val="center"/>
      </w:pPr>
      <w:r>
        <w:rPr>
          <w:rFonts w:ascii="Arial" w:hAnsi="Arial"/>
          <w:b/>
          <w:sz w:val="20"/>
        </w:rPr>
        <w:t>National School Lunch Week • October 12–15 • Cafeteria Circus: Where Nutrition Takes Center Stage!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3099"/>
        <w:gridCol w:w="3099"/>
        <w:gridCol w:w="3099"/>
        <w:gridCol w:w="3099"/>
        <w:gridCol w:w="3099"/>
      </w:tblGrid>
      <w:tr w:rsidR="009B4C7B" w14:paraId="7AB77870" w14:textId="77777777">
        <w:tc>
          <w:tcPr>
            <w:tcW w:w="3099" w:type="dxa"/>
            <w:shd w:val="clear" w:color="auto" w:fill="1F4E79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B7DE11" w14:textId="77777777" w:rsidR="009B4C7B" w:rsidRDefault="00E6797A">
            <w:pPr>
              <w:spacing w:line="163" w:lineRule="auto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MONDAY</w:t>
            </w:r>
          </w:p>
        </w:tc>
        <w:tc>
          <w:tcPr>
            <w:tcW w:w="3099" w:type="dxa"/>
            <w:shd w:val="clear" w:color="auto" w:fill="1F4E79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CEFB14" w14:textId="77777777" w:rsidR="009B4C7B" w:rsidRDefault="00E6797A">
            <w:pPr>
              <w:spacing w:line="163" w:lineRule="auto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TUESDAY</w:t>
            </w:r>
          </w:p>
        </w:tc>
        <w:tc>
          <w:tcPr>
            <w:tcW w:w="3099" w:type="dxa"/>
            <w:shd w:val="clear" w:color="auto" w:fill="1F4E79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832459" w14:textId="77777777" w:rsidR="009B4C7B" w:rsidRDefault="00E6797A">
            <w:pPr>
              <w:spacing w:line="163" w:lineRule="auto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WEDNESDAY</w:t>
            </w:r>
          </w:p>
        </w:tc>
        <w:tc>
          <w:tcPr>
            <w:tcW w:w="3099" w:type="dxa"/>
            <w:shd w:val="clear" w:color="auto" w:fill="1F4E79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1674BA" w14:textId="77777777" w:rsidR="009B4C7B" w:rsidRDefault="00E6797A">
            <w:pPr>
              <w:spacing w:line="163" w:lineRule="auto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THURSDAY</w:t>
            </w:r>
          </w:p>
        </w:tc>
        <w:tc>
          <w:tcPr>
            <w:tcW w:w="3099" w:type="dxa"/>
            <w:shd w:val="clear" w:color="auto" w:fill="1F4E79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88C9ED" w14:textId="77777777" w:rsidR="009B4C7B" w:rsidRDefault="00E6797A">
            <w:pPr>
              <w:spacing w:line="163" w:lineRule="auto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FRIDAY</w:t>
            </w:r>
          </w:p>
        </w:tc>
      </w:tr>
      <w:tr w:rsidR="009B4C7B" w:rsidRPr="00481A29" w14:paraId="54FF4595" w14:textId="77777777">
        <w:trPr>
          <w:trHeight w:hRule="exact" w:val="1829"/>
        </w:trPr>
        <w:tc>
          <w:tcPr>
            <w:tcW w:w="3024" w:type="dxa"/>
            <w:shd w:val="clear" w:color="auto" w:fill="F2F2F2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B945DBE" w14:textId="77777777" w:rsidR="009B4C7B" w:rsidRPr="00481A29" w:rsidRDefault="009B4C7B">
            <w:pPr>
              <w:spacing w:line="16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24" w:type="dxa"/>
            <w:shd w:val="clear" w:color="auto" w:fill="F2F2F2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5DD2202" w14:textId="77777777" w:rsidR="009B4C7B" w:rsidRPr="00481A29" w:rsidRDefault="009B4C7B">
            <w:pPr>
              <w:spacing w:line="16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24" w:type="dxa"/>
            <w:shd w:val="clear" w:color="auto" w:fill="F2F2F2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F6E746C" w14:textId="77777777" w:rsidR="009B4C7B" w:rsidRPr="00481A29" w:rsidRDefault="009B4C7B">
            <w:pPr>
              <w:spacing w:line="16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2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B75614C" w14:textId="77777777" w:rsidR="009B4C7B" w:rsidRPr="00481A29" w:rsidRDefault="00E6797A">
            <w:pPr>
              <w:spacing w:line="16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1A29">
              <w:rPr>
                <w:rFonts w:ascii="Times New Roman" w:hAnsi="Times New Roman" w:cs="Times New Roman"/>
                <w:b/>
                <w:sz w:val="20"/>
                <w:szCs w:val="20"/>
              </w:rPr>
              <w:t>OCT 1</w:t>
            </w:r>
            <w:r w:rsidRPr="00481A29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</w:r>
            <w:r w:rsidRPr="00481A29">
              <w:rPr>
                <w:rFonts w:ascii="Times New Roman" w:hAnsi="Times New Roman" w:cs="Times New Roman"/>
                <w:b/>
                <w:sz w:val="20"/>
                <w:szCs w:val="20"/>
              </w:rPr>
              <w:t>BREAKFAST: Breakfast Pizza (21g) • Peaches/Juice (17g)</w:t>
            </w:r>
            <w:r w:rsidRPr="00481A29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LUNCH: Chicken Nuggets w/ Roll (18g) OR Cheeseburger (32g)</w:t>
            </w:r>
            <w:r w:rsidRPr="00481A29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VEG: Green Beans (17g) • Sweet Potato Fries (42g)</w:t>
            </w:r>
            <w:r w:rsidRPr="00481A29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FRUIT: Apple Slices (13g) • Strawberry Cup (12g)</w:t>
            </w:r>
            <w:r w:rsidRPr="00481A29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Milk: see carton label</w:t>
            </w:r>
          </w:p>
        </w:tc>
        <w:tc>
          <w:tcPr>
            <w:tcW w:w="3024" w:type="dxa"/>
            <w:shd w:val="clear" w:color="auto" w:fill="EAF2F8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122896E" w14:textId="77777777" w:rsidR="009B4C7B" w:rsidRPr="00481A29" w:rsidRDefault="00E6797A">
            <w:pPr>
              <w:spacing w:line="16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1A29">
              <w:rPr>
                <w:rFonts w:ascii="Times New Roman" w:hAnsi="Times New Roman" w:cs="Times New Roman"/>
                <w:b/>
                <w:sz w:val="20"/>
                <w:szCs w:val="20"/>
              </w:rPr>
              <w:t>OCT 2</w:t>
            </w:r>
            <w:r w:rsidRPr="00481A29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BREAKFAST: Sau</w:t>
            </w:r>
            <w:r w:rsidRPr="00481A29">
              <w:rPr>
                <w:rFonts w:ascii="Times New Roman" w:hAnsi="Times New Roman" w:cs="Times New Roman"/>
                <w:b/>
                <w:sz w:val="20"/>
                <w:szCs w:val="20"/>
              </w:rPr>
              <w:t>sage Biscuit (23g) • Banana/Juice (27g)</w:t>
            </w:r>
            <w:r w:rsidRPr="00481A29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LUNCH: PIZZA DAY: Cheese/Pepperoni Pizza (28g/31g) OR Chicken Sandwich (47g)</w:t>
            </w:r>
            <w:r w:rsidRPr="00481A29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VEG: Side Salad (1.5g) • Corn (21g)</w:t>
            </w:r>
            <w:r w:rsidRPr="00481A29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FRUIT: Pineapple Cup (12g) • Applesauce (12g)</w:t>
            </w:r>
            <w:r w:rsidRPr="00481A29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Milk: see carton label</w:t>
            </w:r>
          </w:p>
        </w:tc>
      </w:tr>
      <w:tr w:rsidR="009B4C7B" w:rsidRPr="00481A29" w14:paraId="1F19545A" w14:textId="77777777">
        <w:trPr>
          <w:trHeight w:hRule="exact" w:val="1829"/>
        </w:trPr>
        <w:tc>
          <w:tcPr>
            <w:tcW w:w="302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01D5273" w14:textId="77777777" w:rsidR="009B4C7B" w:rsidRPr="00481A29" w:rsidRDefault="00E6797A">
            <w:pPr>
              <w:spacing w:line="16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1A29">
              <w:rPr>
                <w:rFonts w:ascii="Times New Roman" w:hAnsi="Times New Roman" w:cs="Times New Roman"/>
                <w:b/>
                <w:sz w:val="20"/>
                <w:szCs w:val="20"/>
              </w:rPr>
              <w:t>OCT 5</w:t>
            </w:r>
            <w:r w:rsidRPr="00481A29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 xml:space="preserve">BREAKFAST: Pancake Mini </w:t>
            </w:r>
            <w:r w:rsidRPr="00481A29">
              <w:rPr>
                <w:rFonts w:ascii="Times New Roman" w:hAnsi="Times New Roman" w:cs="Times New Roman"/>
                <w:b/>
                <w:sz w:val="20"/>
                <w:szCs w:val="20"/>
              </w:rPr>
              <w:t>w/Syrup (35g) • Applesauce/Juice (12g)</w:t>
            </w:r>
            <w:r w:rsidRPr="00481A29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LUNCH: BBQ Pork Sandwich (33g) OR Chicken Sandwich (47g)</w:t>
            </w:r>
            <w:r w:rsidRPr="00481A29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VEG: Baked Beans (15g) • Cole Slaw (13g)</w:t>
            </w:r>
            <w:r w:rsidRPr="00481A29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FRUIT: Mixed Fruit (18g) • Apple Slices (13g)</w:t>
            </w:r>
            <w:r w:rsidRPr="00481A29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Milk: see carton label</w:t>
            </w:r>
          </w:p>
        </w:tc>
        <w:tc>
          <w:tcPr>
            <w:tcW w:w="302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FF0E024" w14:textId="77777777" w:rsidR="009B4C7B" w:rsidRPr="00481A29" w:rsidRDefault="00E6797A">
            <w:pPr>
              <w:spacing w:line="16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1A29">
              <w:rPr>
                <w:rFonts w:ascii="Times New Roman" w:hAnsi="Times New Roman" w:cs="Times New Roman"/>
                <w:b/>
                <w:sz w:val="20"/>
                <w:szCs w:val="20"/>
              </w:rPr>
              <w:t>OCT 6</w:t>
            </w:r>
            <w:r w:rsidRPr="00481A29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BREAKFAST: Cinnamon Bun (33g) • Honeydew/Jui</w:t>
            </w:r>
            <w:r w:rsidRPr="00481A29">
              <w:rPr>
                <w:rFonts w:ascii="Times New Roman" w:hAnsi="Times New Roman" w:cs="Times New Roman"/>
                <w:b/>
                <w:sz w:val="20"/>
                <w:szCs w:val="20"/>
              </w:rPr>
              <w:t>ce (15g)</w:t>
            </w:r>
            <w:r w:rsidRPr="00481A29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LUNCH: Hot Dog w/ Chili (24.2g) OR Oven Roasted Chicken (30g)</w:t>
            </w:r>
            <w:r w:rsidRPr="00481A29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VEG: Mashed Potatoes (17g) • Green Peas (11g)</w:t>
            </w:r>
            <w:r w:rsidRPr="00481A29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FRUIT: Orange (22g) • Applesauce (12g)</w:t>
            </w:r>
            <w:r w:rsidRPr="00481A29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Milk: see carton label</w:t>
            </w:r>
          </w:p>
        </w:tc>
        <w:tc>
          <w:tcPr>
            <w:tcW w:w="302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6D3A12A" w14:textId="77777777" w:rsidR="009B4C7B" w:rsidRPr="00481A29" w:rsidRDefault="00E6797A">
            <w:pPr>
              <w:spacing w:line="16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1A29">
              <w:rPr>
                <w:rFonts w:ascii="Times New Roman" w:hAnsi="Times New Roman" w:cs="Times New Roman"/>
                <w:b/>
                <w:sz w:val="20"/>
                <w:szCs w:val="20"/>
              </w:rPr>
              <w:t>OCT 7</w:t>
            </w:r>
            <w:r w:rsidRPr="00481A29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BREAKFAST: Dunkin Sticks (33g) • Pear Cup/Juice (21g)</w:t>
            </w:r>
            <w:r w:rsidRPr="00481A29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LUNCH: Chicken Al</w:t>
            </w:r>
            <w:r w:rsidRPr="00481A29">
              <w:rPr>
                <w:rFonts w:ascii="Times New Roman" w:hAnsi="Times New Roman" w:cs="Times New Roman"/>
                <w:b/>
                <w:sz w:val="20"/>
                <w:szCs w:val="20"/>
              </w:rPr>
              <w:t>fredo w/ Broccoli (35g) OR Mozzarella Sticks (VERIFY LABEL)</w:t>
            </w:r>
            <w:r w:rsidRPr="00481A29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VEG: Side Salad (1.5g) • Corn (21g)</w:t>
            </w:r>
            <w:r w:rsidRPr="00481A29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FRUIT: Pineapple (12g) • Strawberry Cup (12g)</w:t>
            </w:r>
            <w:r w:rsidRPr="00481A29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Milk: see carton label</w:t>
            </w:r>
          </w:p>
        </w:tc>
        <w:tc>
          <w:tcPr>
            <w:tcW w:w="3024" w:type="dxa"/>
            <w:shd w:val="clear" w:color="auto" w:fill="E2F0D9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FDAAB29" w14:textId="77777777" w:rsidR="009B4C7B" w:rsidRPr="00481A29" w:rsidRDefault="00E6797A">
            <w:pPr>
              <w:spacing w:line="16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1A29">
              <w:rPr>
                <w:rFonts w:ascii="Times New Roman" w:hAnsi="Times New Roman" w:cs="Times New Roman"/>
                <w:b/>
                <w:sz w:val="20"/>
                <w:szCs w:val="20"/>
              </w:rPr>
              <w:t>OCT 8</w:t>
            </w:r>
            <w:r w:rsidRPr="00481A29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BREAKFAST: Breakfast Pizza (21g) • Peach Cup/Juice (17g)</w:t>
            </w:r>
            <w:r w:rsidRPr="00481A29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LUNCH: MANAGER'S CHOICE</w:t>
            </w:r>
            <w:r w:rsidRPr="00481A29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VEG:</w:t>
            </w:r>
            <w:r w:rsidRPr="00481A2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Manager's Choice Vegetables</w:t>
            </w:r>
            <w:r w:rsidRPr="00481A29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FRUIT: Manager's Choice Fruit</w:t>
            </w:r>
            <w:r w:rsidRPr="00481A29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Milk: see carton label</w:t>
            </w:r>
          </w:p>
        </w:tc>
        <w:tc>
          <w:tcPr>
            <w:tcW w:w="3024" w:type="dxa"/>
            <w:shd w:val="clear" w:color="auto" w:fill="EAF2F8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2E53B1B" w14:textId="77777777" w:rsidR="009B4C7B" w:rsidRPr="00481A29" w:rsidRDefault="00E6797A">
            <w:pPr>
              <w:spacing w:line="16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1A29">
              <w:rPr>
                <w:rFonts w:ascii="Times New Roman" w:hAnsi="Times New Roman" w:cs="Times New Roman"/>
                <w:b/>
                <w:sz w:val="20"/>
                <w:szCs w:val="20"/>
              </w:rPr>
              <w:t>OCT 9</w:t>
            </w:r>
            <w:r w:rsidRPr="00481A29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BREAKFAST: Assorted Breakfast Muffin (30g) • Banana/Juice (27g)</w:t>
            </w:r>
            <w:r w:rsidRPr="00481A29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LUNCH: PIZZA DAY: Cheese/Pepperoni Pizza (28g/31g) OR Rib Sandwich (33g)</w:t>
            </w:r>
            <w:r w:rsidRPr="00481A29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VEG: Green Beans (17g) • Side S</w:t>
            </w:r>
            <w:r w:rsidRPr="00481A29">
              <w:rPr>
                <w:rFonts w:ascii="Times New Roman" w:hAnsi="Times New Roman" w:cs="Times New Roman"/>
                <w:b/>
                <w:sz w:val="20"/>
                <w:szCs w:val="20"/>
              </w:rPr>
              <w:t>alad (1.5g)</w:t>
            </w:r>
            <w:r w:rsidRPr="00481A29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FRUIT: Grapes (14g) • Applesauce (12g)</w:t>
            </w:r>
            <w:r w:rsidRPr="00481A29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Milk: see carton label</w:t>
            </w:r>
          </w:p>
        </w:tc>
      </w:tr>
      <w:tr w:rsidR="009B4C7B" w:rsidRPr="00481A29" w14:paraId="1FFE2BD7" w14:textId="77777777">
        <w:trPr>
          <w:trHeight w:hRule="exact" w:val="1829"/>
        </w:trPr>
        <w:tc>
          <w:tcPr>
            <w:tcW w:w="3024" w:type="dxa"/>
            <w:shd w:val="clear" w:color="auto" w:fill="FFF2CC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9C5B67F" w14:textId="77777777" w:rsidR="009B4C7B" w:rsidRPr="00481A29" w:rsidRDefault="00E6797A">
            <w:pPr>
              <w:spacing w:line="16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1A29">
              <w:rPr>
                <w:rFonts w:ascii="Times New Roman" w:hAnsi="Times New Roman" w:cs="Times New Roman"/>
                <w:b/>
                <w:sz w:val="20"/>
                <w:szCs w:val="20"/>
              </w:rPr>
              <w:t>OCT 12</w:t>
            </w:r>
            <w:r w:rsidRPr="00481A29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BREAKFAST: Breakfast Pizza (21g) • Peaches/Juice (17g)</w:t>
            </w:r>
            <w:r w:rsidRPr="00481A29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LUNCH: RINGMASTER MONDAY: Big Top Cheeseburger (32g) OR Chicken Sandwich (47g)</w:t>
            </w:r>
            <w:r w:rsidRPr="00481A29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VEG: Juggling Green Peas (11g) • Sweet P</w:t>
            </w:r>
            <w:r w:rsidRPr="00481A29">
              <w:rPr>
                <w:rFonts w:ascii="Times New Roman" w:hAnsi="Times New Roman" w:cs="Times New Roman"/>
                <w:b/>
                <w:sz w:val="20"/>
                <w:szCs w:val="20"/>
              </w:rPr>
              <w:t>otato Fries (42g)</w:t>
            </w:r>
            <w:r w:rsidRPr="00481A29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FRUIT: Strawberry Applesauce (12g) • Apple Slices (13g)</w:t>
            </w:r>
            <w:r w:rsidRPr="00481A29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Milk: see carton label</w:t>
            </w:r>
          </w:p>
        </w:tc>
        <w:tc>
          <w:tcPr>
            <w:tcW w:w="3024" w:type="dxa"/>
            <w:shd w:val="clear" w:color="auto" w:fill="FFF2CC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0F6E9A6" w14:textId="77777777" w:rsidR="009B4C7B" w:rsidRPr="00481A29" w:rsidRDefault="00E6797A">
            <w:pPr>
              <w:spacing w:line="16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1A29">
              <w:rPr>
                <w:rFonts w:ascii="Times New Roman" w:hAnsi="Times New Roman" w:cs="Times New Roman"/>
                <w:b/>
                <w:sz w:val="20"/>
                <w:szCs w:val="20"/>
              </w:rPr>
              <w:t>OCT 13</w:t>
            </w:r>
            <w:r w:rsidRPr="00481A29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BREAKFAST: Sausage Biscuit (23g) • Orange/Juice (22g)</w:t>
            </w:r>
            <w:r w:rsidRPr="00481A29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LUNCH: TIGHTROPE TACO TUESDAY: Beef Taco (29g) OR Chicken Fajita (29g)</w:t>
            </w:r>
            <w:r w:rsidRPr="00481A29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VEG: Three-Ring Black Beans</w:t>
            </w:r>
            <w:r w:rsidRPr="00481A2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(20g) • Corn (21g)</w:t>
            </w:r>
            <w:r w:rsidRPr="00481A29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FRUIT: Pineapple (12g) • Orange (22g)</w:t>
            </w:r>
            <w:r w:rsidRPr="00481A29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Milk: see carton label</w:t>
            </w:r>
          </w:p>
        </w:tc>
        <w:tc>
          <w:tcPr>
            <w:tcW w:w="3024" w:type="dxa"/>
            <w:shd w:val="clear" w:color="auto" w:fill="FFF2CC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B6E5208" w14:textId="77777777" w:rsidR="009B4C7B" w:rsidRPr="00481A29" w:rsidRDefault="00E6797A">
            <w:pPr>
              <w:spacing w:line="16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1A29">
              <w:rPr>
                <w:rFonts w:ascii="Times New Roman" w:hAnsi="Times New Roman" w:cs="Times New Roman"/>
                <w:b/>
                <w:sz w:val="20"/>
                <w:szCs w:val="20"/>
              </w:rPr>
              <w:t>OCT 14</w:t>
            </w:r>
            <w:r w:rsidRPr="00481A29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BREAKFAST: Pancake Mini (35g) • Applesauce/Juice (12g)</w:t>
            </w:r>
            <w:r w:rsidRPr="00481A29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LUNCH: CENTER RING WEDNESDAY: Hot Dog w/ Chili (24.2g) OR Chicken Nuggets (18g)</w:t>
            </w:r>
            <w:r w:rsidRPr="00481A29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VEG: Mashed Potatoes (17g) • Gree</w:t>
            </w:r>
            <w:r w:rsidRPr="00481A29">
              <w:rPr>
                <w:rFonts w:ascii="Times New Roman" w:hAnsi="Times New Roman" w:cs="Times New Roman"/>
                <w:b/>
                <w:sz w:val="20"/>
                <w:szCs w:val="20"/>
              </w:rPr>
              <w:t>n Peas (11g)</w:t>
            </w:r>
            <w:r w:rsidRPr="00481A29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FRUIT: Mixed Fruit (18g) • Apple Slices (13g)</w:t>
            </w:r>
            <w:r w:rsidRPr="00481A29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Milk: see carton label</w:t>
            </w:r>
          </w:p>
        </w:tc>
        <w:tc>
          <w:tcPr>
            <w:tcW w:w="3024" w:type="dxa"/>
            <w:shd w:val="clear" w:color="auto" w:fill="FFF2CC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24DD6C0" w14:textId="77777777" w:rsidR="009B4C7B" w:rsidRPr="00481A29" w:rsidRDefault="00E6797A">
            <w:pPr>
              <w:spacing w:line="16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1A29">
              <w:rPr>
                <w:rFonts w:ascii="Times New Roman" w:hAnsi="Times New Roman" w:cs="Times New Roman"/>
                <w:b/>
                <w:sz w:val="20"/>
                <w:szCs w:val="20"/>
              </w:rPr>
              <w:t>OCT 15</w:t>
            </w:r>
            <w:r w:rsidRPr="00481A29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BREAKFAST: Cinnamon Bun (33g) • Pear Cup/Juice (21g)</w:t>
            </w:r>
            <w:r w:rsidRPr="00481A29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LUNCH: BIG TOP THURSDAY: BBQ Pork Sandwich (33g) OR Fish Sandwich (35g)</w:t>
            </w:r>
            <w:r w:rsidRPr="00481A29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VEG: Circus Slaw (13g) • Baked Beans (15g)</w:t>
            </w:r>
            <w:r w:rsidRPr="00481A29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FRUIT: Mixed Fruit (18g) • Strawberry Cup (12g)</w:t>
            </w:r>
            <w:r w:rsidRPr="00481A29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Milk: see carton label</w:t>
            </w:r>
          </w:p>
        </w:tc>
        <w:tc>
          <w:tcPr>
            <w:tcW w:w="3024" w:type="dxa"/>
            <w:shd w:val="clear" w:color="auto" w:fill="EAF2F8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F342F0F" w14:textId="77777777" w:rsidR="009B4C7B" w:rsidRPr="00481A29" w:rsidRDefault="00E6797A">
            <w:pPr>
              <w:spacing w:line="16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1A29">
              <w:rPr>
                <w:rFonts w:ascii="Times New Roman" w:hAnsi="Times New Roman" w:cs="Times New Roman"/>
                <w:b/>
                <w:sz w:val="20"/>
                <w:szCs w:val="20"/>
              </w:rPr>
              <w:t>OCT 16</w:t>
            </w:r>
            <w:r w:rsidRPr="00481A29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NO SCHOOL</w:t>
            </w:r>
          </w:p>
        </w:tc>
      </w:tr>
      <w:tr w:rsidR="009B4C7B" w:rsidRPr="00481A29" w14:paraId="6E58A2FD" w14:textId="77777777">
        <w:trPr>
          <w:trHeight w:hRule="exact" w:val="1829"/>
        </w:trPr>
        <w:tc>
          <w:tcPr>
            <w:tcW w:w="302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4E4A554" w14:textId="77777777" w:rsidR="009B4C7B" w:rsidRPr="00481A29" w:rsidRDefault="00E6797A">
            <w:pPr>
              <w:spacing w:line="16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1A29">
              <w:rPr>
                <w:rFonts w:ascii="Times New Roman" w:hAnsi="Times New Roman" w:cs="Times New Roman"/>
                <w:b/>
                <w:sz w:val="20"/>
                <w:szCs w:val="20"/>
              </w:rPr>
              <w:t>OCT 19</w:t>
            </w:r>
            <w:r w:rsidRPr="00481A29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BREAKFAST: Chicken Biscuit (29g) • Pear Cup/Juice (21g)</w:t>
            </w:r>
            <w:r w:rsidRPr="00481A29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LUNCH: Rib Sandwich (33g) OR Cheeseburger (32g)</w:t>
            </w:r>
            <w:r w:rsidRPr="00481A29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VEG: Sweet Potato Fries (42g) • Green Peas (11g)</w:t>
            </w:r>
            <w:r w:rsidRPr="00481A29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</w:r>
            <w:r w:rsidRPr="00481A29">
              <w:rPr>
                <w:rFonts w:ascii="Times New Roman" w:hAnsi="Times New Roman" w:cs="Times New Roman"/>
                <w:b/>
                <w:sz w:val="20"/>
                <w:szCs w:val="20"/>
              </w:rPr>
              <w:t>FRUIT: Pineapple Cup (12g) • Apple Slices (13g)</w:t>
            </w:r>
            <w:r w:rsidRPr="00481A29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Milk: see carton label</w:t>
            </w:r>
          </w:p>
        </w:tc>
        <w:tc>
          <w:tcPr>
            <w:tcW w:w="302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2A779A3" w14:textId="77777777" w:rsidR="009B4C7B" w:rsidRPr="00481A29" w:rsidRDefault="00E6797A">
            <w:pPr>
              <w:spacing w:line="16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1A29">
              <w:rPr>
                <w:rFonts w:ascii="Times New Roman" w:hAnsi="Times New Roman" w:cs="Times New Roman"/>
                <w:b/>
                <w:sz w:val="20"/>
                <w:szCs w:val="20"/>
              </w:rPr>
              <w:t>OCT 20</w:t>
            </w:r>
            <w:r w:rsidRPr="00481A29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BREAKFAST: Apple Filled Strudel (36g) • Strawberry Cup/Juice (12g)</w:t>
            </w:r>
            <w:r w:rsidRPr="00481A29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LUNCH: Hot Dog w/ Chili (24.2g) OR Oven Roasted Chicken (30g)</w:t>
            </w:r>
            <w:r w:rsidRPr="00481A29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VEG: Mashed Potatoes (17g) • Broccoli w/ Cheese (</w:t>
            </w:r>
            <w:r w:rsidRPr="00481A29">
              <w:rPr>
                <w:rFonts w:ascii="Times New Roman" w:hAnsi="Times New Roman" w:cs="Times New Roman"/>
                <w:b/>
                <w:sz w:val="20"/>
                <w:szCs w:val="20"/>
              </w:rPr>
              <w:t>3g)</w:t>
            </w:r>
            <w:r w:rsidRPr="00481A29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FRUIT: Orange (22g) • Strawberry Applesauce (12g)</w:t>
            </w:r>
            <w:r w:rsidRPr="00481A29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Milk: see carton label</w:t>
            </w:r>
          </w:p>
        </w:tc>
        <w:tc>
          <w:tcPr>
            <w:tcW w:w="302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DF207E7" w14:textId="77777777" w:rsidR="009B4C7B" w:rsidRPr="00481A29" w:rsidRDefault="00E6797A">
            <w:pPr>
              <w:spacing w:line="16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1A29">
              <w:rPr>
                <w:rFonts w:ascii="Times New Roman" w:hAnsi="Times New Roman" w:cs="Times New Roman"/>
                <w:b/>
                <w:sz w:val="20"/>
                <w:szCs w:val="20"/>
              </w:rPr>
              <w:t>OCT 21</w:t>
            </w:r>
            <w:r w:rsidRPr="00481A29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BREAKFAST: Breakfast Pizza (21g) • Fresh Orange/Juice (22g)</w:t>
            </w:r>
            <w:r w:rsidRPr="00481A29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LUNCH: Mozzarella Sticks (VERIFY LABEL) OR Chicken Sandwich (47g)</w:t>
            </w:r>
            <w:r w:rsidRPr="00481A29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VEG: Side Salad (1.5g) • Corn (21g)</w:t>
            </w:r>
            <w:r w:rsidRPr="00481A29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FRUIT: Mix</w:t>
            </w:r>
            <w:r w:rsidRPr="00481A29">
              <w:rPr>
                <w:rFonts w:ascii="Times New Roman" w:hAnsi="Times New Roman" w:cs="Times New Roman"/>
                <w:b/>
                <w:sz w:val="20"/>
                <w:szCs w:val="20"/>
              </w:rPr>
              <w:t>ed Fruit (18g) • Apple Slices (13g)</w:t>
            </w:r>
            <w:r w:rsidRPr="00481A29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Milk: see carton label</w:t>
            </w:r>
          </w:p>
        </w:tc>
        <w:tc>
          <w:tcPr>
            <w:tcW w:w="302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92610C5" w14:textId="77777777" w:rsidR="009B4C7B" w:rsidRPr="00481A29" w:rsidRDefault="00E6797A">
            <w:pPr>
              <w:spacing w:line="16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1A29">
              <w:rPr>
                <w:rFonts w:ascii="Times New Roman" w:hAnsi="Times New Roman" w:cs="Times New Roman"/>
                <w:b/>
                <w:sz w:val="20"/>
                <w:szCs w:val="20"/>
              </w:rPr>
              <w:t>OCT 22</w:t>
            </w:r>
            <w:r w:rsidRPr="00481A29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BREAKFAST: Cinnamon Bun (33g) • Mixed Fruit/Juice (18g)</w:t>
            </w:r>
            <w:r w:rsidRPr="00481A29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LUNCH: Chicken Nuggets w/ Roll (18g) OR Corn Dog (31g)</w:t>
            </w:r>
            <w:r w:rsidRPr="00481A29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VEG: Green Beans (17g) • Sweet Potato Fries (42g)</w:t>
            </w:r>
            <w:r w:rsidRPr="00481A29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FRUIT: Pear Cup (21g) • Apple</w:t>
            </w:r>
            <w:r w:rsidRPr="00481A29">
              <w:rPr>
                <w:rFonts w:ascii="Times New Roman" w:hAnsi="Times New Roman" w:cs="Times New Roman"/>
                <w:b/>
                <w:sz w:val="20"/>
                <w:szCs w:val="20"/>
              </w:rPr>
              <w:t>sauce (12g)</w:t>
            </w:r>
            <w:r w:rsidRPr="00481A29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Milk: see carton label</w:t>
            </w:r>
          </w:p>
        </w:tc>
        <w:tc>
          <w:tcPr>
            <w:tcW w:w="3024" w:type="dxa"/>
            <w:shd w:val="clear" w:color="auto" w:fill="EAF2F8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45E3D0B" w14:textId="77777777" w:rsidR="009B4C7B" w:rsidRPr="00481A29" w:rsidRDefault="00E6797A">
            <w:pPr>
              <w:spacing w:line="16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1A29">
              <w:rPr>
                <w:rFonts w:ascii="Times New Roman" w:hAnsi="Times New Roman" w:cs="Times New Roman"/>
                <w:b/>
                <w:sz w:val="20"/>
                <w:szCs w:val="20"/>
              </w:rPr>
              <w:t>OCT 23</w:t>
            </w:r>
            <w:r w:rsidRPr="00481A29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BREAKFAST: Assorted Breakfast Muffin (30g) • Banana/Juice (27g)</w:t>
            </w:r>
            <w:r w:rsidRPr="00481A29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LUNCH: PIZZA DAY: Cheese/Pepperoni Pizza (28g/31g) OR Cheeseburger (32g)</w:t>
            </w:r>
            <w:r w:rsidRPr="00481A29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VEG: Side Salad (1.5g) • Green Beans (17g)</w:t>
            </w:r>
            <w:r w:rsidRPr="00481A29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FRUIT: Pineapple Cup (12g) • Straw</w:t>
            </w:r>
            <w:r w:rsidRPr="00481A29">
              <w:rPr>
                <w:rFonts w:ascii="Times New Roman" w:hAnsi="Times New Roman" w:cs="Times New Roman"/>
                <w:b/>
                <w:sz w:val="20"/>
                <w:szCs w:val="20"/>
              </w:rPr>
              <w:t>berry Cup (12g)</w:t>
            </w:r>
            <w:r w:rsidRPr="00481A29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Milk: see carton label</w:t>
            </w:r>
          </w:p>
        </w:tc>
      </w:tr>
      <w:tr w:rsidR="009B4C7B" w:rsidRPr="00481A29" w14:paraId="17148CD3" w14:textId="77777777">
        <w:trPr>
          <w:trHeight w:hRule="exact" w:val="1829"/>
        </w:trPr>
        <w:tc>
          <w:tcPr>
            <w:tcW w:w="302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971B580" w14:textId="77777777" w:rsidR="009B4C7B" w:rsidRPr="00481A29" w:rsidRDefault="00E6797A">
            <w:pPr>
              <w:spacing w:line="16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1A29">
              <w:rPr>
                <w:rFonts w:ascii="Times New Roman" w:hAnsi="Times New Roman" w:cs="Times New Roman"/>
                <w:b/>
                <w:sz w:val="20"/>
                <w:szCs w:val="20"/>
              </w:rPr>
              <w:t>OCT 26</w:t>
            </w:r>
            <w:r w:rsidRPr="00481A29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BREAKFAST: Pancake &amp; Sausage Stick/Syrup (35g) • Orange/Juice (22g)</w:t>
            </w:r>
            <w:r w:rsidRPr="00481A29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LUNCH: Sloppy Joe (30g) OR Cheeseburger (32g)</w:t>
            </w:r>
            <w:r w:rsidRPr="00481A29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VEG: Green Peas (11g) • Sweet Potato Fries (42g)</w:t>
            </w:r>
            <w:r w:rsidRPr="00481A29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FRUIT: Mixed Fruit (18g) • Apple Slices (13g)</w:t>
            </w:r>
            <w:r w:rsidRPr="00481A29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</w:r>
            <w:r w:rsidRPr="00481A29">
              <w:rPr>
                <w:rFonts w:ascii="Times New Roman" w:hAnsi="Times New Roman" w:cs="Times New Roman"/>
                <w:b/>
                <w:sz w:val="20"/>
                <w:szCs w:val="20"/>
              </w:rPr>
              <w:t>Milk: see carton label</w:t>
            </w:r>
          </w:p>
        </w:tc>
        <w:tc>
          <w:tcPr>
            <w:tcW w:w="302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A4CD76C" w14:textId="77777777" w:rsidR="009B4C7B" w:rsidRPr="00481A29" w:rsidRDefault="00E6797A">
            <w:pPr>
              <w:spacing w:line="16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1A29">
              <w:rPr>
                <w:rFonts w:ascii="Times New Roman" w:hAnsi="Times New Roman" w:cs="Times New Roman"/>
                <w:b/>
                <w:sz w:val="20"/>
                <w:szCs w:val="20"/>
              </w:rPr>
              <w:t>OCT 27</w:t>
            </w:r>
            <w:r w:rsidRPr="00481A29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BREAKFAST: Sausage Biscuit (23g) • Banana/Juice (27g)</w:t>
            </w:r>
            <w:r w:rsidRPr="00481A29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LUNCH: Spaghetti w/ Meat Sauce (35g) OR Chicken Sandwich (47g)</w:t>
            </w:r>
            <w:r w:rsidRPr="00481A29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VEG: Green Beans (17g) • Side Salad (1.5g)</w:t>
            </w:r>
            <w:r w:rsidRPr="00481A29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FRUIT: Orange (22g) • Applesauce (12g)</w:t>
            </w:r>
            <w:r w:rsidRPr="00481A29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Milk: see carton label</w:t>
            </w:r>
          </w:p>
        </w:tc>
        <w:tc>
          <w:tcPr>
            <w:tcW w:w="302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0F147F6" w14:textId="77777777" w:rsidR="009B4C7B" w:rsidRPr="00481A29" w:rsidRDefault="00E6797A">
            <w:pPr>
              <w:spacing w:line="16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1A2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OCT </w:t>
            </w:r>
            <w:r w:rsidRPr="00481A29">
              <w:rPr>
                <w:rFonts w:ascii="Times New Roman" w:hAnsi="Times New Roman" w:cs="Times New Roman"/>
                <w:b/>
                <w:sz w:val="20"/>
                <w:szCs w:val="20"/>
              </w:rPr>
              <w:t>28</w:t>
            </w:r>
            <w:r w:rsidRPr="00481A29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BREAKFAST: Dunkin Sticks (33g) • Applesauce/Juice (12g)</w:t>
            </w:r>
            <w:r w:rsidRPr="00481A29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LUNCH: General Tso Chicken w/ Fried Rice (58g total (30g + 28g rice)) OR Chicken Nuggets (18g)</w:t>
            </w:r>
            <w:r w:rsidRPr="00481A29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VEG: Broccoli w/ Cheese (3g) • Corn (21g)</w:t>
            </w:r>
            <w:r w:rsidRPr="00481A29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FRUIT: Pineapple (12g) • Strawberry Cup (12g)</w:t>
            </w:r>
            <w:r w:rsidRPr="00481A29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Milk: see cart</w:t>
            </w:r>
            <w:r w:rsidRPr="00481A29">
              <w:rPr>
                <w:rFonts w:ascii="Times New Roman" w:hAnsi="Times New Roman" w:cs="Times New Roman"/>
                <w:b/>
                <w:sz w:val="20"/>
                <w:szCs w:val="20"/>
              </w:rPr>
              <w:t>on label</w:t>
            </w:r>
          </w:p>
        </w:tc>
        <w:tc>
          <w:tcPr>
            <w:tcW w:w="3024" w:type="dxa"/>
            <w:shd w:val="clear" w:color="auto" w:fill="E2F0D9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362A0C6" w14:textId="77777777" w:rsidR="009B4C7B" w:rsidRPr="00481A29" w:rsidRDefault="00E6797A">
            <w:pPr>
              <w:spacing w:line="16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1A29">
              <w:rPr>
                <w:rFonts w:ascii="Times New Roman" w:hAnsi="Times New Roman" w:cs="Times New Roman"/>
                <w:b/>
                <w:sz w:val="20"/>
                <w:szCs w:val="20"/>
              </w:rPr>
              <w:t>OCT 29</w:t>
            </w:r>
            <w:r w:rsidRPr="00481A29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BREAKFAST: Breakfast Pizza (21g) • Peach Cup/Juice (17g)</w:t>
            </w:r>
            <w:r w:rsidRPr="00481A29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LUNCH: MANAGER'S CHOICE</w:t>
            </w:r>
            <w:r w:rsidRPr="00481A29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VEG: Manager's Choice Vegetables</w:t>
            </w:r>
            <w:r w:rsidRPr="00481A29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FRUIT: Manager's Choice Fruit</w:t>
            </w:r>
            <w:r w:rsidRPr="00481A29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Milk: see carton label</w:t>
            </w:r>
          </w:p>
        </w:tc>
        <w:tc>
          <w:tcPr>
            <w:tcW w:w="3024" w:type="dxa"/>
            <w:shd w:val="clear" w:color="auto" w:fill="EAF2F8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9BEC83D" w14:textId="77777777" w:rsidR="009B4C7B" w:rsidRPr="00481A29" w:rsidRDefault="00E6797A">
            <w:pPr>
              <w:spacing w:line="16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1A29">
              <w:rPr>
                <w:rFonts w:ascii="Times New Roman" w:hAnsi="Times New Roman" w:cs="Times New Roman"/>
                <w:b/>
                <w:sz w:val="20"/>
                <w:szCs w:val="20"/>
              </w:rPr>
              <w:t>OCT 30</w:t>
            </w:r>
            <w:r w:rsidRPr="00481A29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BREAKFAST: Cinnamon Bun (33g) • Pear Cup/Juice (21g)</w:t>
            </w:r>
            <w:r w:rsidRPr="00481A29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 xml:space="preserve">LUNCH: PIZZA </w:t>
            </w:r>
            <w:r w:rsidRPr="00481A29">
              <w:rPr>
                <w:rFonts w:ascii="Times New Roman" w:hAnsi="Times New Roman" w:cs="Times New Roman"/>
                <w:b/>
                <w:sz w:val="20"/>
                <w:szCs w:val="20"/>
              </w:rPr>
              <w:t>DAY: Cheese/Pepperoni Pizza (28g/31g) OR Hot Dog (VERIFY LABEL)</w:t>
            </w:r>
            <w:r w:rsidRPr="00481A29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VEG: Side Salad (1.5g) • Corn (21g)</w:t>
            </w:r>
            <w:r w:rsidRPr="00481A29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FRUIT: Mixed Fruit (18g) • Apple Slices (13g)</w:t>
            </w:r>
            <w:r w:rsidRPr="00481A29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Milk: see carton label</w:t>
            </w:r>
          </w:p>
        </w:tc>
      </w:tr>
    </w:tbl>
    <w:p w14:paraId="0A6B4B21" w14:textId="341697E6" w:rsidR="009B4C7B" w:rsidRPr="00481A29" w:rsidRDefault="00E6797A">
      <w:pPr>
        <w:spacing w:after="0" w:line="216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481A29">
        <w:rPr>
          <w:rFonts w:ascii="Times New Roman" w:hAnsi="Times New Roman" w:cs="Times New Roman"/>
          <w:b/>
          <w:sz w:val="20"/>
          <w:szCs w:val="20"/>
        </w:rPr>
        <w:t xml:space="preserve">DAILY OFFERINGS: Non-fat, 1%, </w:t>
      </w:r>
      <w:r>
        <w:rPr>
          <w:rFonts w:ascii="Times New Roman" w:hAnsi="Times New Roman" w:cs="Times New Roman"/>
          <w:b/>
          <w:sz w:val="20"/>
          <w:szCs w:val="20"/>
        </w:rPr>
        <w:t>white,</w:t>
      </w:r>
      <w:r w:rsidRPr="00481A29">
        <w:rPr>
          <w:rFonts w:ascii="Times New Roman" w:hAnsi="Times New Roman" w:cs="Times New Roman"/>
          <w:b/>
          <w:sz w:val="20"/>
          <w:szCs w:val="20"/>
        </w:rPr>
        <w:t xml:space="preserve">chocolate or strawberry milk offered daily. Chef </w:t>
      </w:r>
      <w:r w:rsidRPr="00481A29">
        <w:rPr>
          <w:rFonts w:ascii="Times New Roman" w:hAnsi="Times New Roman" w:cs="Times New Roman"/>
          <w:b/>
          <w:sz w:val="20"/>
          <w:szCs w:val="20"/>
        </w:rPr>
        <w:t>Salad and Peanut Butter &amp; Jelly Sandwich offered daily. BREAKFAST: Pop-Tarts and assorted cereal available daily.</w:t>
      </w:r>
    </w:p>
    <w:sectPr w:rsidR="009B4C7B" w:rsidRPr="00481A29" w:rsidSect="00034616">
      <w:pgSz w:w="15840" w:h="12240" w:orient="landscape"/>
      <w:pgMar w:top="86" w:right="115" w:bottom="86" w:left="11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481A29"/>
    <w:rsid w:val="00745541"/>
    <w:rsid w:val="009B4C7B"/>
    <w:rsid w:val="00AA1D8D"/>
    <w:rsid w:val="00B47730"/>
    <w:rsid w:val="00CB0664"/>
    <w:rsid w:val="00D10DF0"/>
    <w:rsid w:val="00E6797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3DF28B7"/>
  <w14:defaultImageDpi w14:val="300"/>
  <w15:docId w15:val="{88C12D1E-9211-4F1B-A355-818C254577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815</Words>
  <Characters>4651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5456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Stokes, L'nette S</cp:lastModifiedBy>
  <cp:revision>2</cp:revision>
  <dcterms:created xsi:type="dcterms:W3CDTF">2026-09-21T17:59:00Z</dcterms:created>
  <dcterms:modified xsi:type="dcterms:W3CDTF">2026-09-21T17:59:00Z</dcterms:modified>
  <cp:category/>
</cp:coreProperties>
</file>