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0CFE1" w14:textId="77777777" w:rsidR="00A3374F" w:rsidRDefault="00921BDE">
      <w:pPr>
        <w:spacing w:after="0"/>
        <w:jc w:val="center"/>
      </w:pPr>
      <w:r>
        <w:rPr>
          <w:rFonts w:ascii="Arial" w:hAnsi="Arial"/>
          <w:b/>
          <w:sz w:val="32"/>
        </w:rPr>
        <w:t>DUPLIN COUNTY SCHOOLS</w:t>
      </w:r>
    </w:p>
    <w:p w14:paraId="7783CC97" w14:textId="77777777" w:rsidR="00A3374F" w:rsidRDefault="00921BDE">
      <w:pPr>
        <w:spacing w:after="40"/>
        <w:jc w:val="center"/>
      </w:pPr>
      <w:r>
        <w:rPr>
          <w:rFonts w:ascii="Arial" w:hAnsi="Arial"/>
          <w:b/>
        </w:rPr>
        <w:t>SCHOOL NUTRITION | OCTOBER 2026 SUPPER MENU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41"/>
        <w:gridCol w:w="3041"/>
        <w:gridCol w:w="3041"/>
        <w:gridCol w:w="3041"/>
        <w:gridCol w:w="3041"/>
      </w:tblGrid>
      <w:tr w:rsidR="00A3374F" w14:paraId="709D8276" w14:textId="77777777"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4CC59A" w14:textId="77777777" w:rsidR="00A3374F" w:rsidRDefault="00921BD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MONDAY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A456B75" w14:textId="77777777" w:rsidR="00A3374F" w:rsidRDefault="00921BD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TUESDAY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438180E" w14:textId="77777777" w:rsidR="00A3374F" w:rsidRDefault="00921BD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WEDNESDAY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FFC5E7" w14:textId="77777777" w:rsidR="00A3374F" w:rsidRDefault="00921BD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THURSDAY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D57E94A" w14:textId="77777777" w:rsidR="00A3374F" w:rsidRDefault="00921BDE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FRIDAY</w:t>
            </w:r>
          </w:p>
        </w:tc>
      </w:tr>
      <w:tr w:rsidR="00A3374F" w14:paraId="60C5E6FC" w14:textId="77777777">
        <w:trPr>
          <w:trHeight w:hRule="exact" w:val="1685"/>
        </w:trPr>
        <w:tc>
          <w:tcPr>
            <w:tcW w:w="2995" w:type="dxa"/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A2ED1D" w14:textId="77777777" w:rsidR="00A3374F" w:rsidRDefault="00A3374F"/>
        </w:tc>
        <w:tc>
          <w:tcPr>
            <w:tcW w:w="2995" w:type="dxa"/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6F624E" w14:textId="77777777" w:rsidR="00A3374F" w:rsidRDefault="00A3374F"/>
        </w:tc>
        <w:tc>
          <w:tcPr>
            <w:tcW w:w="2995" w:type="dxa"/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1B0BF9" w14:textId="77777777" w:rsidR="00A3374F" w:rsidRDefault="00A3374F"/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A72DCB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1</w:t>
            </w:r>
            <w:r>
              <w:rPr>
                <w:rFonts w:ascii="Arial" w:hAnsi="Arial"/>
                <w:b/>
                <w:sz w:val="18"/>
              </w:rPr>
              <w:br/>
              <w:t>ENTRÉE: Meatball Sub</w:t>
            </w:r>
            <w:r>
              <w:rPr>
                <w:rFonts w:ascii="Arial" w:hAnsi="Arial"/>
                <w:b/>
                <w:sz w:val="18"/>
              </w:rPr>
              <w:br/>
              <w:t>VEGETABLE: Green Beans - 1 cup</w:t>
            </w:r>
            <w:r>
              <w:rPr>
                <w:rFonts w:ascii="Arial" w:hAnsi="Arial"/>
                <w:b/>
                <w:sz w:val="18"/>
              </w:rPr>
              <w:br/>
              <w:t>FRUIT: Strawberry Cup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949285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</w:t>
            </w:r>
            <w:r>
              <w:rPr>
                <w:rFonts w:ascii="Arial" w:hAnsi="Arial"/>
                <w:b/>
                <w:sz w:val="18"/>
              </w:rPr>
              <w:br/>
              <w:t xml:space="preserve">ENTRÉE: Hot Ham and </w:t>
            </w:r>
            <w:r>
              <w:rPr>
                <w:rFonts w:ascii="Arial" w:hAnsi="Arial"/>
                <w:b/>
                <w:sz w:val="18"/>
              </w:rPr>
              <w:t>Cheese Sandwich</w:t>
            </w:r>
            <w:r>
              <w:rPr>
                <w:rFonts w:ascii="Arial" w:hAnsi="Arial"/>
                <w:b/>
                <w:sz w:val="18"/>
              </w:rPr>
              <w:br/>
              <w:t>VEGETABLE: Small Salad - 1 cup</w:t>
            </w:r>
            <w:r>
              <w:rPr>
                <w:rFonts w:ascii="Arial" w:hAnsi="Arial"/>
                <w:b/>
                <w:sz w:val="18"/>
              </w:rPr>
              <w:br/>
              <w:t>FRUIT: Mixed Fruit Cup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</w:tr>
      <w:tr w:rsidR="00A3374F" w14:paraId="113898F7" w14:textId="77777777">
        <w:trPr>
          <w:trHeight w:hRule="exact" w:val="1685"/>
        </w:trPr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3B3641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5</w:t>
            </w:r>
            <w:r>
              <w:rPr>
                <w:rFonts w:ascii="Arial" w:hAnsi="Arial"/>
                <w:b/>
                <w:sz w:val="18"/>
              </w:rPr>
              <w:br/>
              <w:t>ENTRÉE: Chicken Sandwich</w:t>
            </w:r>
            <w:r>
              <w:rPr>
                <w:rFonts w:ascii="Arial" w:hAnsi="Arial"/>
                <w:b/>
                <w:sz w:val="18"/>
              </w:rPr>
              <w:br/>
              <w:t>VEGETABLE: Cucumber Slices - 1 cup</w:t>
            </w:r>
            <w:r>
              <w:rPr>
                <w:rFonts w:ascii="Arial" w:hAnsi="Arial"/>
                <w:b/>
                <w:sz w:val="18"/>
              </w:rPr>
              <w:br/>
              <w:t>FRUIT: Diced Pears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9D13E3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6</w:t>
            </w:r>
            <w:r>
              <w:rPr>
                <w:rFonts w:ascii="Arial" w:hAnsi="Arial"/>
                <w:b/>
                <w:sz w:val="18"/>
              </w:rPr>
              <w:br/>
              <w:t>ENTRÉE: BBQ Pork Sandwich</w:t>
            </w:r>
            <w:r>
              <w:rPr>
                <w:rFonts w:ascii="Arial" w:hAnsi="Arial"/>
                <w:b/>
                <w:sz w:val="18"/>
              </w:rPr>
              <w:br/>
              <w:t xml:space="preserve">VEGETABLE: </w:t>
            </w:r>
            <w:r>
              <w:rPr>
                <w:rFonts w:ascii="Arial" w:hAnsi="Arial"/>
                <w:b/>
                <w:sz w:val="18"/>
              </w:rPr>
              <w:t>Sweet Peas - 1 cup</w:t>
            </w:r>
            <w:r>
              <w:rPr>
                <w:rFonts w:ascii="Arial" w:hAnsi="Arial"/>
                <w:b/>
                <w:sz w:val="18"/>
              </w:rPr>
              <w:br/>
              <w:t>FRUIT: Banana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10AEBF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7</w:t>
            </w:r>
            <w:r>
              <w:rPr>
                <w:rFonts w:ascii="Arial" w:hAnsi="Arial"/>
                <w:b/>
                <w:sz w:val="18"/>
              </w:rPr>
              <w:br/>
              <w:t>ENTRÉE: Hot Dog</w:t>
            </w:r>
            <w:r>
              <w:rPr>
                <w:rFonts w:ascii="Arial" w:hAnsi="Arial"/>
                <w:b/>
                <w:sz w:val="18"/>
              </w:rPr>
              <w:br/>
              <w:t>VEGETABLE: Corn - 1 cup</w:t>
            </w:r>
            <w:r>
              <w:rPr>
                <w:rFonts w:ascii="Arial" w:hAnsi="Arial"/>
                <w:b/>
                <w:sz w:val="18"/>
              </w:rPr>
              <w:br/>
              <w:t>FRUIT: Diced Peaches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50CD9F0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8</w:t>
            </w:r>
            <w:r>
              <w:rPr>
                <w:rFonts w:ascii="Arial" w:hAnsi="Arial"/>
                <w:b/>
                <w:sz w:val="18"/>
              </w:rPr>
              <w:br/>
              <w:t>ENTRÉE: Chicken Tenders</w:t>
            </w:r>
            <w:r>
              <w:rPr>
                <w:rFonts w:ascii="Arial" w:hAnsi="Arial"/>
                <w:b/>
                <w:sz w:val="18"/>
              </w:rPr>
              <w:br/>
              <w:t>VEGETABLE: Mixed Vegetables - 1 cup</w:t>
            </w:r>
            <w:r>
              <w:rPr>
                <w:rFonts w:ascii="Arial" w:hAnsi="Arial"/>
                <w:b/>
                <w:sz w:val="18"/>
              </w:rPr>
              <w:br/>
              <w:t>FRUIT: Applesauce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118C1A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</w:t>
            </w:r>
            <w:r>
              <w:rPr>
                <w:rFonts w:ascii="Arial" w:hAnsi="Arial"/>
                <w:b/>
                <w:sz w:val="18"/>
              </w:rPr>
              <w:t>BER 9</w:t>
            </w:r>
            <w:r>
              <w:rPr>
                <w:rFonts w:ascii="Arial" w:hAnsi="Arial"/>
                <w:b/>
                <w:sz w:val="18"/>
              </w:rPr>
              <w:br/>
              <w:t>ENTRÉE: Snack Time Lunchable</w:t>
            </w:r>
            <w:r>
              <w:rPr>
                <w:rFonts w:ascii="Arial" w:hAnsi="Arial"/>
                <w:b/>
                <w:sz w:val="18"/>
              </w:rPr>
              <w:br/>
              <w:t>VEGETABLE: Carrots - 1 cup</w:t>
            </w:r>
            <w:r>
              <w:rPr>
                <w:rFonts w:ascii="Arial" w:hAnsi="Arial"/>
                <w:b/>
                <w:sz w:val="18"/>
              </w:rPr>
              <w:br/>
              <w:t>FRUIT: Whole Orange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</w:tr>
      <w:tr w:rsidR="00A3374F" w14:paraId="49EF3D96" w14:textId="77777777">
        <w:trPr>
          <w:trHeight w:hRule="exact" w:val="1685"/>
        </w:trPr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50F533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12</w:t>
            </w:r>
            <w:r>
              <w:rPr>
                <w:rFonts w:ascii="Arial" w:hAnsi="Arial"/>
                <w:b/>
                <w:sz w:val="18"/>
              </w:rPr>
              <w:br/>
              <w:t>ENTRÉE: Chicken Sandwich</w:t>
            </w:r>
            <w:r>
              <w:rPr>
                <w:rFonts w:ascii="Arial" w:hAnsi="Arial"/>
                <w:b/>
                <w:sz w:val="18"/>
              </w:rPr>
              <w:br/>
              <w:t>VEGETABLE: Green Beans - 1 cup</w:t>
            </w:r>
            <w:r>
              <w:rPr>
                <w:rFonts w:ascii="Arial" w:hAnsi="Arial"/>
                <w:b/>
                <w:sz w:val="18"/>
              </w:rPr>
              <w:br/>
              <w:t>FRUIT: Mixed Fruit Cup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DB8B95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13</w:t>
            </w:r>
            <w:r>
              <w:rPr>
                <w:rFonts w:ascii="Arial" w:hAnsi="Arial"/>
                <w:b/>
                <w:sz w:val="18"/>
              </w:rPr>
              <w:br/>
              <w:t>ENTRÉE: Cheeseburger</w:t>
            </w:r>
            <w:r>
              <w:rPr>
                <w:rFonts w:ascii="Arial" w:hAnsi="Arial"/>
                <w:b/>
                <w:sz w:val="18"/>
              </w:rPr>
              <w:br/>
              <w:t xml:space="preserve">VEGETABLE: </w:t>
            </w:r>
            <w:r>
              <w:rPr>
                <w:rFonts w:ascii="Arial" w:hAnsi="Arial"/>
                <w:b/>
                <w:sz w:val="18"/>
              </w:rPr>
              <w:t>Sweet Potato Fries - 1 cup</w:t>
            </w:r>
            <w:r>
              <w:rPr>
                <w:rFonts w:ascii="Arial" w:hAnsi="Arial"/>
                <w:b/>
                <w:sz w:val="18"/>
              </w:rPr>
              <w:br/>
              <w:t>FRUIT: Whole Apple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88695BD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14</w:t>
            </w:r>
            <w:r>
              <w:rPr>
                <w:rFonts w:ascii="Arial" w:hAnsi="Arial"/>
                <w:b/>
                <w:sz w:val="18"/>
              </w:rPr>
              <w:br/>
              <w:t>ENTRÉE: Turkey &amp; Swiss Sandwich</w:t>
            </w:r>
            <w:r>
              <w:rPr>
                <w:rFonts w:ascii="Arial" w:hAnsi="Arial"/>
                <w:b/>
                <w:sz w:val="18"/>
              </w:rPr>
              <w:br/>
              <w:t>VEGETABLE: Corn - 1 cup</w:t>
            </w:r>
            <w:r>
              <w:rPr>
                <w:rFonts w:ascii="Arial" w:hAnsi="Arial"/>
                <w:b/>
                <w:sz w:val="18"/>
              </w:rPr>
              <w:br/>
              <w:t>FRUIT: Diced Pears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2B5FDC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15</w:t>
            </w:r>
            <w:r>
              <w:rPr>
                <w:rFonts w:ascii="Arial" w:hAnsi="Arial"/>
                <w:b/>
                <w:sz w:val="18"/>
              </w:rPr>
              <w:br/>
              <w:t>ENTRÉE: Hot Dog</w:t>
            </w:r>
            <w:r>
              <w:rPr>
                <w:rFonts w:ascii="Arial" w:hAnsi="Arial"/>
                <w:b/>
                <w:sz w:val="18"/>
              </w:rPr>
              <w:br/>
              <w:t>VEGETABLE: Carrots - 1 cup</w:t>
            </w:r>
            <w:r>
              <w:rPr>
                <w:rFonts w:ascii="Arial" w:hAnsi="Arial"/>
                <w:b/>
                <w:sz w:val="18"/>
              </w:rPr>
              <w:br/>
              <w:t>FRUIT: Strawberry Cup - 1 cup</w:t>
            </w:r>
            <w:r>
              <w:rPr>
                <w:rFonts w:ascii="Arial" w:hAnsi="Arial"/>
                <w:b/>
                <w:sz w:val="18"/>
              </w:rPr>
              <w:br/>
            </w:r>
            <w:r>
              <w:rPr>
                <w:rFonts w:ascii="Arial" w:hAnsi="Arial"/>
                <w:b/>
                <w:sz w:val="18"/>
              </w:rPr>
              <w:t>MILK: 1 cup</w:t>
            </w:r>
          </w:p>
        </w:tc>
        <w:tc>
          <w:tcPr>
            <w:tcW w:w="2995" w:type="dxa"/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09397D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OCTOBER 16</w:t>
            </w:r>
            <w:r>
              <w:rPr>
                <w:rFonts w:ascii="Arial" w:hAnsi="Arial"/>
                <w:b/>
                <w:sz w:val="20"/>
              </w:rPr>
              <w:br/>
              <w:t>NO SCHOOL</w:t>
            </w:r>
          </w:p>
        </w:tc>
      </w:tr>
      <w:tr w:rsidR="00A3374F" w14:paraId="23126E65" w14:textId="77777777">
        <w:trPr>
          <w:trHeight w:hRule="exact" w:val="1685"/>
        </w:trPr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1A80C6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19</w:t>
            </w:r>
            <w:r>
              <w:rPr>
                <w:rFonts w:ascii="Arial" w:hAnsi="Arial"/>
                <w:b/>
                <w:sz w:val="18"/>
              </w:rPr>
              <w:br/>
              <w:t>ENTRÉE: Stuffed Pizza</w:t>
            </w:r>
            <w:r>
              <w:rPr>
                <w:rFonts w:ascii="Arial" w:hAnsi="Arial"/>
                <w:b/>
                <w:sz w:val="18"/>
              </w:rPr>
              <w:br/>
              <w:t>VEGETABLE: Small Salad - 1 cup</w:t>
            </w:r>
            <w:r>
              <w:rPr>
                <w:rFonts w:ascii="Arial" w:hAnsi="Arial"/>
                <w:b/>
                <w:sz w:val="18"/>
              </w:rPr>
              <w:br/>
              <w:t>FRUIT: Diced Peaches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CB319A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20</w:t>
            </w:r>
            <w:r>
              <w:rPr>
                <w:rFonts w:ascii="Arial" w:hAnsi="Arial"/>
                <w:b/>
                <w:sz w:val="18"/>
              </w:rPr>
              <w:br/>
              <w:t>ENTRÉE: Rib Sandwich</w:t>
            </w:r>
            <w:r>
              <w:rPr>
                <w:rFonts w:ascii="Arial" w:hAnsi="Arial"/>
                <w:b/>
                <w:sz w:val="18"/>
              </w:rPr>
              <w:br/>
              <w:t>VEGETABLE: French Fries - 1 cup</w:t>
            </w:r>
            <w:r>
              <w:rPr>
                <w:rFonts w:ascii="Arial" w:hAnsi="Arial"/>
                <w:b/>
                <w:sz w:val="18"/>
              </w:rPr>
              <w:br/>
              <w:t>FRUIT: Strawberry Applesauce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3ABC95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21</w:t>
            </w:r>
            <w:r>
              <w:rPr>
                <w:rFonts w:ascii="Arial" w:hAnsi="Arial"/>
                <w:b/>
                <w:sz w:val="18"/>
              </w:rPr>
              <w:br/>
              <w:t>ENTRÉE: Hot Dog</w:t>
            </w:r>
            <w:r>
              <w:rPr>
                <w:rFonts w:ascii="Arial" w:hAnsi="Arial"/>
                <w:b/>
                <w:sz w:val="18"/>
              </w:rPr>
              <w:br/>
              <w:t>VEGETABLE: Mixed Vegetables - 1 cup</w:t>
            </w:r>
            <w:r>
              <w:rPr>
                <w:rFonts w:ascii="Arial" w:hAnsi="Arial"/>
                <w:b/>
                <w:sz w:val="18"/>
              </w:rPr>
              <w:br/>
              <w:t>FRUIT: Whole Orange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617F96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22</w:t>
            </w:r>
            <w:r>
              <w:rPr>
                <w:rFonts w:ascii="Arial" w:hAnsi="Arial"/>
                <w:b/>
                <w:sz w:val="18"/>
              </w:rPr>
              <w:br/>
              <w:t>ENTRÉE: Chicken Sandwich</w:t>
            </w:r>
            <w:r>
              <w:rPr>
                <w:rFonts w:ascii="Arial" w:hAnsi="Arial"/>
                <w:b/>
                <w:sz w:val="18"/>
              </w:rPr>
              <w:br/>
              <w:t>VEGETABLE: Sweet Peas - 1 cup</w:t>
            </w:r>
            <w:r>
              <w:rPr>
                <w:rFonts w:ascii="Arial" w:hAnsi="Arial"/>
                <w:b/>
                <w:sz w:val="18"/>
              </w:rPr>
              <w:br/>
              <w:t>FRUIT: Applesauce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688710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23</w:t>
            </w:r>
            <w:r>
              <w:rPr>
                <w:rFonts w:ascii="Arial" w:hAnsi="Arial"/>
                <w:b/>
                <w:sz w:val="18"/>
              </w:rPr>
              <w:br/>
              <w:t>ENTRÉE: Turkey &amp; Swiss Sandwich</w:t>
            </w:r>
            <w:r>
              <w:rPr>
                <w:rFonts w:ascii="Arial" w:hAnsi="Arial"/>
                <w:b/>
                <w:sz w:val="18"/>
              </w:rPr>
              <w:br/>
              <w:t>VEGETA</w:t>
            </w:r>
            <w:r>
              <w:rPr>
                <w:rFonts w:ascii="Arial" w:hAnsi="Arial"/>
                <w:b/>
                <w:sz w:val="18"/>
              </w:rPr>
              <w:t>BLE: Carrots - 1 cup</w:t>
            </w:r>
            <w:r>
              <w:rPr>
                <w:rFonts w:ascii="Arial" w:hAnsi="Arial"/>
                <w:b/>
                <w:sz w:val="18"/>
              </w:rPr>
              <w:br/>
              <w:t>FRUIT: Mixed Fruit Cup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</w:tr>
      <w:tr w:rsidR="00A3374F" w14:paraId="27B10C3B" w14:textId="77777777">
        <w:trPr>
          <w:trHeight w:hRule="exact" w:val="1685"/>
        </w:trPr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21DCA8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26</w:t>
            </w:r>
            <w:r>
              <w:rPr>
                <w:rFonts w:ascii="Arial" w:hAnsi="Arial"/>
                <w:b/>
                <w:sz w:val="18"/>
              </w:rPr>
              <w:br/>
              <w:t>ENTRÉE: Meatball Sub</w:t>
            </w:r>
            <w:r>
              <w:rPr>
                <w:rFonts w:ascii="Arial" w:hAnsi="Arial"/>
                <w:b/>
                <w:sz w:val="18"/>
              </w:rPr>
              <w:br/>
              <w:t>VEGETABLE: Corn - 1 cup</w:t>
            </w:r>
            <w:r>
              <w:rPr>
                <w:rFonts w:ascii="Arial" w:hAnsi="Arial"/>
                <w:b/>
                <w:sz w:val="18"/>
              </w:rPr>
              <w:br/>
              <w:t>FRUIT: Diced Pears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1AC2D7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27</w:t>
            </w:r>
            <w:r>
              <w:rPr>
                <w:rFonts w:ascii="Arial" w:hAnsi="Arial"/>
                <w:b/>
                <w:sz w:val="18"/>
              </w:rPr>
              <w:br/>
              <w:t>ENTRÉE: Cheeseburger</w:t>
            </w:r>
            <w:r>
              <w:rPr>
                <w:rFonts w:ascii="Arial" w:hAnsi="Arial"/>
                <w:b/>
                <w:sz w:val="18"/>
              </w:rPr>
              <w:br/>
              <w:t>VEGETABLE: Green Beans - 1 cup</w:t>
            </w:r>
            <w:r>
              <w:rPr>
                <w:rFonts w:ascii="Arial" w:hAnsi="Arial"/>
                <w:b/>
                <w:sz w:val="18"/>
              </w:rPr>
              <w:br/>
              <w:t>FRUIT: Strawberry Cup - 1 cup</w:t>
            </w:r>
            <w:r>
              <w:rPr>
                <w:rFonts w:ascii="Arial" w:hAnsi="Arial"/>
                <w:b/>
                <w:sz w:val="18"/>
              </w:rPr>
              <w:br/>
              <w:t>MIL</w:t>
            </w:r>
            <w:r>
              <w:rPr>
                <w:rFonts w:ascii="Arial" w:hAnsi="Arial"/>
                <w:b/>
                <w:sz w:val="18"/>
              </w:rPr>
              <w:t>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B19995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28</w:t>
            </w:r>
            <w:r>
              <w:rPr>
                <w:rFonts w:ascii="Arial" w:hAnsi="Arial"/>
                <w:b/>
                <w:sz w:val="18"/>
              </w:rPr>
              <w:br/>
              <w:t>ENTRÉE: Chicken Sandwich</w:t>
            </w:r>
            <w:r>
              <w:rPr>
                <w:rFonts w:ascii="Arial" w:hAnsi="Arial"/>
                <w:b/>
                <w:sz w:val="18"/>
              </w:rPr>
              <w:br/>
              <w:t>VEGETABLE: Sweet Potato Fries - 1 cup</w:t>
            </w:r>
            <w:r>
              <w:rPr>
                <w:rFonts w:ascii="Arial" w:hAnsi="Arial"/>
                <w:b/>
                <w:sz w:val="18"/>
              </w:rPr>
              <w:br/>
              <w:t>FRUIT: Whole Apple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5DBD0C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29</w:t>
            </w:r>
            <w:r>
              <w:rPr>
                <w:rFonts w:ascii="Arial" w:hAnsi="Arial"/>
                <w:b/>
                <w:sz w:val="18"/>
              </w:rPr>
              <w:br/>
              <w:t>ENTRÉE: Chicken Nuggets</w:t>
            </w:r>
            <w:r>
              <w:rPr>
                <w:rFonts w:ascii="Arial" w:hAnsi="Arial"/>
                <w:b/>
                <w:sz w:val="18"/>
              </w:rPr>
              <w:br/>
              <w:t>VEGETABLE: Small Salad - 1 cup</w:t>
            </w:r>
            <w:r>
              <w:rPr>
                <w:rFonts w:ascii="Arial" w:hAnsi="Arial"/>
                <w:b/>
                <w:sz w:val="18"/>
              </w:rPr>
              <w:br/>
              <w:t>FRUIT: Diced Peaches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  <w:tc>
          <w:tcPr>
            <w:tcW w:w="2995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2A5FFB" w14:textId="77777777" w:rsidR="00A3374F" w:rsidRDefault="00921BDE">
            <w:pPr>
              <w:spacing w:line="211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30</w:t>
            </w:r>
            <w:r>
              <w:rPr>
                <w:rFonts w:ascii="Arial" w:hAnsi="Arial"/>
                <w:b/>
                <w:sz w:val="18"/>
              </w:rPr>
              <w:br/>
              <w:t>ENTRÉE: Snack Ti</w:t>
            </w:r>
            <w:r>
              <w:rPr>
                <w:rFonts w:ascii="Arial" w:hAnsi="Arial"/>
                <w:b/>
                <w:sz w:val="18"/>
              </w:rPr>
              <w:t>me Lunchable</w:t>
            </w:r>
            <w:r>
              <w:rPr>
                <w:rFonts w:ascii="Arial" w:hAnsi="Arial"/>
                <w:b/>
                <w:sz w:val="18"/>
              </w:rPr>
              <w:br/>
              <w:t>VEGETABLE: Cucumber Slices - 1 cup</w:t>
            </w:r>
            <w:r>
              <w:rPr>
                <w:rFonts w:ascii="Arial" w:hAnsi="Arial"/>
                <w:b/>
                <w:sz w:val="18"/>
              </w:rPr>
              <w:br/>
              <w:t>FRUIT: Banana - 1 cup</w:t>
            </w:r>
            <w:r>
              <w:rPr>
                <w:rFonts w:ascii="Arial" w:hAnsi="Arial"/>
                <w:b/>
                <w:sz w:val="18"/>
              </w:rPr>
              <w:br/>
              <w:t>MILK: 1 cup</w:t>
            </w:r>
          </w:p>
        </w:tc>
      </w:tr>
    </w:tbl>
    <w:p w14:paraId="4E2F0A6D" w14:textId="77777777" w:rsidR="00A3374F" w:rsidRDefault="00921BDE">
      <w:pPr>
        <w:spacing w:before="40" w:after="0"/>
        <w:jc w:val="center"/>
      </w:pPr>
      <w:r>
        <w:rPr>
          <w:rFonts w:ascii="Arial" w:hAnsi="Arial"/>
          <w:sz w:val="18"/>
        </w:rPr>
        <w:t>Serve Only. Full required supper meal is served. Menu is subject to change based on product availability.</w:t>
      </w:r>
    </w:p>
    <w:sectPr w:rsidR="00A3374F" w:rsidSect="00034616">
      <w:pgSz w:w="15840" w:h="12240" w:orient="landscape"/>
      <w:pgMar w:top="259" w:right="317" w:bottom="259" w:left="3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21BDE"/>
    <w:rsid w:val="00A3374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58EEFD"/>
  <w14:defaultImageDpi w14:val="300"/>
  <w15:docId w15:val="{88C12D1E-9211-4F1B-A355-818C2545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Stokes, L'nette S</cp:lastModifiedBy>
  <cp:revision>2</cp:revision>
  <dcterms:created xsi:type="dcterms:W3CDTF">2026-09-21T17:15:00Z</dcterms:created>
  <dcterms:modified xsi:type="dcterms:W3CDTF">2026-09-21T17:15:00Z</dcterms:modified>
  <cp:category/>
</cp:coreProperties>
</file>