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A28D" w14:textId="77777777" w:rsidR="001026C7" w:rsidRDefault="00923B75">
      <w:pPr>
        <w:spacing w:after="0"/>
        <w:jc w:val="center"/>
      </w:pPr>
      <w:r>
        <w:rPr>
          <w:rFonts w:ascii="Arial" w:hAnsi="Arial"/>
          <w:b/>
          <w:sz w:val="32"/>
        </w:rPr>
        <w:t>DUPLIN COUNTY SCHOOLS</w:t>
      </w:r>
    </w:p>
    <w:p w14:paraId="03C8CB66" w14:textId="77777777" w:rsidR="001026C7" w:rsidRDefault="00923B75">
      <w:pPr>
        <w:spacing w:after="20"/>
        <w:jc w:val="center"/>
      </w:pPr>
      <w:r>
        <w:t>OCTOBER 2026 HEAD START / AFTER SCHOOL SNACK MENU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41"/>
        <w:gridCol w:w="3041"/>
        <w:gridCol w:w="3041"/>
        <w:gridCol w:w="3041"/>
        <w:gridCol w:w="3041"/>
      </w:tblGrid>
      <w:tr w:rsidR="001026C7" w14:paraId="236819E3" w14:textId="77777777">
        <w:tc>
          <w:tcPr>
            <w:tcW w:w="3041" w:type="dxa"/>
            <w:shd w:val="clear" w:color="auto" w:fill="D9EAF7"/>
          </w:tcPr>
          <w:p w14:paraId="492FC92B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PROGRAM</w:t>
            </w:r>
          </w:p>
        </w:tc>
        <w:tc>
          <w:tcPr>
            <w:tcW w:w="3041" w:type="dxa"/>
            <w:shd w:val="clear" w:color="auto" w:fill="D9EAF7"/>
          </w:tcPr>
          <w:p w14:paraId="49454A8A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MILK</w:t>
            </w:r>
          </w:p>
        </w:tc>
        <w:tc>
          <w:tcPr>
            <w:tcW w:w="3041" w:type="dxa"/>
            <w:shd w:val="clear" w:color="auto" w:fill="D9EAF7"/>
          </w:tcPr>
          <w:p w14:paraId="02497AC3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MEAT/MEAT ALT.</w:t>
            </w:r>
          </w:p>
        </w:tc>
        <w:tc>
          <w:tcPr>
            <w:tcW w:w="3041" w:type="dxa"/>
            <w:shd w:val="clear" w:color="auto" w:fill="D9EAF7"/>
          </w:tcPr>
          <w:p w14:paraId="57F72A29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GRAIN</w:t>
            </w:r>
          </w:p>
        </w:tc>
        <w:tc>
          <w:tcPr>
            <w:tcW w:w="3041" w:type="dxa"/>
            <w:shd w:val="clear" w:color="auto" w:fill="D9EAF7"/>
          </w:tcPr>
          <w:p w14:paraId="40193DE4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FRUIT/VEG</w:t>
            </w:r>
          </w:p>
        </w:tc>
      </w:tr>
      <w:tr w:rsidR="001026C7" w14:paraId="59D7955F" w14:textId="77777777">
        <w:tc>
          <w:tcPr>
            <w:tcW w:w="3041" w:type="dxa"/>
          </w:tcPr>
          <w:p w14:paraId="6BB5ECEF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Pre-K</w:t>
            </w:r>
            <w:r>
              <w:rPr>
                <w:rFonts w:ascii="Arial" w:hAnsi="Arial"/>
                <w:sz w:val="18"/>
              </w:rPr>
              <w:br/>
              <w:t>Juice: 4 oz</w:t>
            </w:r>
          </w:p>
        </w:tc>
        <w:tc>
          <w:tcPr>
            <w:tcW w:w="3041" w:type="dxa"/>
          </w:tcPr>
          <w:p w14:paraId="3D4F7400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8 oz (1 cup)</w:t>
            </w:r>
          </w:p>
        </w:tc>
        <w:tc>
          <w:tcPr>
            <w:tcW w:w="3041" w:type="dxa"/>
          </w:tcPr>
          <w:p w14:paraId="2C22027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½ oz eq</w:t>
            </w:r>
          </w:p>
        </w:tc>
        <w:tc>
          <w:tcPr>
            <w:tcW w:w="3041" w:type="dxa"/>
          </w:tcPr>
          <w:p w14:paraId="2FC62AC3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½ oz eq</w:t>
            </w:r>
          </w:p>
        </w:tc>
        <w:tc>
          <w:tcPr>
            <w:tcW w:w="3041" w:type="dxa"/>
          </w:tcPr>
          <w:p w14:paraId="60633AE7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½ cup</w:t>
            </w:r>
          </w:p>
        </w:tc>
      </w:tr>
      <w:tr w:rsidR="001026C7" w14:paraId="41277435" w14:textId="77777777">
        <w:tc>
          <w:tcPr>
            <w:tcW w:w="3041" w:type="dxa"/>
          </w:tcPr>
          <w:p w14:paraId="3E8A351A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After School</w:t>
            </w:r>
            <w:r>
              <w:rPr>
                <w:rFonts w:ascii="Arial" w:hAnsi="Arial"/>
                <w:sz w:val="18"/>
              </w:rPr>
              <w:br/>
              <w:t>Juice: 4 oz</w:t>
            </w:r>
          </w:p>
        </w:tc>
        <w:tc>
          <w:tcPr>
            <w:tcW w:w="3041" w:type="dxa"/>
          </w:tcPr>
          <w:p w14:paraId="57240D3F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8 oz (1 cup)</w:t>
            </w:r>
          </w:p>
        </w:tc>
        <w:tc>
          <w:tcPr>
            <w:tcW w:w="3041" w:type="dxa"/>
          </w:tcPr>
          <w:p w14:paraId="1D1D0BD2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1 oz eq</w:t>
            </w:r>
          </w:p>
        </w:tc>
        <w:tc>
          <w:tcPr>
            <w:tcW w:w="3041" w:type="dxa"/>
          </w:tcPr>
          <w:p w14:paraId="7E5B3A45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1 oz eq</w:t>
            </w:r>
          </w:p>
        </w:tc>
        <w:tc>
          <w:tcPr>
            <w:tcW w:w="3041" w:type="dxa"/>
          </w:tcPr>
          <w:p w14:paraId="0CD7781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¾ cup</w:t>
            </w:r>
          </w:p>
        </w:tc>
      </w:tr>
    </w:tbl>
    <w:p w14:paraId="21A1EB46" w14:textId="77777777" w:rsidR="001026C7" w:rsidRDefault="001026C7">
      <w:pPr>
        <w:spacing w:after="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41"/>
        <w:gridCol w:w="3041"/>
        <w:gridCol w:w="3041"/>
        <w:gridCol w:w="3041"/>
        <w:gridCol w:w="3041"/>
      </w:tblGrid>
      <w:tr w:rsidR="001026C7" w14:paraId="593C99B6" w14:textId="77777777"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CBA3F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MONDAY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E5EE64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TUESDAY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B5ACBB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WEDNESDAY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B0417A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THURSDAY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CC99FF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FRIDAY</w:t>
            </w:r>
          </w:p>
        </w:tc>
      </w:tr>
      <w:tr w:rsidR="001026C7" w14:paraId="5DDA78E9" w14:textId="77777777">
        <w:trPr>
          <w:trHeight w:hRule="exact" w:val="1325"/>
        </w:trPr>
        <w:tc>
          <w:tcPr>
            <w:tcW w:w="2995" w:type="dxa"/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1BF4D" w14:textId="77777777" w:rsidR="000D190F" w:rsidRDefault="000D190F">
            <w:pPr>
              <w:jc w:val="center"/>
            </w:pPr>
          </w:p>
        </w:tc>
        <w:tc>
          <w:tcPr>
            <w:tcW w:w="2995" w:type="dxa"/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49AD4" w14:textId="77777777" w:rsidR="000D190F" w:rsidRDefault="000D190F">
            <w:pPr>
              <w:jc w:val="center"/>
            </w:pPr>
          </w:p>
        </w:tc>
        <w:tc>
          <w:tcPr>
            <w:tcW w:w="2995" w:type="dxa"/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49727" w14:textId="77777777" w:rsidR="000D190F" w:rsidRDefault="000D190F">
            <w:pPr>
              <w:jc w:val="center"/>
            </w:pP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7685E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</w:t>
            </w:r>
            <w:r>
              <w:rPr>
                <w:rFonts w:ascii="Arial" w:hAnsi="Arial"/>
                <w:sz w:val="18"/>
              </w:rPr>
              <w:br/>
              <w:t>Goldfish Crackers (WG)</w:t>
            </w:r>
            <w:r>
              <w:rPr>
                <w:rFonts w:ascii="Arial" w:hAnsi="Arial"/>
                <w:sz w:val="18"/>
              </w:rPr>
              <w:br/>
              <w:t>Apple Juice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BB6A4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</w:t>
            </w:r>
            <w:r>
              <w:rPr>
                <w:rFonts w:ascii="Arial" w:hAnsi="Arial"/>
                <w:sz w:val="18"/>
              </w:rPr>
              <w:br/>
              <w:t>Graham Crackers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</w:tr>
      <w:tr w:rsidR="001026C7" w14:paraId="59032F9E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D597D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5</w:t>
            </w:r>
            <w:r>
              <w:rPr>
                <w:rFonts w:ascii="Arial" w:hAnsi="Arial"/>
                <w:sz w:val="18"/>
              </w:rPr>
              <w:br/>
              <w:t>Pretzels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ED7E5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6</w:t>
            </w:r>
            <w:r>
              <w:rPr>
                <w:rFonts w:ascii="Arial" w:hAnsi="Arial"/>
                <w:sz w:val="18"/>
              </w:rPr>
              <w:br/>
              <w:t>Lemon Bread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D2A9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7</w:t>
            </w:r>
            <w:r>
              <w:rPr>
                <w:rFonts w:ascii="Arial" w:hAnsi="Arial"/>
                <w:sz w:val="18"/>
              </w:rPr>
              <w:br/>
              <w:t>Cheez-It Crackers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861E9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8</w:t>
            </w:r>
            <w:r>
              <w:rPr>
                <w:rFonts w:ascii="Arial" w:hAnsi="Arial"/>
                <w:sz w:val="18"/>
              </w:rPr>
              <w:br/>
              <w:t>Tostitos Whole Grain (WG)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18"/>
              </w:rPr>
              <w:t>Juice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10D2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9</w:t>
            </w:r>
            <w:r>
              <w:rPr>
                <w:rFonts w:ascii="Arial" w:hAnsi="Arial"/>
                <w:sz w:val="18"/>
              </w:rPr>
              <w:br/>
              <w:t>Blueberry Bread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</w:tr>
      <w:tr w:rsidR="001026C7" w14:paraId="18BCB0BD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6AA0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12</w:t>
            </w:r>
            <w:r>
              <w:rPr>
                <w:rFonts w:ascii="Arial" w:hAnsi="Arial"/>
                <w:sz w:val="18"/>
              </w:rPr>
              <w:br/>
              <w:t>Goldfish Crackers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66C8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13</w:t>
            </w:r>
            <w:r>
              <w:rPr>
                <w:rFonts w:ascii="Arial" w:hAnsi="Arial"/>
                <w:sz w:val="18"/>
              </w:rPr>
              <w:br/>
              <w:t>Blueberry Pop-Tart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AEF6B4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14</w:t>
            </w:r>
            <w:r>
              <w:rPr>
                <w:rFonts w:ascii="Arial" w:hAnsi="Arial"/>
                <w:sz w:val="18"/>
              </w:rPr>
              <w:br/>
              <w:t>Strawberry Cup</w:t>
            </w:r>
            <w:r>
              <w:rPr>
                <w:rFonts w:ascii="Arial" w:hAnsi="Arial"/>
                <w:sz w:val="18"/>
              </w:rPr>
              <w:br/>
              <w:t>Graham Crackers (WG)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B0193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15</w:t>
            </w:r>
            <w:r>
              <w:rPr>
                <w:rFonts w:ascii="Arial" w:hAnsi="Arial"/>
                <w:sz w:val="18"/>
              </w:rPr>
              <w:br/>
              <w:t>Strawberry Yogurt</w:t>
            </w:r>
            <w:r>
              <w:rPr>
                <w:rFonts w:ascii="Arial" w:hAnsi="Arial"/>
                <w:sz w:val="18"/>
              </w:rPr>
              <w:br/>
              <w:t>Blueberry Mini Loaf (WG)</w:t>
            </w:r>
          </w:p>
        </w:tc>
        <w:tc>
          <w:tcPr>
            <w:tcW w:w="2995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8485B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16</w:t>
            </w:r>
            <w:r>
              <w:rPr>
                <w:rFonts w:ascii="Arial" w:hAnsi="Arial"/>
                <w:sz w:val="18"/>
              </w:rPr>
              <w:br/>
              <w:t>NO SCHOOL</w:t>
            </w:r>
          </w:p>
        </w:tc>
      </w:tr>
      <w:tr w:rsidR="001026C7" w14:paraId="46897B0E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508CC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19</w:t>
            </w:r>
            <w:r>
              <w:rPr>
                <w:rFonts w:ascii="Arial" w:hAnsi="Arial"/>
                <w:sz w:val="18"/>
              </w:rPr>
              <w:br/>
              <w:t>Peach Cup</w:t>
            </w:r>
            <w:r>
              <w:rPr>
                <w:rFonts w:ascii="Arial" w:hAnsi="Arial"/>
                <w:sz w:val="18"/>
              </w:rPr>
              <w:br/>
              <w:t>Graham Crackers (WG)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F2E30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20</w:t>
            </w:r>
            <w:r>
              <w:rPr>
                <w:rFonts w:ascii="Arial" w:hAnsi="Arial"/>
                <w:sz w:val="18"/>
              </w:rPr>
              <w:br/>
              <w:t>Goldfish Crackers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BA421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21</w:t>
            </w:r>
            <w:r>
              <w:rPr>
                <w:rFonts w:ascii="Arial" w:hAnsi="Arial"/>
                <w:sz w:val="18"/>
              </w:rPr>
              <w:br/>
              <w:t>Doritos (WG)</w:t>
            </w:r>
            <w:r>
              <w:rPr>
                <w:rFonts w:ascii="Arial" w:hAnsi="Arial"/>
                <w:sz w:val="18"/>
              </w:rPr>
              <w:br/>
              <w:t>Juice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464C5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22</w:t>
            </w:r>
            <w:r>
              <w:rPr>
                <w:rFonts w:ascii="Arial" w:hAnsi="Arial"/>
                <w:sz w:val="18"/>
              </w:rPr>
              <w:br/>
              <w:t>Mozzarella Cheese Stick</w:t>
            </w:r>
            <w:r>
              <w:rPr>
                <w:rFonts w:ascii="Arial" w:hAnsi="Arial"/>
                <w:sz w:val="18"/>
              </w:rPr>
              <w:br/>
              <w:t>Crackers (WG)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AD139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23</w:t>
            </w:r>
            <w:r>
              <w:rPr>
                <w:rFonts w:ascii="Arial" w:hAnsi="Arial"/>
                <w:sz w:val="18"/>
              </w:rPr>
              <w:br/>
              <w:t>Lemon Bread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</w:tr>
      <w:tr w:rsidR="001026C7" w14:paraId="3287D765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2B1F6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26</w:t>
            </w:r>
            <w:r>
              <w:rPr>
                <w:rFonts w:ascii="Arial" w:hAnsi="Arial"/>
                <w:sz w:val="18"/>
              </w:rPr>
              <w:br/>
              <w:t>Applesauce Cup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1F718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27</w:t>
            </w:r>
            <w:r>
              <w:rPr>
                <w:rFonts w:ascii="Arial" w:hAnsi="Arial"/>
                <w:sz w:val="18"/>
              </w:rPr>
              <w:br/>
              <w:t>Pretzels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12D8F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28</w:t>
            </w:r>
            <w:r>
              <w:rPr>
                <w:rFonts w:ascii="Arial" w:hAnsi="Arial"/>
                <w:sz w:val="18"/>
              </w:rPr>
              <w:br/>
              <w:t>Cucumbers/Ranch</w:t>
            </w:r>
            <w:r>
              <w:rPr>
                <w:rFonts w:ascii="Arial" w:hAnsi="Arial"/>
                <w:sz w:val="18"/>
              </w:rPr>
              <w:br/>
              <w:t>Juice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D989E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29</w:t>
            </w:r>
            <w:r>
              <w:rPr>
                <w:rFonts w:ascii="Arial" w:hAnsi="Arial"/>
                <w:sz w:val="18"/>
              </w:rPr>
              <w:br/>
              <w:t>Animal Cracker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4E527" w14:textId="77777777" w:rsidR="000D190F" w:rsidRDefault="005F39A2">
            <w:pPr>
              <w:jc w:val="center"/>
            </w:pPr>
            <w:r>
              <w:rPr>
                <w:rFonts w:ascii="Arial" w:hAnsi="Arial"/>
                <w:sz w:val="18"/>
              </w:rPr>
              <w:t>OCTOBER 30</w:t>
            </w:r>
            <w:r>
              <w:rPr>
                <w:rFonts w:ascii="Arial" w:hAnsi="Arial"/>
                <w:sz w:val="18"/>
              </w:rPr>
              <w:br/>
              <w:t>Blueberry Bread (WG)</w:t>
            </w:r>
            <w:r>
              <w:rPr>
                <w:rFonts w:ascii="Arial" w:hAnsi="Arial"/>
                <w:sz w:val="18"/>
              </w:rPr>
              <w:br/>
              <w:t>Milk</w:t>
            </w:r>
          </w:p>
        </w:tc>
      </w:tr>
    </w:tbl>
    <w:p w14:paraId="205F0972" w14:textId="77777777" w:rsidR="001026C7" w:rsidRDefault="00923B75">
      <w:pPr>
        <w:spacing w:before="40" w:after="0"/>
        <w:jc w:val="center"/>
      </w:pPr>
      <w:r>
        <w:t>Water offered/available with all snacks.</w:t>
      </w:r>
    </w:p>
    <w:p w14:paraId="78FA2663" w14:textId="77777777" w:rsidR="001026C7" w:rsidRDefault="00923B75">
      <w:pPr>
        <w:spacing w:after="0"/>
        <w:jc w:val="center"/>
      </w:pPr>
      <w:r>
        <w:t>SERVICE NOTE: All children receive 8 oz (1 cup) of milk for ease of service. Juice serving is 4 oz.</w:t>
      </w:r>
    </w:p>
    <w:sectPr w:rsidR="001026C7" w:rsidSect="00034616">
      <w:pgSz w:w="15840" w:h="12240" w:orient="landscape"/>
      <w:pgMar w:top="259" w:right="317" w:bottom="259" w:left="3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90F"/>
    <w:rsid w:val="001026C7"/>
    <w:rsid w:val="0015074B"/>
    <w:rsid w:val="0029639D"/>
    <w:rsid w:val="00326F90"/>
    <w:rsid w:val="005F39A2"/>
    <w:rsid w:val="00923B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780B37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2026-09-21T17:37:00Z</dcterms:created>
  <dcterms:modified xsi:type="dcterms:W3CDTF">2026-09-21T17:37:00Z</dcterms:modified>
  <cp:category/>
</cp:coreProperties>
</file>