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D38AA" w14:textId="77777777" w:rsidR="00A75D01" w:rsidRDefault="002361FE">
      <w:pPr>
        <w:spacing w:after="0"/>
        <w:jc w:val="center"/>
      </w:pPr>
      <w:r>
        <w:rPr>
          <w:rFonts w:ascii="Arial" w:hAnsi="Arial"/>
          <w:b/>
          <w:sz w:val="28"/>
        </w:rPr>
        <w:t>DUPLIN COUNTY SCHOOLS</w:t>
      </w:r>
    </w:p>
    <w:p w14:paraId="3583A12F" w14:textId="77777777" w:rsidR="00A75D01" w:rsidRDefault="002361FE">
      <w:pPr>
        <w:spacing w:after="0"/>
        <w:jc w:val="center"/>
      </w:pPr>
      <w:r>
        <w:rPr>
          <w:rFonts w:ascii="Arial" w:hAnsi="Arial"/>
          <w:b/>
          <w:sz w:val="20"/>
        </w:rPr>
        <w:t>SCHOOL NUTRITION | OCTOBER 2026 | HIGH SCHOOL BREAKFAST &amp; LUNCH MENU</w:t>
      </w:r>
    </w:p>
    <w:p w14:paraId="15CB503C" w14:textId="77777777" w:rsidR="00A75D01" w:rsidRDefault="002361FE">
      <w:pPr>
        <w:spacing w:after="20"/>
        <w:jc w:val="center"/>
      </w:pPr>
      <w:r>
        <w:rPr>
          <w:rFonts w:ascii="Arial" w:hAnsi="Arial"/>
          <w:b/>
          <w:sz w:val="20"/>
        </w:rPr>
        <w:t>National School Lunch Week • October 12–15 • Cafeteria Circus: Where Nutrition Takes Center Stage!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99"/>
        <w:gridCol w:w="3099"/>
        <w:gridCol w:w="3099"/>
        <w:gridCol w:w="3099"/>
        <w:gridCol w:w="3099"/>
      </w:tblGrid>
      <w:tr w:rsidR="00A75D01" w14:paraId="6BAE93A5" w14:textId="77777777"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D1BE34" w14:textId="77777777" w:rsidR="00A75D01" w:rsidRDefault="002361F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MONDAY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7A9168" w14:textId="77777777" w:rsidR="00A75D01" w:rsidRDefault="002361F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TUESDAY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290551" w14:textId="77777777" w:rsidR="00A75D01" w:rsidRDefault="002361F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WEDNESDAY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BDD9A7" w14:textId="77777777" w:rsidR="00A75D01" w:rsidRDefault="002361F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THURSDAY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53C4B8" w14:textId="77777777" w:rsidR="00A75D01" w:rsidRDefault="002361F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FRIDAY</w:t>
            </w:r>
          </w:p>
        </w:tc>
      </w:tr>
      <w:tr w:rsidR="00A75D01" w14:paraId="593F4E75" w14:textId="77777777">
        <w:trPr>
          <w:trHeight w:hRule="exact" w:val="1843"/>
        </w:trPr>
        <w:tc>
          <w:tcPr>
            <w:tcW w:w="3024" w:type="dxa"/>
            <w:shd w:val="clear" w:color="auto" w:fill="F2F2F2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36301C0" w14:textId="77777777" w:rsidR="00A75D01" w:rsidRDefault="00A75D01"/>
        </w:tc>
        <w:tc>
          <w:tcPr>
            <w:tcW w:w="3024" w:type="dxa"/>
            <w:shd w:val="clear" w:color="auto" w:fill="F2F2F2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846F04D" w14:textId="77777777" w:rsidR="00A75D01" w:rsidRDefault="00A75D01"/>
        </w:tc>
        <w:tc>
          <w:tcPr>
            <w:tcW w:w="3024" w:type="dxa"/>
            <w:shd w:val="clear" w:color="auto" w:fill="F2F2F2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447D93BD" w14:textId="77777777" w:rsidR="00A75D01" w:rsidRDefault="00A75D01"/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099845E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BREAKFAST: Breakfast Pizza • Peaches/Juice</w:t>
            </w:r>
            <w:r>
              <w:rPr>
                <w:rFonts w:ascii="Arial" w:hAnsi="Arial"/>
                <w:b/>
                <w:sz w:val="20"/>
              </w:rPr>
              <w:br/>
              <w:t>LUNCH: Chicken Nuggets w/ Roll OR Cheeseburger</w:t>
            </w:r>
            <w:r>
              <w:rPr>
                <w:rFonts w:ascii="Arial" w:hAnsi="Arial"/>
                <w:b/>
                <w:sz w:val="20"/>
              </w:rPr>
              <w:br/>
              <w:t>VEG: Green Beans • Sweet Potato Fries</w:t>
            </w:r>
            <w:r>
              <w:rPr>
                <w:rFonts w:ascii="Arial" w:hAnsi="Arial"/>
                <w:b/>
                <w:sz w:val="20"/>
              </w:rPr>
              <w:br/>
              <w:t>FRUIT: Apple Slices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3C77C14C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</w:t>
            </w:r>
            <w:r>
              <w:rPr>
                <w:rFonts w:ascii="Arial" w:hAnsi="Arial"/>
                <w:b/>
                <w:sz w:val="20"/>
              </w:rPr>
              <w:br/>
              <w:t>BREAKFAST: Sausage Biscuit • Banana/Juice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</w:t>
            </w:r>
            <w:r>
              <w:rPr>
                <w:rFonts w:ascii="Arial" w:hAnsi="Arial"/>
                <w:b/>
                <w:sz w:val="20"/>
              </w:rPr>
              <w:t>za OR Chicken Sandwich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Pineapple Cup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  <w:tr w:rsidR="00A75D01" w14:paraId="02DCCEBB" w14:textId="77777777">
        <w:trPr>
          <w:trHeight w:hRule="exact" w:val="1843"/>
        </w:trPr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6CB1D424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5</w:t>
            </w:r>
            <w:r>
              <w:rPr>
                <w:rFonts w:ascii="Arial" w:hAnsi="Arial"/>
                <w:b/>
                <w:sz w:val="20"/>
              </w:rPr>
              <w:br/>
              <w:t>BREAKFAST: Pancake Mini w/Syrup • Applesauce/Juice</w:t>
            </w:r>
            <w:r>
              <w:rPr>
                <w:rFonts w:ascii="Arial" w:hAnsi="Arial"/>
                <w:b/>
                <w:sz w:val="20"/>
              </w:rPr>
              <w:br/>
              <w:t>LUNCH: BBQ Pork Sandwich OR Chicken Sandwich</w:t>
            </w:r>
            <w:r>
              <w:rPr>
                <w:rFonts w:ascii="Arial" w:hAnsi="Arial"/>
                <w:b/>
                <w:sz w:val="20"/>
              </w:rPr>
              <w:br/>
              <w:t>VEG: Baked Beans • Cole Slaw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D2449A8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6</w:t>
            </w:r>
            <w:r>
              <w:rPr>
                <w:rFonts w:ascii="Arial" w:hAnsi="Arial"/>
                <w:b/>
                <w:sz w:val="20"/>
              </w:rPr>
              <w:br/>
              <w:t>BREAKFAST: Cinnamon Bun • Honeydew/Juice</w:t>
            </w:r>
            <w:r>
              <w:rPr>
                <w:rFonts w:ascii="Arial" w:hAnsi="Arial"/>
                <w:b/>
                <w:sz w:val="20"/>
              </w:rPr>
              <w:br/>
              <w:t>LUNCH: Hot Dog w/ Chili OR Oven Roasted Chicken</w:t>
            </w:r>
            <w:r>
              <w:rPr>
                <w:rFonts w:ascii="Arial" w:hAnsi="Arial"/>
                <w:b/>
                <w:sz w:val="20"/>
              </w:rPr>
              <w:br/>
              <w:t>VEG: Mashed Potatoes • Green Peas</w:t>
            </w:r>
            <w:r>
              <w:rPr>
                <w:rFonts w:ascii="Arial" w:hAnsi="Arial"/>
                <w:b/>
                <w:sz w:val="20"/>
              </w:rPr>
              <w:br/>
              <w:t>FRUIT: Orange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42AB77A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7</w:t>
            </w:r>
            <w:r>
              <w:rPr>
                <w:rFonts w:ascii="Arial" w:hAnsi="Arial"/>
                <w:b/>
                <w:sz w:val="20"/>
              </w:rPr>
              <w:br/>
              <w:t>BREAKFAST: Dunkin Sticks • Pear Cup/Juice</w:t>
            </w:r>
            <w:r>
              <w:rPr>
                <w:rFonts w:ascii="Arial" w:hAnsi="Arial"/>
                <w:b/>
                <w:sz w:val="20"/>
              </w:rPr>
              <w:br/>
              <w:t>LUNCH: Chicken Alfredo w/ Broccoli OR Mozz</w:t>
            </w:r>
            <w:r>
              <w:rPr>
                <w:rFonts w:ascii="Arial" w:hAnsi="Arial"/>
                <w:b/>
                <w:sz w:val="20"/>
              </w:rPr>
              <w:t>arella Sticks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Pineapple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2F0D9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5CDB07E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8</w:t>
            </w:r>
            <w:r>
              <w:rPr>
                <w:rFonts w:ascii="Arial" w:hAnsi="Arial"/>
                <w:b/>
                <w:sz w:val="20"/>
              </w:rPr>
              <w:br/>
              <w:t>BREAKFAST: Breakfast Pizza • Peach Cup/Juice</w:t>
            </w:r>
            <w:r>
              <w:rPr>
                <w:rFonts w:ascii="Arial" w:hAnsi="Arial"/>
                <w:b/>
                <w:sz w:val="20"/>
              </w:rPr>
              <w:br/>
              <w:t>LUNCH: MANAGER'S CHOICE</w:t>
            </w:r>
            <w:r>
              <w:rPr>
                <w:rFonts w:ascii="Arial" w:hAnsi="Arial"/>
                <w:b/>
                <w:sz w:val="20"/>
              </w:rPr>
              <w:br/>
              <w:t>VEG: Manager's Choice Vegetables</w:t>
            </w:r>
            <w:r>
              <w:rPr>
                <w:rFonts w:ascii="Arial" w:hAnsi="Arial"/>
                <w:b/>
                <w:sz w:val="20"/>
              </w:rPr>
              <w:br/>
              <w:t>FRUIT: Manager's Choice Fruit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5EF89E46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9</w:t>
            </w:r>
            <w:r>
              <w:rPr>
                <w:rFonts w:ascii="Arial" w:hAnsi="Arial"/>
                <w:b/>
                <w:sz w:val="20"/>
              </w:rPr>
              <w:br/>
              <w:t>BREAKFAST: Assorted Breakfast M</w:t>
            </w:r>
            <w:r>
              <w:rPr>
                <w:rFonts w:ascii="Arial" w:hAnsi="Arial"/>
                <w:b/>
                <w:sz w:val="20"/>
              </w:rPr>
              <w:t>uffin • Banana/Juice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Pizza OR Rib Sandwich</w:t>
            </w:r>
            <w:r>
              <w:rPr>
                <w:rFonts w:ascii="Arial" w:hAnsi="Arial"/>
                <w:b/>
                <w:sz w:val="20"/>
              </w:rPr>
              <w:br/>
              <w:t>VEG: Green Beans • Side Salad</w:t>
            </w:r>
            <w:r>
              <w:rPr>
                <w:rFonts w:ascii="Arial" w:hAnsi="Arial"/>
                <w:b/>
                <w:sz w:val="20"/>
              </w:rPr>
              <w:br/>
              <w:t>FRUIT: Grapes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  <w:tr w:rsidR="00A75D01" w14:paraId="09FC6052" w14:textId="77777777">
        <w:trPr>
          <w:trHeight w:hRule="exact" w:val="1843"/>
        </w:trPr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6BF3939A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12</w:t>
            </w:r>
            <w:r>
              <w:rPr>
                <w:rFonts w:ascii="Arial" w:hAnsi="Arial"/>
                <w:b/>
                <w:sz w:val="20"/>
              </w:rPr>
              <w:br/>
              <w:t>BREAKFAST: Breakfast Pizza • Peaches/Juice</w:t>
            </w:r>
            <w:r>
              <w:rPr>
                <w:rFonts w:ascii="Arial" w:hAnsi="Arial"/>
                <w:b/>
                <w:sz w:val="20"/>
              </w:rPr>
              <w:br/>
              <w:t>LUNCH: RINGMASTER MONDAY: Big Top Cheeseburger OR Chicken Sandwic</w:t>
            </w:r>
            <w:r>
              <w:rPr>
                <w:rFonts w:ascii="Arial" w:hAnsi="Arial"/>
                <w:b/>
                <w:sz w:val="20"/>
              </w:rPr>
              <w:t>h</w:t>
            </w:r>
            <w:r>
              <w:rPr>
                <w:rFonts w:ascii="Arial" w:hAnsi="Arial"/>
                <w:b/>
                <w:sz w:val="20"/>
              </w:rPr>
              <w:br/>
              <w:t>VEG: Juggling Green Peas • Sweet Potato Fries</w:t>
            </w:r>
            <w:r>
              <w:rPr>
                <w:rFonts w:ascii="Arial" w:hAnsi="Arial"/>
                <w:b/>
                <w:sz w:val="20"/>
              </w:rPr>
              <w:br/>
              <w:t>FRUIT: Strawberry Applesauce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A727993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13</w:t>
            </w:r>
            <w:r>
              <w:rPr>
                <w:rFonts w:ascii="Arial" w:hAnsi="Arial"/>
                <w:b/>
                <w:sz w:val="20"/>
              </w:rPr>
              <w:br/>
              <w:t>BREAKFAST: Sausage Biscuit • Orange/Juice</w:t>
            </w:r>
            <w:r>
              <w:rPr>
                <w:rFonts w:ascii="Arial" w:hAnsi="Arial"/>
                <w:b/>
                <w:sz w:val="20"/>
              </w:rPr>
              <w:br/>
              <w:t>LUNCH: TIGHTROPE TACO TUESDAY: Beef Taco OR Chicken Fajita</w:t>
            </w:r>
            <w:r>
              <w:rPr>
                <w:rFonts w:ascii="Arial" w:hAnsi="Arial"/>
                <w:b/>
                <w:sz w:val="20"/>
              </w:rPr>
              <w:br/>
              <w:t>VEG: Three-Ring Black Beans • Corn</w:t>
            </w:r>
            <w:r>
              <w:rPr>
                <w:rFonts w:ascii="Arial" w:hAnsi="Arial"/>
                <w:b/>
                <w:sz w:val="20"/>
              </w:rPr>
              <w:br/>
              <w:t>FRUIT: Pineapple</w:t>
            </w:r>
            <w:r>
              <w:rPr>
                <w:rFonts w:ascii="Arial" w:hAnsi="Arial"/>
                <w:b/>
                <w:sz w:val="20"/>
              </w:rPr>
              <w:t xml:space="preserve"> • Orange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4AEEC46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14</w:t>
            </w:r>
            <w:r>
              <w:rPr>
                <w:rFonts w:ascii="Arial" w:hAnsi="Arial"/>
                <w:b/>
                <w:sz w:val="20"/>
              </w:rPr>
              <w:br/>
              <w:t>BREAKFAST: Pancake Mini • Applesauce/Juice</w:t>
            </w:r>
            <w:r>
              <w:rPr>
                <w:rFonts w:ascii="Arial" w:hAnsi="Arial"/>
                <w:b/>
                <w:sz w:val="20"/>
              </w:rPr>
              <w:br/>
              <w:t>LUNCH: CENTER RING WEDNESDAY: Hot Dog w/ Chili OR Chicken Nuggets</w:t>
            </w:r>
            <w:r>
              <w:rPr>
                <w:rFonts w:ascii="Arial" w:hAnsi="Arial"/>
                <w:b/>
                <w:sz w:val="20"/>
              </w:rPr>
              <w:br/>
              <w:t>VEG: Mashed Potatoes • Green Peas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5AAF440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15</w:t>
            </w:r>
            <w:r>
              <w:rPr>
                <w:rFonts w:ascii="Arial" w:hAnsi="Arial"/>
                <w:b/>
                <w:sz w:val="20"/>
              </w:rPr>
              <w:br/>
              <w:t>BREAKFAST: Cinnamon Bun • Pear Cup/Juice</w:t>
            </w:r>
            <w:r>
              <w:rPr>
                <w:rFonts w:ascii="Arial" w:hAnsi="Arial"/>
                <w:b/>
                <w:sz w:val="20"/>
              </w:rPr>
              <w:br/>
              <w:t>LUNC</w:t>
            </w:r>
            <w:r>
              <w:rPr>
                <w:rFonts w:ascii="Arial" w:hAnsi="Arial"/>
                <w:b/>
                <w:sz w:val="20"/>
              </w:rPr>
              <w:t>H: CENTER STAGE THURSDAY: Steak &amp; Cheese Hoagie OR Chicken Tenders</w:t>
            </w:r>
            <w:r>
              <w:rPr>
                <w:rFonts w:ascii="Arial" w:hAnsi="Arial"/>
                <w:b/>
                <w:sz w:val="20"/>
              </w:rPr>
              <w:br/>
              <w:t>VEG: Circus Side Salad • Sweet Potato Fries</w:t>
            </w:r>
            <w:r>
              <w:rPr>
                <w:rFonts w:ascii="Arial" w:hAnsi="Arial"/>
                <w:b/>
                <w:sz w:val="20"/>
              </w:rPr>
              <w:br/>
              <w:t>FRUIT: Mixed Fruit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5A690547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16</w:t>
            </w:r>
            <w:r>
              <w:rPr>
                <w:rFonts w:ascii="Arial" w:hAnsi="Arial"/>
                <w:b/>
                <w:sz w:val="20"/>
              </w:rPr>
              <w:br/>
              <w:t>NO SCHOOL</w:t>
            </w:r>
          </w:p>
        </w:tc>
      </w:tr>
      <w:tr w:rsidR="00A75D01" w14:paraId="0EA57A85" w14:textId="77777777">
        <w:trPr>
          <w:trHeight w:hRule="exact" w:val="1843"/>
        </w:trPr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3207D001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19</w:t>
            </w:r>
            <w:r>
              <w:rPr>
                <w:rFonts w:ascii="Arial" w:hAnsi="Arial"/>
                <w:b/>
                <w:sz w:val="20"/>
              </w:rPr>
              <w:br/>
              <w:t>BREAKFAST: Chicken Biscuit • Pear Cup/Juice</w:t>
            </w:r>
            <w:r>
              <w:rPr>
                <w:rFonts w:ascii="Arial" w:hAnsi="Arial"/>
                <w:b/>
                <w:sz w:val="20"/>
              </w:rPr>
              <w:br/>
              <w:t xml:space="preserve">LUNCH: BBQ Pork Sandwich OR </w:t>
            </w:r>
            <w:r>
              <w:rPr>
                <w:rFonts w:ascii="Arial" w:hAnsi="Arial"/>
                <w:b/>
                <w:sz w:val="20"/>
              </w:rPr>
              <w:t>Fish Sandwich</w:t>
            </w:r>
            <w:r>
              <w:rPr>
                <w:rFonts w:ascii="Arial" w:hAnsi="Arial"/>
                <w:b/>
                <w:sz w:val="20"/>
              </w:rPr>
              <w:br/>
              <w:t>VEG: Baked Beans • Cole Slaw</w:t>
            </w:r>
            <w:r>
              <w:rPr>
                <w:rFonts w:ascii="Arial" w:hAnsi="Arial"/>
                <w:b/>
                <w:sz w:val="20"/>
              </w:rPr>
              <w:br/>
              <w:t>FRUIT: Pineapple Cup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0C38243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20</w:t>
            </w:r>
            <w:r>
              <w:rPr>
                <w:rFonts w:ascii="Arial" w:hAnsi="Arial"/>
                <w:b/>
                <w:sz w:val="20"/>
              </w:rPr>
              <w:br/>
              <w:t>BREAKFAST: Apple Filled Strudel • Strawberry Cup/Juice</w:t>
            </w:r>
            <w:r>
              <w:rPr>
                <w:rFonts w:ascii="Arial" w:hAnsi="Arial"/>
                <w:b/>
                <w:sz w:val="20"/>
              </w:rPr>
              <w:br/>
              <w:t>LUNCH: Hot Dog w/ Chili OR Oven Roasted Chicken</w:t>
            </w:r>
            <w:r>
              <w:rPr>
                <w:rFonts w:ascii="Arial" w:hAnsi="Arial"/>
                <w:b/>
                <w:sz w:val="20"/>
              </w:rPr>
              <w:br/>
              <w:t>VEG: Mashed Potatoes • Broccoli w/ Cheese</w:t>
            </w:r>
            <w:r>
              <w:rPr>
                <w:rFonts w:ascii="Arial" w:hAnsi="Arial"/>
                <w:b/>
                <w:sz w:val="20"/>
              </w:rPr>
              <w:br/>
              <w:t>FRUIT: Orange • Stra</w:t>
            </w:r>
            <w:r>
              <w:rPr>
                <w:rFonts w:ascii="Arial" w:hAnsi="Arial"/>
                <w:b/>
                <w:sz w:val="20"/>
              </w:rPr>
              <w:t>wberry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769449F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21</w:t>
            </w:r>
            <w:r>
              <w:rPr>
                <w:rFonts w:ascii="Arial" w:hAnsi="Arial"/>
                <w:b/>
                <w:sz w:val="20"/>
              </w:rPr>
              <w:br/>
              <w:t>BREAKFAST: Breakfast Pizza • Fresh Orange/Juice</w:t>
            </w:r>
            <w:r>
              <w:rPr>
                <w:rFonts w:ascii="Arial" w:hAnsi="Arial"/>
                <w:b/>
                <w:sz w:val="20"/>
              </w:rPr>
              <w:br/>
              <w:t>LUNCH: Mozzarella Sticks OR Chicken Sandwich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3C7A3A0A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22</w:t>
            </w:r>
            <w:r>
              <w:rPr>
                <w:rFonts w:ascii="Arial" w:hAnsi="Arial"/>
                <w:b/>
                <w:sz w:val="20"/>
              </w:rPr>
              <w:br/>
              <w:t>BREAKFAST: Cinnamon Bun • Mixed Fruit/Juice</w:t>
            </w:r>
            <w:r>
              <w:rPr>
                <w:rFonts w:ascii="Arial" w:hAnsi="Arial"/>
                <w:b/>
                <w:sz w:val="20"/>
              </w:rPr>
              <w:br/>
              <w:t>LUNCH: Chicken Nugge</w:t>
            </w:r>
            <w:r>
              <w:rPr>
                <w:rFonts w:ascii="Arial" w:hAnsi="Arial"/>
                <w:b/>
                <w:sz w:val="20"/>
              </w:rPr>
              <w:t>ts w/ Roll OR Corn Dog</w:t>
            </w:r>
            <w:r>
              <w:rPr>
                <w:rFonts w:ascii="Arial" w:hAnsi="Arial"/>
                <w:b/>
                <w:sz w:val="20"/>
              </w:rPr>
              <w:br/>
              <w:t>VEG: Green Beans • Sweet Potato Fries</w:t>
            </w:r>
            <w:r>
              <w:rPr>
                <w:rFonts w:ascii="Arial" w:hAnsi="Arial"/>
                <w:b/>
                <w:sz w:val="20"/>
              </w:rPr>
              <w:br/>
              <w:t>FRUIT: Pear Cup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381166E7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23</w:t>
            </w:r>
            <w:r>
              <w:rPr>
                <w:rFonts w:ascii="Arial" w:hAnsi="Arial"/>
                <w:b/>
                <w:sz w:val="20"/>
              </w:rPr>
              <w:br/>
              <w:t>BREAKFAST: Assorted Breakfast Muffin • Banana/Juice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Pizza OR Cheeseburger</w:t>
            </w:r>
            <w:r>
              <w:rPr>
                <w:rFonts w:ascii="Arial" w:hAnsi="Arial"/>
                <w:b/>
                <w:sz w:val="20"/>
              </w:rPr>
              <w:br/>
              <w:t>VEG: Side Salad • Green Beans</w:t>
            </w:r>
            <w:r>
              <w:rPr>
                <w:rFonts w:ascii="Arial" w:hAnsi="Arial"/>
                <w:b/>
                <w:sz w:val="20"/>
              </w:rPr>
              <w:br/>
              <w:t>FRUIT: Pineappl</w:t>
            </w:r>
            <w:r>
              <w:rPr>
                <w:rFonts w:ascii="Arial" w:hAnsi="Arial"/>
                <w:b/>
                <w:sz w:val="20"/>
              </w:rPr>
              <w:t>e Cup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  <w:tr w:rsidR="00A75D01" w14:paraId="150AE986" w14:textId="77777777">
        <w:trPr>
          <w:trHeight w:hRule="exact" w:val="1843"/>
        </w:trPr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D5A088B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26</w:t>
            </w:r>
            <w:r>
              <w:rPr>
                <w:rFonts w:ascii="Arial" w:hAnsi="Arial"/>
                <w:b/>
                <w:sz w:val="20"/>
              </w:rPr>
              <w:br/>
              <w:t>BREAKFAST: Pancake &amp; Sausage Stick/Syrup • Orange/Juice</w:t>
            </w:r>
            <w:r>
              <w:rPr>
                <w:rFonts w:ascii="Arial" w:hAnsi="Arial"/>
                <w:b/>
                <w:sz w:val="20"/>
              </w:rPr>
              <w:br/>
              <w:t>LUNCH: Sloppy Joe OR Cheeseburger</w:t>
            </w:r>
            <w:r>
              <w:rPr>
                <w:rFonts w:ascii="Arial" w:hAnsi="Arial"/>
                <w:b/>
                <w:sz w:val="20"/>
              </w:rPr>
              <w:br/>
              <w:t>VEG: Green Peas • Sweet Potato Fries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0206C099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27</w:t>
            </w:r>
            <w:r>
              <w:rPr>
                <w:rFonts w:ascii="Arial" w:hAnsi="Arial"/>
                <w:b/>
                <w:sz w:val="20"/>
              </w:rPr>
              <w:br/>
              <w:t>BREAKFAST: Sausage Biscuit • Banana/Juice</w:t>
            </w:r>
            <w:r>
              <w:rPr>
                <w:rFonts w:ascii="Arial" w:hAnsi="Arial"/>
                <w:b/>
                <w:sz w:val="20"/>
              </w:rPr>
              <w:br/>
              <w:t>LUNCH</w:t>
            </w:r>
            <w:r>
              <w:rPr>
                <w:rFonts w:ascii="Arial" w:hAnsi="Arial"/>
                <w:b/>
                <w:sz w:val="20"/>
              </w:rPr>
              <w:t>: Spaghetti w/ Meat Sauce OR Chicken Sandwich</w:t>
            </w:r>
            <w:r>
              <w:rPr>
                <w:rFonts w:ascii="Arial" w:hAnsi="Arial"/>
                <w:b/>
                <w:sz w:val="20"/>
              </w:rPr>
              <w:br/>
              <w:t>VEG: Green Beans • Side Salad</w:t>
            </w:r>
            <w:r>
              <w:rPr>
                <w:rFonts w:ascii="Arial" w:hAnsi="Arial"/>
                <w:b/>
                <w:sz w:val="20"/>
              </w:rPr>
              <w:br/>
              <w:t>FRUIT: Orange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58176A0C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28</w:t>
            </w:r>
            <w:r>
              <w:rPr>
                <w:rFonts w:ascii="Arial" w:hAnsi="Arial"/>
                <w:b/>
                <w:sz w:val="20"/>
              </w:rPr>
              <w:br/>
              <w:t>BREAKFAST: Dunkin Sticks • Applesauce/Juice</w:t>
            </w:r>
            <w:r>
              <w:rPr>
                <w:rFonts w:ascii="Arial" w:hAnsi="Arial"/>
                <w:b/>
                <w:sz w:val="20"/>
              </w:rPr>
              <w:br/>
              <w:t>LUNCH: General Tso Chicken w/ Fried Rice OR Chicken Nuggets</w:t>
            </w:r>
            <w:r>
              <w:rPr>
                <w:rFonts w:ascii="Arial" w:hAnsi="Arial"/>
                <w:b/>
                <w:sz w:val="20"/>
              </w:rPr>
              <w:br/>
              <w:t>VEG: Broccoli w/ Cheese • Corn</w:t>
            </w:r>
            <w:r>
              <w:rPr>
                <w:rFonts w:ascii="Arial" w:hAnsi="Arial"/>
                <w:b/>
                <w:sz w:val="20"/>
              </w:rPr>
              <w:br/>
              <w:t>FRUIT:</w:t>
            </w:r>
            <w:r>
              <w:rPr>
                <w:rFonts w:ascii="Arial" w:hAnsi="Arial"/>
                <w:b/>
                <w:sz w:val="20"/>
              </w:rPr>
              <w:t xml:space="preserve"> Pineapple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2F0D9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54C3E9B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29</w:t>
            </w:r>
            <w:r>
              <w:rPr>
                <w:rFonts w:ascii="Arial" w:hAnsi="Arial"/>
                <w:b/>
                <w:sz w:val="20"/>
              </w:rPr>
              <w:br/>
              <w:t>BREAKFAST: Breakfast Pizza • Peach Cup/Juice</w:t>
            </w:r>
            <w:r>
              <w:rPr>
                <w:rFonts w:ascii="Arial" w:hAnsi="Arial"/>
                <w:b/>
                <w:sz w:val="20"/>
              </w:rPr>
              <w:br/>
              <w:t>LUNCH: MANAGER'S CHOICE</w:t>
            </w:r>
            <w:r>
              <w:rPr>
                <w:rFonts w:ascii="Arial" w:hAnsi="Arial"/>
                <w:b/>
                <w:sz w:val="20"/>
              </w:rPr>
              <w:br/>
              <w:t>VEG: Manager's Choice Vegetables</w:t>
            </w:r>
            <w:r>
              <w:rPr>
                <w:rFonts w:ascii="Arial" w:hAnsi="Arial"/>
                <w:b/>
                <w:sz w:val="20"/>
              </w:rPr>
              <w:br/>
              <w:t>FRUIT: Manager's Choice Fruit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90A8E89" w14:textId="77777777" w:rsidR="00A75D01" w:rsidRDefault="002361FE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30</w:t>
            </w:r>
            <w:r>
              <w:rPr>
                <w:rFonts w:ascii="Arial" w:hAnsi="Arial"/>
                <w:b/>
                <w:sz w:val="20"/>
              </w:rPr>
              <w:br/>
              <w:t>BREAKFAST: Cinnamon Bun • Pear Cup/Juice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</w:t>
            </w:r>
            <w:r>
              <w:rPr>
                <w:rFonts w:ascii="Arial" w:hAnsi="Arial"/>
                <w:b/>
                <w:sz w:val="20"/>
              </w:rPr>
              <w:t>oni Pizza OR Hot Dog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</w:tbl>
    <w:p w14:paraId="5EAD85A8" w14:textId="77777777" w:rsidR="00A75D01" w:rsidRDefault="002361FE">
      <w:pPr>
        <w:spacing w:after="0" w:line="216" w:lineRule="auto"/>
        <w:jc w:val="center"/>
      </w:pPr>
      <w:r>
        <w:rPr>
          <w:rFonts w:ascii="Arial" w:hAnsi="Arial"/>
          <w:b/>
          <w:sz w:val="20"/>
        </w:rPr>
        <w:t xml:space="preserve">DAILY OFFERINGS: Non-fat, 1%, chocolate or strawberry milk offered daily. Chef Salad and Peanut Butter &amp; Jelly Sandwich offered daily. BREAKFAST: Pop-Tarts and </w:t>
      </w:r>
      <w:r>
        <w:rPr>
          <w:rFonts w:ascii="Arial" w:hAnsi="Arial"/>
          <w:b/>
          <w:sz w:val="20"/>
        </w:rPr>
        <w:t>assorted cereal available daily. HIGH SCHOOL: Pizza offered daily.</w:t>
      </w:r>
    </w:p>
    <w:sectPr w:rsidR="00A75D01" w:rsidSect="00034616">
      <w:pgSz w:w="15840" w:h="12240" w:orient="landscape"/>
      <w:pgMar w:top="115" w:right="173" w:bottom="115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61FE"/>
    <w:rsid w:val="0029639D"/>
    <w:rsid w:val="00326F90"/>
    <w:rsid w:val="00A75D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F0B87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2026-09-21T17:08:00Z</dcterms:created>
  <dcterms:modified xsi:type="dcterms:W3CDTF">2026-09-21T17:08:00Z</dcterms:modified>
  <cp:category/>
</cp:coreProperties>
</file>