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F091A" w14:textId="77777777" w:rsidR="00E91BC1" w:rsidRDefault="00E5747B">
      <w:pPr>
        <w:spacing w:after="0"/>
        <w:jc w:val="center"/>
      </w:pPr>
      <w:r>
        <w:rPr>
          <w:rFonts w:ascii="Arial" w:hAnsi="Arial"/>
          <w:b/>
          <w:sz w:val="28"/>
        </w:rPr>
        <w:t>DUPLIN COUNTY SCHOOLS</w:t>
      </w:r>
    </w:p>
    <w:p w14:paraId="2B7D1478" w14:textId="77777777" w:rsidR="00E91BC1" w:rsidRDefault="00E5747B">
      <w:pPr>
        <w:spacing w:after="0"/>
        <w:jc w:val="center"/>
      </w:pPr>
      <w:r>
        <w:rPr>
          <w:rFonts w:ascii="Arial" w:hAnsi="Arial"/>
          <w:b/>
          <w:sz w:val="20"/>
        </w:rPr>
        <w:t>SCHOOL NUTRITION | OCTOBER 2026 | PRE-K–8 BREAKFAST &amp; LUNCH MENU</w:t>
      </w:r>
    </w:p>
    <w:p w14:paraId="78871A41" w14:textId="77777777" w:rsidR="00E91BC1" w:rsidRDefault="00E5747B">
      <w:pPr>
        <w:spacing w:after="20"/>
        <w:jc w:val="center"/>
      </w:pPr>
      <w:r>
        <w:rPr>
          <w:rFonts w:ascii="Arial" w:hAnsi="Arial"/>
          <w:b/>
          <w:sz w:val="20"/>
        </w:rPr>
        <w:t>National School Lunch Week • October 12–15 • Cafeteria Circus: Where Nutrition Takes Center Stage!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99"/>
        <w:gridCol w:w="3099"/>
        <w:gridCol w:w="3099"/>
        <w:gridCol w:w="3099"/>
        <w:gridCol w:w="3099"/>
      </w:tblGrid>
      <w:tr w:rsidR="00E91BC1" w14:paraId="342B1D5B" w14:textId="77777777">
        <w:tc>
          <w:tcPr>
            <w:tcW w:w="3099" w:type="dxa"/>
            <w:shd w:val="clear" w:color="auto" w:fill="1F4E7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072792" w14:textId="77777777" w:rsidR="00E91BC1" w:rsidRDefault="00E5747B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MONDAY</w:t>
            </w:r>
          </w:p>
        </w:tc>
        <w:tc>
          <w:tcPr>
            <w:tcW w:w="3099" w:type="dxa"/>
            <w:shd w:val="clear" w:color="auto" w:fill="1F4E7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8604E7" w14:textId="77777777" w:rsidR="00E91BC1" w:rsidRDefault="00E5747B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TUESDAY</w:t>
            </w:r>
          </w:p>
        </w:tc>
        <w:tc>
          <w:tcPr>
            <w:tcW w:w="3099" w:type="dxa"/>
            <w:shd w:val="clear" w:color="auto" w:fill="1F4E7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76C4F3" w14:textId="77777777" w:rsidR="00E91BC1" w:rsidRDefault="00E5747B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WEDNESDAY</w:t>
            </w:r>
          </w:p>
        </w:tc>
        <w:tc>
          <w:tcPr>
            <w:tcW w:w="3099" w:type="dxa"/>
            <w:shd w:val="clear" w:color="auto" w:fill="1F4E7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6E4623" w14:textId="77777777" w:rsidR="00E91BC1" w:rsidRDefault="00E5747B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THURSDAY</w:t>
            </w:r>
          </w:p>
        </w:tc>
        <w:tc>
          <w:tcPr>
            <w:tcW w:w="3099" w:type="dxa"/>
            <w:shd w:val="clear" w:color="auto" w:fill="1F4E7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859ED5" w14:textId="77777777" w:rsidR="00E91BC1" w:rsidRDefault="00E5747B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FRIDAY</w:t>
            </w:r>
          </w:p>
        </w:tc>
      </w:tr>
      <w:tr w:rsidR="00E91BC1" w14:paraId="7946A3E1" w14:textId="77777777">
        <w:trPr>
          <w:trHeight w:hRule="exact" w:val="1843"/>
        </w:trPr>
        <w:tc>
          <w:tcPr>
            <w:tcW w:w="3024" w:type="dxa"/>
            <w:shd w:val="clear" w:color="auto" w:fill="F2F2F2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75120CF0" w14:textId="77777777" w:rsidR="00E91BC1" w:rsidRDefault="00E91BC1"/>
        </w:tc>
        <w:tc>
          <w:tcPr>
            <w:tcW w:w="3024" w:type="dxa"/>
            <w:shd w:val="clear" w:color="auto" w:fill="F2F2F2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50874E12" w14:textId="77777777" w:rsidR="00E91BC1" w:rsidRDefault="00E91BC1"/>
        </w:tc>
        <w:tc>
          <w:tcPr>
            <w:tcW w:w="3024" w:type="dxa"/>
            <w:shd w:val="clear" w:color="auto" w:fill="F2F2F2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71CADE2E" w14:textId="77777777" w:rsidR="00E91BC1" w:rsidRDefault="00E91BC1"/>
        </w:tc>
        <w:tc>
          <w:tcPr>
            <w:tcW w:w="3024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0EBA7C28" w14:textId="77777777" w:rsidR="00E91BC1" w:rsidRDefault="00E5747B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1</w:t>
            </w:r>
            <w:r>
              <w:rPr>
                <w:rFonts w:ascii="Arial" w:hAnsi="Arial"/>
                <w:b/>
                <w:sz w:val="20"/>
              </w:rPr>
              <w:br/>
            </w:r>
            <w:r>
              <w:rPr>
                <w:rFonts w:ascii="Arial" w:hAnsi="Arial"/>
                <w:b/>
                <w:sz w:val="20"/>
              </w:rPr>
              <w:t>BREAKFAST: Breakfast Pizza • Peaches/Juice</w:t>
            </w:r>
            <w:r>
              <w:rPr>
                <w:rFonts w:ascii="Arial" w:hAnsi="Arial"/>
                <w:b/>
                <w:sz w:val="20"/>
              </w:rPr>
              <w:br/>
              <w:t>LUNCH: Chicken Nuggets w/ Roll OR Cheeseburger</w:t>
            </w:r>
            <w:r>
              <w:rPr>
                <w:rFonts w:ascii="Arial" w:hAnsi="Arial"/>
                <w:b/>
                <w:sz w:val="20"/>
              </w:rPr>
              <w:br/>
              <w:t>VEG: Green Beans • Sweet Potato Fries</w:t>
            </w:r>
            <w:r>
              <w:rPr>
                <w:rFonts w:ascii="Arial" w:hAnsi="Arial"/>
                <w:b/>
                <w:sz w:val="20"/>
              </w:rPr>
              <w:br/>
              <w:t>FRUIT: Apple Slices • Strawberry Cup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shd w:val="clear" w:color="auto" w:fill="EAF2F8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2339BE4F" w14:textId="77777777" w:rsidR="00E91BC1" w:rsidRDefault="00E5747B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2</w:t>
            </w:r>
            <w:r>
              <w:rPr>
                <w:rFonts w:ascii="Arial" w:hAnsi="Arial"/>
                <w:b/>
                <w:sz w:val="20"/>
              </w:rPr>
              <w:br/>
              <w:t>BREAKFAST: Sausage Biscuit • Banana/Juice</w:t>
            </w:r>
            <w:r>
              <w:rPr>
                <w:rFonts w:ascii="Arial" w:hAnsi="Arial"/>
                <w:b/>
                <w:sz w:val="20"/>
              </w:rPr>
              <w:br/>
              <w:t>LUNCH: PIZZA DAY: Cheese/Pepperoni Piz</w:t>
            </w:r>
            <w:r>
              <w:rPr>
                <w:rFonts w:ascii="Arial" w:hAnsi="Arial"/>
                <w:b/>
                <w:sz w:val="20"/>
              </w:rPr>
              <w:t>za OR Chicken Sandwich</w:t>
            </w:r>
            <w:r>
              <w:rPr>
                <w:rFonts w:ascii="Arial" w:hAnsi="Arial"/>
                <w:b/>
                <w:sz w:val="20"/>
              </w:rPr>
              <w:br/>
              <w:t>VEG: Side Salad • Corn</w:t>
            </w:r>
            <w:r>
              <w:rPr>
                <w:rFonts w:ascii="Arial" w:hAnsi="Arial"/>
                <w:b/>
                <w:sz w:val="20"/>
              </w:rPr>
              <w:br/>
              <w:t>FRUIT: Pineapple Cup • Applesauce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</w:tr>
      <w:tr w:rsidR="00E91BC1" w14:paraId="152EECA2" w14:textId="77777777">
        <w:trPr>
          <w:trHeight w:hRule="exact" w:val="1843"/>
        </w:trPr>
        <w:tc>
          <w:tcPr>
            <w:tcW w:w="3024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2609DE02" w14:textId="77777777" w:rsidR="00E91BC1" w:rsidRDefault="00E5747B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5</w:t>
            </w:r>
            <w:r>
              <w:rPr>
                <w:rFonts w:ascii="Arial" w:hAnsi="Arial"/>
                <w:b/>
                <w:sz w:val="20"/>
              </w:rPr>
              <w:br/>
              <w:t>BREAKFAST: Pancake Mini w/Syrup • Applesauce/Juice</w:t>
            </w:r>
            <w:r>
              <w:rPr>
                <w:rFonts w:ascii="Arial" w:hAnsi="Arial"/>
                <w:b/>
                <w:sz w:val="20"/>
              </w:rPr>
              <w:br/>
              <w:t>LUNCH: BBQ Pork Sandwich OR Chicken Sandwich</w:t>
            </w:r>
            <w:r>
              <w:rPr>
                <w:rFonts w:ascii="Arial" w:hAnsi="Arial"/>
                <w:b/>
                <w:sz w:val="20"/>
              </w:rPr>
              <w:br/>
              <w:t>VEG: Baked Beans • Cole Slaw</w:t>
            </w:r>
            <w:r>
              <w:rPr>
                <w:rFonts w:ascii="Arial" w:hAnsi="Arial"/>
                <w:b/>
                <w:sz w:val="20"/>
              </w:rPr>
              <w:br/>
              <w:t>FRUIT: Mixed Fruit • Apple Slices</w:t>
            </w:r>
            <w:r>
              <w:rPr>
                <w:rFonts w:ascii="Arial" w:hAnsi="Arial"/>
                <w:b/>
                <w:sz w:val="20"/>
              </w:rPr>
              <w:br/>
            </w:r>
            <w:r>
              <w:rPr>
                <w:rFonts w:ascii="Arial" w:hAnsi="Arial"/>
                <w:b/>
                <w:sz w:val="20"/>
              </w:rPr>
              <w:t>Milk</w:t>
            </w:r>
          </w:p>
        </w:tc>
        <w:tc>
          <w:tcPr>
            <w:tcW w:w="3024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6396C286" w14:textId="77777777" w:rsidR="00E91BC1" w:rsidRDefault="00E5747B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6</w:t>
            </w:r>
            <w:r>
              <w:rPr>
                <w:rFonts w:ascii="Arial" w:hAnsi="Arial"/>
                <w:b/>
                <w:sz w:val="20"/>
              </w:rPr>
              <w:br/>
              <w:t>BREAKFAST: Cinnamon Bun • Honeydew/Juice</w:t>
            </w:r>
            <w:r>
              <w:rPr>
                <w:rFonts w:ascii="Arial" w:hAnsi="Arial"/>
                <w:b/>
                <w:sz w:val="20"/>
              </w:rPr>
              <w:br/>
              <w:t>LUNCH: Hot Dog w/ Chili OR Oven Roasted Chicken</w:t>
            </w:r>
            <w:r>
              <w:rPr>
                <w:rFonts w:ascii="Arial" w:hAnsi="Arial"/>
                <w:b/>
                <w:sz w:val="20"/>
              </w:rPr>
              <w:br/>
              <w:t>VEG: Mashed Potatoes • Green Peas</w:t>
            </w:r>
            <w:r>
              <w:rPr>
                <w:rFonts w:ascii="Arial" w:hAnsi="Arial"/>
                <w:b/>
                <w:sz w:val="20"/>
              </w:rPr>
              <w:br/>
              <w:t>FRUIT: Orange • Applesauce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29B179AE" w14:textId="77777777" w:rsidR="00E91BC1" w:rsidRDefault="00E5747B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7</w:t>
            </w:r>
            <w:r>
              <w:rPr>
                <w:rFonts w:ascii="Arial" w:hAnsi="Arial"/>
                <w:b/>
                <w:sz w:val="20"/>
              </w:rPr>
              <w:br/>
              <w:t>BREAKFAST: Dunkin Sticks • Pear Cup/Juice</w:t>
            </w:r>
            <w:r>
              <w:rPr>
                <w:rFonts w:ascii="Arial" w:hAnsi="Arial"/>
                <w:b/>
                <w:sz w:val="20"/>
              </w:rPr>
              <w:br/>
              <w:t>LUNCH: Chicken Alfredo w/ Broccoli OR Mozz</w:t>
            </w:r>
            <w:r>
              <w:rPr>
                <w:rFonts w:ascii="Arial" w:hAnsi="Arial"/>
                <w:b/>
                <w:sz w:val="20"/>
              </w:rPr>
              <w:t>arella Sticks</w:t>
            </w:r>
            <w:r>
              <w:rPr>
                <w:rFonts w:ascii="Arial" w:hAnsi="Arial"/>
                <w:b/>
                <w:sz w:val="20"/>
              </w:rPr>
              <w:br/>
              <w:t>VEG: Side Salad • Corn</w:t>
            </w:r>
            <w:r>
              <w:rPr>
                <w:rFonts w:ascii="Arial" w:hAnsi="Arial"/>
                <w:b/>
                <w:sz w:val="20"/>
              </w:rPr>
              <w:br/>
              <w:t>FRUIT: Pineapple • Strawberry Cup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shd w:val="clear" w:color="auto" w:fill="E2F0D9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1895CA60" w14:textId="77777777" w:rsidR="00E91BC1" w:rsidRDefault="00E5747B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8</w:t>
            </w:r>
            <w:r>
              <w:rPr>
                <w:rFonts w:ascii="Arial" w:hAnsi="Arial"/>
                <w:b/>
                <w:sz w:val="20"/>
              </w:rPr>
              <w:br/>
              <w:t>BREAKFAST: Breakfast Pizza • Peach Cup/Juice</w:t>
            </w:r>
            <w:r>
              <w:rPr>
                <w:rFonts w:ascii="Arial" w:hAnsi="Arial"/>
                <w:b/>
                <w:sz w:val="20"/>
              </w:rPr>
              <w:br/>
              <w:t>LUNCH: MANAGER'S CHOICE</w:t>
            </w:r>
            <w:r>
              <w:rPr>
                <w:rFonts w:ascii="Arial" w:hAnsi="Arial"/>
                <w:b/>
                <w:sz w:val="20"/>
              </w:rPr>
              <w:br/>
              <w:t>VEG: Manager's Choice Vegetables</w:t>
            </w:r>
            <w:r>
              <w:rPr>
                <w:rFonts w:ascii="Arial" w:hAnsi="Arial"/>
                <w:b/>
                <w:sz w:val="20"/>
              </w:rPr>
              <w:br/>
              <w:t>FRUIT: Manager's Choice Fruit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shd w:val="clear" w:color="auto" w:fill="EAF2F8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45818743" w14:textId="77777777" w:rsidR="00E91BC1" w:rsidRDefault="00E5747B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9</w:t>
            </w:r>
            <w:r>
              <w:rPr>
                <w:rFonts w:ascii="Arial" w:hAnsi="Arial"/>
                <w:b/>
                <w:sz w:val="20"/>
              </w:rPr>
              <w:br/>
              <w:t>BREAKFAST: Assorted Breakfast M</w:t>
            </w:r>
            <w:r>
              <w:rPr>
                <w:rFonts w:ascii="Arial" w:hAnsi="Arial"/>
                <w:b/>
                <w:sz w:val="20"/>
              </w:rPr>
              <w:t>uffin • Banana/Juice</w:t>
            </w:r>
            <w:r>
              <w:rPr>
                <w:rFonts w:ascii="Arial" w:hAnsi="Arial"/>
                <w:b/>
                <w:sz w:val="20"/>
              </w:rPr>
              <w:br/>
              <w:t>LUNCH: PIZZA DAY: Cheese/Pepperoni Pizza OR Rib Sandwich</w:t>
            </w:r>
            <w:r>
              <w:rPr>
                <w:rFonts w:ascii="Arial" w:hAnsi="Arial"/>
                <w:b/>
                <w:sz w:val="20"/>
              </w:rPr>
              <w:br/>
              <w:t>VEG: Green Beans • Side Salad</w:t>
            </w:r>
            <w:r>
              <w:rPr>
                <w:rFonts w:ascii="Arial" w:hAnsi="Arial"/>
                <w:b/>
                <w:sz w:val="20"/>
              </w:rPr>
              <w:br/>
              <w:t>FRUIT: Grapes • Applesauce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</w:tr>
      <w:tr w:rsidR="00E91BC1" w14:paraId="71E23E7C" w14:textId="77777777">
        <w:trPr>
          <w:trHeight w:hRule="exact" w:val="1843"/>
        </w:trPr>
        <w:tc>
          <w:tcPr>
            <w:tcW w:w="3024" w:type="dxa"/>
            <w:shd w:val="clear" w:color="auto" w:fill="FFF2CC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4438CDC8" w14:textId="77777777" w:rsidR="00E91BC1" w:rsidRDefault="00E5747B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12</w:t>
            </w:r>
            <w:r>
              <w:rPr>
                <w:rFonts w:ascii="Arial" w:hAnsi="Arial"/>
                <w:b/>
                <w:sz w:val="20"/>
              </w:rPr>
              <w:br/>
              <w:t>BREAKFAST: Breakfast Pizza • Peaches/Juice</w:t>
            </w:r>
            <w:r>
              <w:rPr>
                <w:rFonts w:ascii="Arial" w:hAnsi="Arial"/>
                <w:b/>
                <w:sz w:val="20"/>
              </w:rPr>
              <w:br/>
              <w:t>LUNCH: RINGMASTER MONDAY: Big Top Cheeseburger OR Chicken Sandwic</w:t>
            </w:r>
            <w:r>
              <w:rPr>
                <w:rFonts w:ascii="Arial" w:hAnsi="Arial"/>
                <w:b/>
                <w:sz w:val="20"/>
              </w:rPr>
              <w:t>h</w:t>
            </w:r>
            <w:r>
              <w:rPr>
                <w:rFonts w:ascii="Arial" w:hAnsi="Arial"/>
                <w:b/>
                <w:sz w:val="20"/>
              </w:rPr>
              <w:br/>
              <w:t>VEG: Juggling Green Peas • Sweet Potato Fries</w:t>
            </w:r>
            <w:r>
              <w:rPr>
                <w:rFonts w:ascii="Arial" w:hAnsi="Arial"/>
                <w:b/>
                <w:sz w:val="20"/>
              </w:rPr>
              <w:br/>
              <w:t>FRUIT: Strawberry Applesauce • Apple Slices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shd w:val="clear" w:color="auto" w:fill="FFF2CC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523B3DB5" w14:textId="77777777" w:rsidR="00E91BC1" w:rsidRDefault="00E5747B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13</w:t>
            </w:r>
            <w:r>
              <w:rPr>
                <w:rFonts w:ascii="Arial" w:hAnsi="Arial"/>
                <w:b/>
                <w:sz w:val="20"/>
              </w:rPr>
              <w:br/>
              <w:t>BREAKFAST: Sausage Biscuit • Orange/Juice</w:t>
            </w:r>
            <w:r>
              <w:rPr>
                <w:rFonts w:ascii="Arial" w:hAnsi="Arial"/>
                <w:b/>
                <w:sz w:val="20"/>
              </w:rPr>
              <w:br/>
              <w:t>LUNCH: TIGHTROPE TACO TUESDAY: Beef Taco OR Chicken Fajita</w:t>
            </w:r>
            <w:r>
              <w:rPr>
                <w:rFonts w:ascii="Arial" w:hAnsi="Arial"/>
                <w:b/>
                <w:sz w:val="20"/>
              </w:rPr>
              <w:br/>
              <w:t>VEG: Three-Ring Black Beans • Corn</w:t>
            </w:r>
            <w:r>
              <w:rPr>
                <w:rFonts w:ascii="Arial" w:hAnsi="Arial"/>
                <w:b/>
                <w:sz w:val="20"/>
              </w:rPr>
              <w:br/>
              <w:t>FRUIT: Pineapple</w:t>
            </w:r>
            <w:r>
              <w:rPr>
                <w:rFonts w:ascii="Arial" w:hAnsi="Arial"/>
                <w:b/>
                <w:sz w:val="20"/>
              </w:rPr>
              <w:t xml:space="preserve"> • Orange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shd w:val="clear" w:color="auto" w:fill="FFF2CC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45BB309B" w14:textId="77777777" w:rsidR="00E91BC1" w:rsidRDefault="00E5747B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14</w:t>
            </w:r>
            <w:r>
              <w:rPr>
                <w:rFonts w:ascii="Arial" w:hAnsi="Arial"/>
                <w:b/>
                <w:sz w:val="20"/>
              </w:rPr>
              <w:br/>
              <w:t>BREAKFAST: Pancake Mini • Applesauce/Juice</w:t>
            </w:r>
            <w:r>
              <w:rPr>
                <w:rFonts w:ascii="Arial" w:hAnsi="Arial"/>
                <w:b/>
                <w:sz w:val="20"/>
              </w:rPr>
              <w:br/>
              <w:t>LUNCH: CENTER RING WEDNESDAY: Hot Dog w/ Chili OR Chicken Nuggets</w:t>
            </w:r>
            <w:r>
              <w:rPr>
                <w:rFonts w:ascii="Arial" w:hAnsi="Arial"/>
                <w:b/>
                <w:sz w:val="20"/>
              </w:rPr>
              <w:br/>
              <w:t>VEG: Mashed Potatoes • Green Peas</w:t>
            </w:r>
            <w:r>
              <w:rPr>
                <w:rFonts w:ascii="Arial" w:hAnsi="Arial"/>
                <w:b/>
                <w:sz w:val="20"/>
              </w:rPr>
              <w:br/>
              <w:t>FRUIT: Mixed Fruit • Apple Slices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shd w:val="clear" w:color="auto" w:fill="FFF2CC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39447AB5" w14:textId="77777777" w:rsidR="00E91BC1" w:rsidRDefault="00E5747B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15</w:t>
            </w:r>
            <w:r>
              <w:rPr>
                <w:rFonts w:ascii="Arial" w:hAnsi="Arial"/>
                <w:b/>
                <w:sz w:val="20"/>
              </w:rPr>
              <w:br/>
              <w:t>BREAKFAST: Cinnamon Bun • Pear Cup/Juice</w:t>
            </w:r>
            <w:r>
              <w:rPr>
                <w:rFonts w:ascii="Arial" w:hAnsi="Arial"/>
                <w:b/>
                <w:sz w:val="20"/>
              </w:rPr>
              <w:br/>
              <w:t>LUNC</w:t>
            </w:r>
            <w:r>
              <w:rPr>
                <w:rFonts w:ascii="Arial" w:hAnsi="Arial"/>
                <w:b/>
                <w:sz w:val="20"/>
              </w:rPr>
              <w:t>H: BIG TOP THURSDAY: BBQ Pork Sandwich OR Fish Sandwich</w:t>
            </w:r>
            <w:r>
              <w:rPr>
                <w:rFonts w:ascii="Arial" w:hAnsi="Arial"/>
                <w:b/>
                <w:sz w:val="20"/>
              </w:rPr>
              <w:br/>
              <w:t>VEG: Circus Slaw • Baked Beans</w:t>
            </w:r>
            <w:r>
              <w:rPr>
                <w:rFonts w:ascii="Arial" w:hAnsi="Arial"/>
                <w:b/>
                <w:sz w:val="20"/>
              </w:rPr>
              <w:br/>
              <w:t>FRUIT: Mixed Fruit • Strawberry Cup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shd w:val="clear" w:color="auto" w:fill="EAF2F8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132447C6" w14:textId="77777777" w:rsidR="00E91BC1" w:rsidRDefault="00E5747B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16</w:t>
            </w:r>
            <w:r>
              <w:rPr>
                <w:rFonts w:ascii="Arial" w:hAnsi="Arial"/>
                <w:b/>
                <w:sz w:val="20"/>
              </w:rPr>
              <w:br/>
              <w:t>NO SCHOOL</w:t>
            </w:r>
          </w:p>
        </w:tc>
      </w:tr>
      <w:tr w:rsidR="00E91BC1" w14:paraId="5C608488" w14:textId="77777777">
        <w:trPr>
          <w:trHeight w:hRule="exact" w:val="1843"/>
        </w:trPr>
        <w:tc>
          <w:tcPr>
            <w:tcW w:w="3024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0F8406CC" w14:textId="77777777" w:rsidR="00E91BC1" w:rsidRDefault="00E5747B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19</w:t>
            </w:r>
            <w:r>
              <w:rPr>
                <w:rFonts w:ascii="Arial" w:hAnsi="Arial"/>
                <w:b/>
                <w:sz w:val="20"/>
              </w:rPr>
              <w:br/>
              <w:t>BREAKFAST: Chicken Biscuit • Pear Cup/Juice</w:t>
            </w:r>
            <w:r>
              <w:rPr>
                <w:rFonts w:ascii="Arial" w:hAnsi="Arial"/>
                <w:b/>
                <w:sz w:val="20"/>
              </w:rPr>
              <w:br/>
              <w:t>LUNCH: Rib Sandwich OR Cheeseburger</w:t>
            </w:r>
            <w:r>
              <w:rPr>
                <w:rFonts w:ascii="Arial" w:hAnsi="Arial"/>
                <w:b/>
                <w:sz w:val="20"/>
              </w:rPr>
              <w:br/>
              <w:t xml:space="preserve">VEG: Sweet Potato </w:t>
            </w:r>
            <w:r>
              <w:rPr>
                <w:rFonts w:ascii="Arial" w:hAnsi="Arial"/>
                <w:b/>
                <w:sz w:val="20"/>
              </w:rPr>
              <w:t>Fries • Green Peas</w:t>
            </w:r>
            <w:r>
              <w:rPr>
                <w:rFonts w:ascii="Arial" w:hAnsi="Arial"/>
                <w:b/>
                <w:sz w:val="20"/>
              </w:rPr>
              <w:br/>
              <w:t>FRUIT: Pineapple Cup • Apple Slices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57057B60" w14:textId="77777777" w:rsidR="00E91BC1" w:rsidRDefault="00E5747B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20</w:t>
            </w:r>
            <w:r>
              <w:rPr>
                <w:rFonts w:ascii="Arial" w:hAnsi="Arial"/>
                <w:b/>
                <w:sz w:val="20"/>
              </w:rPr>
              <w:br/>
              <w:t>BREAKFAST: Apple Filled Strudel • Strawberry Cup/Juice</w:t>
            </w:r>
            <w:r>
              <w:rPr>
                <w:rFonts w:ascii="Arial" w:hAnsi="Arial"/>
                <w:b/>
                <w:sz w:val="20"/>
              </w:rPr>
              <w:br/>
              <w:t>LUNCH: Hot Dog w/ Chili OR Oven Roasted Chicken</w:t>
            </w:r>
            <w:r>
              <w:rPr>
                <w:rFonts w:ascii="Arial" w:hAnsi="Arial"/>
                <w:b/>
                <w:sz w:val="20"/>
              </w:rPr>
              <w:br/>
              <w:t>VEG: Mashed Potatoes • Broccoli w/ Cheese</w:t>
            </w:r>
            <w:r>
              <w:rPr>
                <w:rFonts w:ascii="Arial" w:hAnsi="Arial"/>
                <w:b/>
                <w:sz w:val="20"/>
              </w:rPr>
              <w:br/>
              <w:t>FRUIT: Orange • Strawberry Applesauce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085B05B8" w14:textId="77777777" w:rsidR="00E91BC1" w:rsidRDefault="00E5747B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</w:t>
            </w:r>
            <w:r>
              <w:rPr>
                <w:rFonts w:ascii="Arial" w:hAnsi="Arial"/>
                <w:b/>
                <w:sz w:val="20"/>
              </w:rPr>
              <w:t>CT 21</w:t>
            </w:r>
            <w:r>
              <w:rPr>
                <w:rFonts w:ascii="Arial" w:hAnsi="Arial"/>
                <w:b/>
                <w:sz w:val="20"/>
              </w:rPr>
              <w:br/>
              <w:t>BREAKFAST: Breakfast Pizza • Fresh Orange/Juice</w:t>
            </w:r>
            <w:r>
              <w:rPr>
                <w:rFonts w:ascii="Arial" w:hAnsi="Arial"/>
                <w:b/>
                <w:sz w:val="20"/>
              </w:rPr>
              <w:br/>
              <w:t>LUNCH: Mozzarella Sticks OR Chicken Sandwich</w:t>
            </w:r>
            <w:r>
              <w:rPr>
                <w:rFonts w:ascii="Arial" w:hAnsi="Arial"/>
                <w:b/>
                <w:sz w:val="20"/>
              </w:rPr>
              <w:br/>
              <w:t>VEG: Side Salad • Corn</w:t>
            </w:r>
            <w:r>
              <w:rPr>
                <w:rFonts w:ascii="Arial" w:hAnsi="Arial"/>
                <w:b/>
                <w:sz w:val="20"/>
              </w:rPr>
              <w:br/>
              <w:t>FRUIT: Mixed Fruit • Apple Slices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26F71047" w14:textId="77777777" w:rsidR="00E91BC1" w:rsidRDefault="00E5747B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22</w:t>
            </w:r>
            <w:r>
              <w:rPr>
                <w:rFonts w:ascii="Arial" w:hAnsi="Arial"/>
                <w:b/>
                <w:sz w:val="20"/>
              </w:rPr>
              <w:br/>
              <w:t>BREAKFAST: Cinnamon Bun • Mixed Fruit/Juice</w:t>
            </w:r>
            <w:r>
              <w:rPr>
                <w:rFonts w:ascii="Arial" w:hAnsi="Arial"/>
                <w:b/>
                <w:sz w:val="20"/>
              </w:rPr>
              <w:br/>
              <w:t>LUNCH: Chicken Nuggets w/ Roll OR Corn Dog</w:t>
            </w:r>
            <w:r>
              <w:rPr>
                <w:rFonts w:ascii="Arial" w:hAnsi="Arial"/>
                <w:b/>
                <w:sz w:val="20"/>
              </w:rPr>
              <w:br/>
              <w:t>V</w:t>
            </w:r>
            <w:r>
              <w:rPr>
                <w:rFonts w:ascii="Arial" w:hAnsi="Arial"/>
                <w:b/>
                <w:sz w:val="20"/>
              </w:rPr>
              <w:t>EG: Green Beans • Sweet Potato Fries</w:t>
            </w:r>
            <w:r>
              <w:rPr>
                <w:rFonts w:ascii="Arial" w:hAnsi="Arial"/>
                <w:b/>
                <w:sz w:val="20"/>
              </w:rPr>
              <w:br/>
              <w:t>FRUIT: Pear Cup • Applesauce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shd w:val="clear" w:color="auto" w:fill="EAF2F8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6F38429D" w14:textId="77777777" w:rsidR="00E91BC1" w:rsidRDefault="00E5747B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23</w:t>
            </w:r>
            <w:r>
              <w:rPr>
                <w:rFonts w:ascii="Arial" w:hAnsi="Arial"/>
                <w:b/>
                <w:sz w:val="20"/>
              </w:rPr>
              <w:br/>
              <w:t>BREAKFAST: Assorted Breakfast Muffin • Banana/Juice</w:t>
            </w:r>
            <w:r>
              <w:rPr>
                <w:rFonts w:ascii="Arial" w:hAnsi="Arial"/>
                <w:b/>
                <w:sz w:val="20"/>
              </w:rPr>
              <w:br/>
              <w:t>LUNCH: PIZZA DAY: Cheese/Pepperoni Pizza OR Cheeseburger</w:t>
            </w:r>
            <w:r>
              <w:rPr>
                <w:rFonts w:ascii="Arial" w:hAnsi="Arial"/>
                <w:b/>
                <w:sz w:val="20"/>
              </w:rPr>
              <w:br/>
              <w:t>VEG: Side Salad • Green Beans</w:t>
            </w:r>
            <w:r>
              <w:rPr>
                <w:rFonts w:ascii="Arial" w:hAnsi="Arial"/>
                <w:b/>
                <w:sz w:val="20"/>
              </w:rPr>
              <w:br/>
              <w:t>FRUIT: Pineapple Cup • Strawberry Cup</w:t>
            </w:r>
            <w:r>
              <w:rPr>
                <w:rFonts w:ascii="Arial" w:hAnsi="Arial"/>
                <w:b/>
                <w:sz w:val="20"/>
              </w:rPr>
              <w:br/>
              <w:t>M</w:t>
            </w:r>
            <w:r>
              <w:rPr>
                <w:rFonts w:ascii="Arial" w:hAnsi="Arial"/>
                <w:b/>
                <w:sz w:val="20"/>
              </w:rPr>
              <w:t>ilk</w:t>
            </w:r>
          </w:p>
        </w:tc>
      </w:tr>
      <w:tr w:rsidR="00E91BC1" w14:paraId="5182214F" w14:textId="77777777">
        <w:trPr>
          <w:trHeight w:hRule="exact" w:val="1843"/>
        </w:trPr>
        <w:tc>
          <w:tcPr>
            <w:tcW w:w="3024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7DC94D37" w14:textId="77777777" w:rsidR="00E91BC1" w:rsidRDefault="00E5747B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26</w:t>
            </w:r>
            <w:r>
              <w:rPr>
                <w:rFonts w:ascii="Arial" w:hAnsi="Arial"/>
                <w:b/>
                <w:sz w:val="20"/>
              </w:rPr>
              <w:br/>
              <w:t>BREAKFAST: Pancake &amp; Sausage Stick/Syrup • Orange/Juice</w:t>
            </w:r>
            <w:r>
              <w:rPr>
                <w:rFonts w:ascii="Arial" w:hAnsi="Arial"/>
                <w:b/>
                <w:sz w:val="20"/>
              </w:rPr>
              <w:br/>
              <w:t>LUNCH: Sloppy Joe OR Cheeseburger</w:t>
            </w:r>
            <w:r>
              <w:rPr>
                <w:rFonts w:ascii="Arial" w:hAnsi="Arial"/>
                <w:b/>
                <w:sz w:val="20"/>
              </w:rPr>
              <w:br/>
              <w:t>VEG: Green Peas • Sweet Potato Fries</w:t>
            </w:r>
            <w:r>
              <w:rPr>
                <w:rFonts w:ascii="Arial" w:hAnsi="Arial"/>
                <w:b/>
                <w:sz w:val="20"/>
              </w:rPr>
              <w:br/>
              <w:t>FRUIT: Mixed Fruit • Apple Slices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2EA421D4" w14:textId="77777777" w:rsidR="00E91BC1" w:rsidRDefault="00E5747B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27</w:t>
            </w:r>
            <w:r>
              <w:rPr>
                <w:rFonts w:ascii="Arial" w:hAnsi="Arial"/>
                <w:b/>
                <w:sz w:val="20"/>
              </w:rPr>
              <w:br/>
              <w:t>BREAKFAST: Sausage Biscuit • Banana/Juice</w:t>
            </w:r>
            <w:r>
              <w:rPr>
                <w:rFonts w:ascii="Arial" w:hAnsi="Arial"/>
                <w:b/>
                <w:sz w:val="20"/>
              </w:rPr>
              <w:br/>
              <w:t>LUNCH: Spaghetti w/ Meat Sauc</w:t>
            </w:r>
            <w:r>
              <w:rPr>
                <w:rFonts w:ascii="Arial" w:hAnsi="Arial"/>
                <w:b/>
                <w:sz w:val="20"/>
              </w:rPr>
              <w:t>e OR Chicken Sandwich</w:t>
            </w:r>
            <w:r>
              <w:rPr>
                <w:rFonts w:ascii="Arial" w:hAnsi="Arial"/>
                <w:b/>
                <w:sz w:val="20"/>
              </w:rPr>
              <w:br/>
              <w:t>VEG: Green Beans • Side Salad</w:t>
            </w:r>
            <w:r>
              <w:rPr>
                <w:rFonts w:ascii="Arial" w:hAnsi="Arial"/>
                <w:b/>
                <w:sz w:val="20"/>
              </w:rPr>
              <w:br/>
              <w:t>FRUIT: Orange • Applesauce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69B29CC0" w14:textId="77777777" w:rsidR="00E91BC1" w:rsidRDefault="00E5747B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28</w:t>
            </w:r>
            <w:r>
              <w:rPr>
                <w:rFonts w:ascii="Arial" w:hAnsi="Arial"/>
                <w:b/>
                <w:sz w:val="20"/>
              </w:rPr>
              <w:br/>
              <w:t>BREAKFAST: Dunkin Sticks • Applesauce/Juice</w:t>
            </w:r>
            <w:r>
              <w:rPr>
                <w:rFonts w:ascii="Arial" w:hAnsi="Arial"/>
                <w:b/>
                <w:sz w:val="20"/>
              </w:rPr>
              <w:br/>
              <w:t>LUNCH: General Tso Chicken w/ Fried Rice OR Chicken Nuggets</w:t>
            </w:r>
            <w:r>
              <w:rPr>
                <w:rFonts w:ascii="Arial" w:hAnsi="Arial"/>
                <w:b/>
                <w:sz w:val="20"/>
              </w:rPr>
              <w:br/>
              <w:t>VEG: Broccoli w/ Cheese • Corn</w:t>
            </w:r>
            <w:r>
              <w:rPr>
                <w:rFonts w:ascii="Arial" w:hAnsi="Arial"/>
                <w:b/>
                <w:sz w:val="20"/>
              </w:rPr>
              <w:br/>
              <w:t xml:space="preserve">FRUIT: Pineapple • Strawberry </w:t>
            </w:r>
            <w:r>
              <w:rPr>
                <w:rFonts w:ascii="Arial" w:hAnsi="Arial"/>
                <w:b/>
                <w:sz w:val="20"/>
              </w:rPr>
              <w:t>Cup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shd w:val="clear" w:color="auto" w:fill="E2F0D9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043470AF" w14:textId="77777777" w:rsidR="00E91BC1" w:rsidRDefault="00E5747B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29</w:t>
            </w:r>
            <w:r>
              <w:rPr>
                <w:rFonts w:ascii="Arial" w:hAnsi="Arial"/>
                <w:b/>
                <w:sz w:val="20"/>
              </w:rPr>
              <w:br/>
              <w:t>BREAKFAST: Breakfast Pizza • Peach Cup/Juice</w:t>
            </w:r>
            <w:r>
              <w:rPr>
                <w:rFonts w:ascii="Arial" w:hAnsi="Arial"/>
                <w:b/>
                <w:sz w:val="20"/>
              </w:rPr>
              <w:br/>
              <w:t>LUNCH: MANAGER'S CHOICE</w:t>
            </w:r>
            <w:r>
              <w:rPr>
                <w:rFonts w:ascii="Arial" w:hAnsi="Arial"/>
                <w:b/>
                <w:sz w:val="20"/>
              </w:rPr>
              <w:br/>
              <w:t>VEG: Manager's Choice Vegetables</w:t>
            </w:r>
            <w:r>
              <w:rPr>
                <w:rFonts w:ascii="Arial" w:hAnsi="Arial"/>
                <w:b/>
                <w:sz w:val="20"/>
              </w:rPr>
              <w:br/>
              <w:t>FRUIT: Manager's Choice Fruit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  <w:tc>
          <w:tcPr>
            <w:tcW w:w="3024" w:type="dxa"/>
            <w:shd w:val="clear" w:color="auto" w:fill="EAF2F8"/>
            <w:tcMar>
              <w:top w:w="22" w:type="dxa"/>
              <w:left w:w="22" w:type="dxa"/>
              <w:bottom w:w="22" w:type="dxa"/>
              <w:right w:w="22" w:type="dxa"/>
            </w:tcMar>
          </w:tcPr>
          <w:p w14:paraId="6AD39182" w14:textId="77777777" w:rsidR="00E91BC1" w:rsidRDefault="00E5747B">
            <w:pPr>
              <w:spacing w:line="173" w:lineRule="auto"/>
              <w:jc w:val="center"/>
            </w:pPr>
            <w:r>
              <w:rPr>
                <w:rFonts w:ascii="Arial" w:hAnsi="Arial"/>
                <w:b/>
                <w:sz w:val="20"/>
              </w:rPr>
              <w:t>OCT 30</w:t>
            </w:r>
            <w:r>
              <w:rPr>
                <w:rFonts w:ascii="Arial" w:hAnsi="Arial"/>
                <w:b/>
                <w:sz w:val="20"/>
              </w:rPr>
              <w:br/>
              <w:t>BREAKFAST: Cinnamon Bun • Pear Cup/Juice</w:t>
            </w:r>
            <w:r>
              <w:rPr>
                <w:rFonts w:ascii="Arial" w:hAnsi="Arial"/>
                <w:b/>
                <w:sz w:val="20"/>
              </w:rPr>
              <w:br/>
              <w:t>LUNCH: PIZZA DAY: Cheese/Pepperoni Pizza OR Hot Dog</w:t>
            </w:r>
            <w:r>
              <w:rPr>
                <w:rFonts w:ascii="Arial" w:hAnsi="Arial"/>
                <w:b/>
                <w:sz w:val="20"/>
              </w:rPr>
              <w:br/>
              <w:t>VEG</w:t>
            </w:r>
            <w:r>
              <w:rPr>
                <w:rFonts w:ascii="Arial" w:hAnsi="Arial"/>
                <w:b/>
                <w:sz w:val="20"/>
              </w:rPr>
              <w:t>: Side Salad • Corn</w:t>
            </w:r>
            <w:r>
              <w:rPr>
                <w:rFonts w:ascii="Arial" w:hAnsi="Arial"/>
                <w:b/>
                <w:sz w:val="20"/>
              </w:rPr>
              <w:br/>
              <w:t>FRUIT: Mixed Fruit • Apple Slices</w:t>
            </w:r>
            <w:r>
              <w:rPr>
                <w:rFonts w:ascii="Arial" w:hAnsi="Arial"/>
                <w:b/>
                <w:sz w:val="20"/>
              </w:rPr>
              <w:br/>
              <w:t>Milk</w:t>
            </w:r>
          </w:p>
        </w:tc>
      </w:tr>
    </w:tbl>
    <w:p w14:paraId="0844C1EC" w14:textId="77777777" w:rsidR="00E91BC1" w:rsidRDefault="00E5747B">
      <w:pPr>
        <w:spacing w:after="0"/>
        <w:jc w:val="center"/>
      </w:pPr>
      <w:r>
        <w:rPr>
          <w:rFonts w:ascii="Arial" w:hAnsi="Arial"/>
          <w:sz w:val="20"/>
        </w:rPr>
        <w:t>Breakfast cereal and Pop-Tarts available daily as additional breakfast choices. Milk choices offered daily. Menus are subject to change based on product availability.</w:t>
      </w:r>
    </w:p>
    <w:sectPr w:rsidR="00E91BC1" w:rsidSect="00034616">
      <w:pgSz w:w="15840" w:h="12240" w:orient="landscape"/>
      <w:pgMar w:top="115" w:right="173" w:bottom="115" w:left="1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E5747B"/>
    <w:rsid w:val="00E91B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A6327C"/>
  <w14:defaultImageDpi w14:val="300"/>
  <w15:docId w15:val="{88C12D1E-9211-4F1B-A355-818C25457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Stokes, L'nette S</cp:lastModifiedBy>
  <cp:revision>2</cp:revision>
  <dcterms:created xsi:type="dcterms:W3CDTF">2026-09-21T17:05:00Z</dcterms:created>
  <dcterms:modified xsi:type="dcterms:W3CDTF">2026-09-21T17:05:00Z</dcterms:modified>
  <cp:category/>
</cp:coreProperties>
</file>