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1A9B" w14:textId="77777777" w:rsidR="00D45BAB" w:rsidRDefault="000975A7">
      <w:pPr>
        <w:pStyle w:val="Title"/>
        <w:jc w:val="center"/>
      </w:pPr>
      <w:r>
        <w:t>School Improvement Council Meeting Minutes</w:t>
      </w:r>
    </w:p>
    <w:p w14:paraId="2CA3907D" w14:textId="77777777" w:rsidR="00D45BAB" w:rsidRDefault="000975A7">
      <w:pPr>
        <w:jc w:val="center"/>
      </w:pPr>
      <w:r>
        <w:rPr>
          <w:b/>
          <w:sz w:val="20"/>
        </w:rPr>
        <w:t>Title I Annual Parent Meeting Fall Session 2026–2027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672"/>
        <w:gridCol w:w="1440"/>
        <w:gridCol w:w="3672"/>
      </w:tblGrid>
      <w:tr w:rsidR="00D45BAB" w14:paraId="28D7F6A5" w14:textId="77777777">
        <w:trPr>
          <w:jc w:val="center"/>
        </w:trPr>
        <w:tc>
          <w:tcPr>
            <w:tcW w:w="1440" w:type="dxa"/>
            <w:shd w:val="clear" w:color="auto" w:fill="E9E1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EADFB5" w14:textId="77777777" w:rsidR="00D45BAB" w:rsidRDefault="000975A7">
            <w:r>
              <w:rPr>
                <w:b/>
                <w:sz w:val="18"/>
              </w:rPr>
              <w:t>Date</w:t>
            </w:r>
          </w:p>
        </w:tc>
        <w:tc>
          <w:tcPr>
            <w:tcW w:w="36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94E37D" w14:textId="77777777" w:rsidR="00D45BAB" w:rsidRDefault="000975A7">
            <w:r>
              <w:rPr>
                <w:sz w:val="18"/>
              </w:rPr>
              <w:t>September 3, 2026</w:t>
            </w:r>
          </w:p>
        </w:tc>
        <w:tc>
          <w:tcPr>
            <w:tcW w:w="1440" w:type="dxa"/>
            <w:shd w:val="clear" w:color="auto" w:fill="E9E1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E83038" w14:textId="77777777" w:rsidR="00D45BAB" w:rsidRDefault="000975A7">
            <w:r>
              <w:rPr>
                <w:b/>
                <w:sz w:val="18"/>
              </w:rPr>
              <w:t>Time</w:t>
            </w:r>
          </w:p>
        </w:tc>
        <w:tc>
          <w:tcPr>
            <w:tcW w:w="36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8E86D8" w14:textId="28F3FBC1" w:rsidR="00D45BAB" w:rsidRDefault="007F673A">
            <w:r>
              <w:rPr>
                <w:sz w:val="18"/>
              </w:rPr>
              <w:t>5:30pm</w:t>
            </w:r>
          </w:p>
        </w:tc>
      </w:tr>
      <w:tr w:rsidR="00D45BAB" w14:paraId="7C4C58F6" w14:textId="77777777">
        <w:trPr>
          <w:jc w:val="center"/>
        </w:trPr>
        <w:tc>
          <w:tcPr>
            <w:tcW w:w="1440" w:type="dxa"/>
            <w:shd w:val="clear" w:color="auto" w:fill="E9E1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1DDA2F" w14:textId="77777777" w:rsidR="00D45BAB" w:rsidRDefault="000975A7">
            <w:r>
              <w:rPr>
                <w:b/>
                <w:sz w:val="18"/>
              </w:rPr>
              <w:t>Location</w:t>
            </w:r>
          </w:p>
        </w:tc>
        <w:tc>
          <w:tcPr>
            <w:tcW w:w="36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47E012" w14:textId="77777777" w:rsidR="00D45BAB" w:rsidRDefault="000975A7">
            <w:r>
              <w:rPr>
                <w:sz w:val="18"/>
              </w:rPr>
              <w:t>Whale Branch Early College High School</w:t>
            </w:r>
          </w:p>
        </w:tc>
        <w:tc>
          <w:tcPr>
            <w:tcW w:w="1440" w:type="dxa"/>
            <w:shd w:val="clear" w:color="auto" w:fill="E9E1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BBF5A" w14:textId="77777777" w:rsidR="00D45BAB" w:rsidRDefault="000975A7">
            <w:r>
              <w:rPr>
                <w:b/>
                <w:sz w:val="18"/>
              </w:rPr>
              <w:t>Presiding</w:t>
            </w:r>
          </w:p>
        </w:tc>
        <w:tc>
          <w:tcPr>
            <w:tcW w:w="36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989300" w14:textId="77777777" w:rsidR="00D45BAB" w:rsidRDefault="000975A7">
            <w:r>
              <w:rPr>
                <w:sz w:val="18"/>
              </w:rPr>
              <w:t>Principal Freda McCanick</w:t>
            </w:r>
          </w:p>
        </w:tc>
      </w:tr>
      <w:tr w:rsidR="00D45BAB" w14:paraId="2954136C" w14:textId="77777777">
        <w:trPr>
          <w:jc w:val="center"/>
        </w:trPr>
        <w:tc>
          <w:tcPr>
            <w:tcW w:w="1440" w:type="dxa"/>
            <w:shd w:val="clear" w:color="auto" w:fill="E9E1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FDE023" w14:textId="77777777" w:rsidR="00D45BAB" w:rsidRDefault="000975A7">
            <w:r>
              <w:rPr>
                <w:b/>
                <w:sz w:val="18"/>
              </w:rPr>
              <w:t>Recorder</w:t>
            </w:r>
          </w:p>
        </w:tc>
        <w:tc>
          <w:tcPr>
            <w:tcW w:w="36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C617B" w14:textId="133BF18A" w:rsidR="00D45BAB" w:rsidRDefault="007F673A">
            <w:r>
              <w:rPr>
                <w:sz w:val="18"/>
              </w:rPr>
              <w:t>April Small</w:t>
            </w:r>
          </w:p>
        </w:tc>
        <w:tc>
          <w:tcPr>
            <w:tcW w:w="1440" w:type="dxa"/>
            <w:shd w:val="clear" w:color="auto" w:fill="E9E1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45918" w14:textId="77777777" w:rsidR="00D45BAB" w:rsidRDefault="000975A7">
            <w:r>
              <w:rPr>
                <w:b/>
                <w:sz w:val="18"/>
              </w:rPr>
              <w:t>Attendance</w:t>
            </w:r>
          </w:p>
        </w:tc>
        <w:tc>
          <w:tcPr>
            <w:tcW w:w="36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5AA40B" w14:textId="18EDED01" w:rsidR="00D45BAB" w:rsidRDefault="007F673A">
            <w:r>
              <w:rPr>
                <w:sz w:val="18"/>
              </w:rPr>
              <w:t xml:space="preserve">Attached </w:t>
            </w:r>
          </w:p>
        </w:tc>
      </w:tr>
    </w:tbl>
    <w:p w14:paraId="1979E42A" w14:textId="77777777" w:rsidR="00D45BAB" w:rsidRDefault="000975A7">
      <w:pPr>
        <w:pStyle w:val="Heading1"/>
      </w:pPr>
      <w:r>
        <w:t>Call to Order</w:t>
      </w:r>
    </w:p>
    <w:p w14:paraId="7432CF22" w14:textId="77777777" w:rsidR="00D45BAB" w:rsidRDefault="000975A7">
      <w:r>
        <w:t>Principal Freda McCanick called the meeting to order. The meeting included the school’s annual Title I parent presentation and School Improvement Council business.</w:t>
      </w:r>
    </w:p>
    <w:p w14:paraId="5C414E2D" w14:textId="77777777" w:rsidR="00D45BAB" w:rsidRDefault="000975A7">
      <w:pPr>
        <w:pStyle w:val="Heading1"/>
      </w:pPr>
      <w:r>
        <w:t>Title I Annual Parent Meeting</w:t>
      </w:r>
    </w:p>
    <w:p w14:paraId="5060F3E1" w14:textId="77777777" w:rsidR="00D45BAB" w:rsidRDefault="000975A7">
      <w:r>
        <w:t>Mr. Thaddeus Smith, Parent Liaison, and Principal Freda McCanick presented the annual Title I fall-session presentation. The discussion covered the purpose of Title I, Beaufort County Title I schools, and the process used to determine Title I funding. Members also reviewed school goals, the use and evaluation of Title I funds and programs, school performance, and the school curriculum.</w:t>
      </w:r>
    </w:p>
    <w:p w14:paraId="3278EF48" w14:textId="77777777" w:rsidR="00D45BAB" w:rsidRDefault="000975A7">
      <w:r>
        <w:t>The school’s parent policy and parent-school compact were reviewed. Parents were informed of their right to know about teacher and paraprofessional qualifications and were provided an opportunity to share comments and feedback.</w:t>
      </w:r>
    </w:p>
    <w:p w14:paraId="64807040" w14:textId="77777777" w:rsidR="00D45BAB" w:rsidRDefault="000975A7">
      <w:pPr>
        <w:pStyle w:val="Heading1"/>
      </w:pPr>
      <w:r>
        <w:t>SIC Discussion and Community Outreach</w:t>
      </w:r>
    </w:p>
    <w:p w14:paraId="2E5F31F3" w14:textId="77777777" w:rsidR="00D45BAB" w:rsidRDefault="000975A7">
      <w:pPr>
        <w:pStyle w:val="ListBullet"/>
      </w:pPr>
      <w:r>
        <w:rPr>
          <w:b/>
        </w:rPr>
        <w:t xml:space="preserve">Communication: </w:t>
      </w:r>
      <w:r>
        <w:t>Clarence and Daniel expressed concern that school information is not being disseminated or promoted widely enough. They recommended increasing outreach so information is shared more effectively with high school parents.</w:t>
      </w:r>
    </w:p>
    <w:p w14:paraId="150C03EF" w14:textId="1D3967D9" w:rsidR="00D45BAB" w:rsidRDefault="000975A7">
      <w:pPr>
        <w:pStyle w:val="ListBullet"/>
      </w:pPr>
      <w:r>
        <w:rPr>
          <w:b/>
        </w:rPr>
        <w:t xml:space="preserve">Community partnerships: </w:t>
      </w:r>
      <w:r w:rsidR="007F673A">
        <w:t xml:space="preserve">Community Member Marilyn </w:t>
      </w:r>
      <w:proofErr w:type="gramStart"/>
      <w:r w:rsidR="007F673A">
        <w:t xml:space="preserve">Fields </w:t>
      </w:r>
      <w:r>
        <w:t xml:space="preserve"> suggested</w:t>
      </w:r>
      <w:proofErr w:type="gramEnd"/>
      <w:r>
        <w:t xml:space="preserve"> using healthy-churches consortiums and other established community platforms to help share school information.</w:t>
      </w:r>
    </w:p>
    <w:p w14:paraId="08FF9456" w14:textId="77777777" w:rsidR="00D45BAB" w:rsidRDefault="000975A7">
      <w:pPr>
        <w:pStyle w:val="ListBullet"/>
      </w:pPr>
      <w:r>
        <w:rPr>
          <w:b/>
        </w:rPr>
        <w:t xml:space="preserve">PTO and SIC roles: </w:t>
      </w:r>
      <w:r>
        <w:t>Jerri Shears requested clarification about the difference between the Parent Teacher Organization and the School Improvement Council. The distinction between the two groups was discussed.</w:t>
      </w:r>
    </w:p>
    <w:p w14:paraId="4FEA56AC" w14:textId="77777777" w:rsidR="00D45BAB" w:rsidRDefault="000975A7">
      <w:pPr>
        <w:pStyle w:val="Heading1"/>
      </w:pPr>
      <w:r>
        <w:t>Officer Assignments</w:t>
      </w:r>
    </w:p>
    <w:tbl>
      <w:tblPr>
        <w:tblW w:w="11765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97"/>
        <w:gridCol w:w="6768"/>
      </w:tblGrid>
      <w:tr w:rsidR="00D45BAB" w14:paraId="302FD652" w14:textId="77777777" w:rsidTr="007F673A">
        <w:trPr>
          <w:jc w:val="center"/>
        </w:trPr>
        <w:tc>
          <w:tcPr>
            <w:tcW w:w="4997" w:type="dxa"/>
            <w:shd w:val="clear" w:color="auto" w:fill="4A2A70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C0BDD7F" w14:textId="77777777" w:rsidR="00D45BAB" w:rsidRDefault="000975A7">
            <w:r>
              <w:rPr>
                <w:b/>
                <w:color w:val="FFFFFF"/>
              </w:rPr>
              <w:t>Office</w:t>
            </w:r>
          </w:p>
        </w:tc>
        <w:tc>
          <w:tcPr>
            <w:tcW w:w="6768" w:type="dxa"/>
            <w:shd w:val="clear" w:color="auto" w:fill="4A2A70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E3D4940" w14:textId="77777777" w:rsidR="00D45BAB" w:rsidRDefault="000975A7">
            <w:r>
              <w:rPr>
                <w:b/>
                <w:color w:val="FFFFFF"/>
              </w:rPr>
              <w:t>Appointed Member</w:t>
            </w:r>
          </w:p>
        </w:tc>
      </w:tr>
      <w:tr w:rsidR="00D45BAB" w14:paraId="31EF2C14" w14:textId="77777777" w:rsidTr="007F673A">
        <w:trPr>
          <w:jc w:val="center"/>
        </w:trPr>
        <w:tc>
          <w:tcPr>
            <w:tcW w:w="499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63DD8DD" w14:textId="77777777" w:rsidR="00D45BAB" w:rsidRDefault="000975A7">
            <w:r>
              <w:t>President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DB55E4A" w14:textId="77777777" w:rsidR="00D45BAB" w:rsidRDefault="000975A7">
            <w:r>
              <w:t>Mr. Clarence</w:t>
            </w:r>
          </w:p>
        </w:tc>
      </w:tr>
      <w:tr w:rsidR="00D45BAB" w14:paraId="2C097F01" w14:textId="77777777" w:rsidTr="007F673A">
        <w:trPr>
          <w:jc w:val="center"/>
        </w:trPr>
        <w:tc>
          <w:tcPr>
            <w:tcW w:w="499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7AC405" w14:textId="77777777" w:rsidR="00D45BAB" w:rsidRDefault="000975A7">
            <w:r>
              <w:t>Vice President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BEDBF7" w14:textId="77777777" w:rsidR="00D45BAB" w:rsidRDefault="000975A7">
            <w:r>
              <w:t>Alfreda Delany</w:t>
            </w:r>
          </w:p>
        </w:tc>
      </w:tr>
      <w:tr w:rsidR="007F673A" w14:paraId="1619CC1A" w14:textId="77777777" w:rsidTr="007F673A">
        <w:trPr>
          <w:jc w:val="center"/>
        </w:trPr>
        <w:tc>
          <w:tcPr>
            <w:tcW w:w="4997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B5CDBF1" w14:textId="572F320B" w:rsidR="007F673A" w:rsidRDefault="007F673A">
            <w:r>
              <w:t xml:space="preserve">Secretary/Recorder </w:t>
            </w:r>
          </w:p>
        </w:tc>
        <w:tc>
          <w:tcPr>
            <w:tcW w:w="676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6EB4C5" w14:textId="39299764" w:rsidR="007F673A" w:rsidRDefault="007F673A">
            <w:r>
              <w:t xml:space="preserve">April Small </w:t>
            </w:r>
          </w:p>
        </w:tc>
      </w:tr>
    </w:tbl>
    <w:p w14:paraId="035A0EE7" w14:textId="77777777" w:rsidR="00D45BAB" w:rsidRDefault="000975A7">
      <w:pPr>
        <w:pStyle w:val="Heading1"/>
      </w:pPr>
      <w:r>
        <w:t>Follow Up Items</w:t>
      </w:r>
    </w:p>
    <w:p w14:paraId="30FA569C" w14:textId="77777777" w:rsidR="00D45BAB" w:rsidRDefault="000975A7">
      <w:pPr>
        <w:pStyle w:val="ListBullet"/>
      </w:pPr>
      <w:r>
        <w:t>Strengthen the distribution and promotion of school information to high school parents.</w:t>
      </w:r>
    </w:p>
    <w:p w14:paraId="0ED97C56" w14:textId="77777777" w:rsidR="00D45BAB" w:rsidRDefault="000975A7">
      <w:pPr>
        <w:pStyle w:val="ListBullet"/>
      </w:pPr>
      <w:r>
        <w:t>Identify churches, consortiums, and community platforms that can assist with family outreach.</w:t>
      </w:r>
    </w:p>
    <w:p w14:paraId="4883A4AA" w14:textId="77777777" w:rsidR="00D45BAB" w:rsidRDefault="000975A7">
      <w:pPr>
        <w:pStyle w:val="ListBullet"/>
      </w:pPr>
      <w:r>
        <w:t>Continue communicating the distinct purposes and responsibilities of the PTO and SIC.</w:t>
      </w:r>
    </w:p>
    <w:p w14:paraId="7D50FB26" w14:textId="77777777" w:rsidR="00D45BAB" w:rsidRDefault="000975A7">
      <w:pPr>
        <w:pStyle w:val="Heading1"/>
      </w:pPr>
      <w:r>
        <w:t>Adjournment</w:t>
      </w:r>
    </w:p>
    <w:p w14:paraId="26BFE880" w14:textId="7344E80A" w:rsidR="00D45BAB" w:rsidRDefault="000975A7">
      <w:r>
        <w:t xml:space="preserve">The adjournment time </w:t>
      </w:r>
      <w:r w:rsidR="007F673A">
        <w:t xml:space="preserve">was 6:30 pm. </w:t>
      </w:r>
    </w:p>
    <w:p w14:paraId="5E518D08" w14:textId="77777777" w:rsidR="000975A7" w:rsidRDefault="000975A7"/>
    <w:sectPr w:rsidR="000975A7" w:rsidSect="00034616">
      <w:headerReference w:type="default" r:id="rId8"/>
      <w:footerReference w:type="default" r:id="rId9"/>
      <w:pgSz w:w="12240" w:h="15840"/>
      <w:pgMar w:top="749" w:right="1123" w:bottom="749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8FB9A" w14:textId="77777777" w:rsidR="000975A7" w:rsidRDefault="000975A7">
      <w:pPr>
        <w:spacing w:after="0"/>
      </w:pPr>
      <w:r>
        <w:separator/>
      </w:r>
    </w:p>
  </w:endnote>
  <w:endnote w:type="continuationSeparator" w:id="0">
    <w:p w14:paraId="716DED0A" w14:textId="77777777" w:rsidR="000975A7" w:rsidRDefault="000975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EC03" w14:textId="77777777" w:rsidR="00D45BAB" w:rsidRDefault="000975A7">
    <w:pPr>
      <w:pStyle w:val="Footer"/>
      <w:jc w:val="center"/>
    </w:pPr>
    <w:r>
      <w:rPr>
        <w:color w:val="5F5F5F"/>
        <w:sz w:val="16"/>
      </w:rPr>
      <w:t xml:space="preserve">169 Detour </w:t>
    </w:r>
    <w:proofErr w:type="gramStart"/>
    <w:r>
      <w:rPr>
        <w:color w:val="5F5F5F"/>
        <w:sz w:val="16"/>
      </w:rPr>
      <w:t>Road  •</w:t>
    </w:r>
    <w:proofErr w:type="gramEnd"/>
    <w:r>
      <w:rPr>
        <w:color w:val="5F5F5F"/>
        <w:sz w:val="16"/>
      </w:rPr>
      <w:t xml:space="preserve">  Seabrook SC </w:t>
    </w:r>
    <w:proofErr w:type="gramStart"/>
    <w:r>
      <w:rPr>
        <w:color w:val="5F5F5F"/>
        <w:sz w:val="16"/>
      </w:rPr>
      <w:t>29940  •</w:t>
    </w:r>
    <w:proofErr w:type="gramEnd"/>
    <w:r>
      <w:rPr>
        <w:color w:val="5F5F5F"/>
        <w:sz w:val="16"/>
      </w:rPr>
      <w:t xml:space="preserve">  Uniting the Village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039CE" w14:textId="77777777" w:rsidR="000975A7" w:rsidRDefault="000975A7">
      <w:pPr>
        <w:spacing w:after="0"/>
      </w:pPr>
      <w:r>
        <w:separator/>
      </w:r>
    </w:p>
  </w:footnote>
  <w:footnote w:type="continuationSeparator" w:id="0">
    <w:p w14:paraId="1E645164" w14:textId="77777777" w:rsidR="000975A7" w:rsidRDefault="000975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476F" w14:textId="77777777" w:rsidR="00D45BAB" w:rsidRDefault="000975A7">
    <w:pPr>
      <w:pStyle w:val="Header"/>
      <w:jc w:val="center"/>
    </w:pPr>
    <w:r>
      <w:rPr>
        <w:b/>
        <w:color w:val="4A2A70"/>
        <w:sz w:val="18"/>
      </w:rPr>
      <w:t>WHALE BRANCH EARLY COLLEGE HIGH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166335">
    <w:abstractNumId w:val="8"/>
  </w:num>
  <w:num w:numId="2" w16cid:durableId="2100103163">
    <w:abstractNumId w:val="6"/>
  </w:num>
  <w:num w:numId="3" w16cid:durableId="278949174">
    <w:abstractNumId w:val="5"/>
  </w:num>
  <w:num w:numId="4" w16cid:durableId="496965804">
    <w:abstractNumId w:val="4"/>
  </w:num>
  <w:num w:numId="5" w16cid:durableId="728503630">
    <w:abstractNumId w:val="7"/>
  </w:num>
  <w:num w:numId="6" w16cid:durableId="250244044">
    <w:abstractNumId w:val="3"/>
  </w:num>
  <w:num w:numId="7" w16cid:durableId="1480655748">
    <w:abstractNumId w:val="2"/>
  </w:num>
  <w:num w:numId="8" w16cid:durableId="1064990263">
    <w:abstractNumId w:val="1"/>
  </w:num>
  <w:num w:numId="9" w16cid:durableId="132816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5A7"/>
    <w:rsid w:val="0015074B"/>
    <w:rsid w:val="0029639D"/>
    <w:rsid w:val="00326F90"/>
    <w:rsid w:val="004B372F"/>
    <w:rsid w:val="007F673A"/>
    <w:rsid w:val="00AA1D8D"/>
    <w:rsid w:val="00B47730"/>
    <w:rsid w:val="00CB0664"/>
    <w:rsid w:val="00D45B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F9844F"/>
  <w14:defaultImageDpi w14:val="300"/>
  <w15:docId w15:val="{052106DE-9DCD-4787-96C0-17DF1DE48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color w:val="000000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Smith, Thaddeus D</cp:lastModifiedBy>
  <cp:revision>2</cp:revision>
  <dcterms:created xsi:type="dcterms:W3CDTF">2026-09-21T17:52:00Z</dcterms:created>
  <dcterms:modified xsi:type="dcterms:W3CDTF">2026-09-21T17:52:00Z</dcterms:modified>
  <cp:category/>
</cp:coreProperties>
</file>