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DFC56" w14:textId="77777777" w:rsidR="00F80803" w:rsidRDefault="00F80803" w:rsidP="0094673D">
      <w:pPr>
        <w:jc w:val="center"/>
        <w:rPr>
          <w:rFonts w:ascii="Times New Roman" w:hAnsi="Times New Roman" w:cs="Times New Roman"/>
          <w:b/>
          <w:bCs/>
        </w:rPr>
      </w:pPr>
    </w:p>
    <w:p w14:paraId="35227429" w14:textId="02CE92DE" w:rsidR="003E0F6D" w:rsidRPr="00E24664" w:rsidRDefault="00000000" w:rsidP="00E24664">
      <w:pPr>
        <w:jc w:val="center"/>
        <w:rPr>
          <w:rFonts w:ascii="Times New Roman" w:hAnsi="Times New Roman" w:cs="Times New Roman"/>
          <w:b/>
          <w:bCs/>
        </w:rPr>
      </w:pPr>
      <w:r w:rsidRPr="00E568A0">
        <w:rPr>
          <w:rFonts w:ascii="Times New Roman" w:hAnsi="Times New Roman" w:cs="Times New Roman"/>
          <w:b/>
          <w:bCs/>
        </w:rPr>
        <w:t>Whale Branch Early College High School Title I Family Engagement Events Calendar</w:t>
      </w:r>
    </w:p>
    <w:tbl>
      <w:tblPr>
        <w:tblStyle w:val="TableGrid"/>
        <w:tblpPr w:leftFromText="180" w:rightFromText="180" w:vertAnchor="text" w:horzAnchor="margin" w:tblpY="88"/>
        <w:tblW w:w="0" w:type="auto"/>
        <w:tblLook w:val="04A0" w:firstRow="1" w:lastRow="0" w:firstColumn="1" w:lastColumn="0" w:noHBand="0" w:noVBand="1"/>
      </w:tblPr>
      <w:tblGrid>
        <w:gridCol w:w="2729"/>
        <w:gridCol w:w="3410"/>
        <w:gridCol w:w="2717"/>
      </w:tblGrid>
      <w:tr w:rsidR="00F80803" w14:paraId="4473AA6E" w14:textId="77777777" w:rsidTr="006D07DD">
        <w:tc>
          <w:tcPr>
            <w:tcW w:w="2729" w:type="dxa"/>
          </w:tcPr>
          <w:p w14:paraId="0059183F" w14:textId="77777777" w:rsidR="00F80803" w:rsidRDefault="00F80803" w:rsidP="00F80803">
            <w:pPr>
              <w:jc w:val="center"/>
              <w:rPr>
                <w:rFonts w:ascii="Times New Roman" w:hAnsi="Times New Roman" w:cs="Times New Roman"/>
                <w:b/>
                <w:bCs/>
              </w:rPr>
            </w:pPr>
            <w:r>
              <w:rPr>
                <w:rFonts w:ascii="Times New Roman" w:hAnsi="Times New Roman" w:cs="Times New Roman"/>
                <w:b/>
                <w:bCs/>
              </w:rPr>
              <w:t xml:space="preserve">Event </w:t>
            </w:r>
          </w:p>
        </w:tc>
        <w:tc>
          <w:tcPr>
            <w:tcW w:w="3410" w:type="dxa"/>
          </w:tcPr>
          <w:p w14:paraId="7503E2F4" w14:textId="77777777" w:rsidR="00F80803" w:rsidRDefault="00F80803" w:rsidP="00F80803">
            <w:pPr>
              <w:jc w:val="center"/>
              <w:rPr>
                <w:rFonts w:ascii="Times New Roman" w:hAnsi="Times New Roman" w:cs="Times New Roman"/>
                <w:b/>
                <w:bCs/>
              </w:rPr>
            </w:pPr>
            <w:r>
              <w:rPr>
                <w:rFonts w:ascii="Times New Roman" w:hAnsi="Times New Roman" w:cs="Times New Roman"/>
                <w:b/>
                <w:bCs/>
              </w:rPr>
              <w:t xml:space="preserve">Focus Area </w:t>
            </w:r>
          </w:p>
        </w:tc>
        <w:tc>
          <w:tcPr>
            <w:tcW w:w="2717" w:type="dxa"/>
          </w:tcPr>
          <w:p w14:paraId="3126A214" w14:textId="77777777" w:rsidR="00F80803" w:rsidRDefault="00F80803" w:rsidP="00F80803">
            <w:pPr>
              <w:jc w:val="center"/>
              <w:rPr>
                <w:rFonts w:ascii="Times New Roman" w:hAnsi="Times New Roman" w:cs="Times New Roman"/>
                <w:b/>
                <w:bCs/>
              </w:rPr>
            </w:pPr>
            <w:r>
              <w:rPr>
                <w:rFonts w:ascii="Times New Roman" w:hAnsi="Times New Roman" w:cs="Times New Roman"/>
                <w:b/>
                <w:bCs/>
              </w:rPr>
              <w:t>Date</w:t>
            </w:r>
          </w:p>
          <w:p w14:paraId="3224AFA9" w14:textId="77777777" w:rsidR="00F80803" w:rsidRDefault="00F80803" w:rsidP="00F80803">
            <w:pPr>
              <w:jc w:val="center"/>
              <w:rPr>
                <w:rFonts w:ascii="Times New Roman" w:hAnsi="Times New Roman" w:cs="Times New Roman"/>
                <w:b/>
                <w:bCs/>
              </w:rPr>
            </w:pPr>
            <w:r>
              <w:rPr>
                <w:rFonts w:ascii="Times New Roman" w:hAnsi="Times New Roman" w:cs="Times New Roman"/>
                <w:b/>
                <w:bCs/>
              </w:rPr>
              <w:t>(Some Dates are Subject to Change)</w:t>
            </w:r>
          </w:p>
        </w:tc>
      </w:tr>
      <w:tr w:rsidR="00F80803" w14:paraId="51D7934E" w14:textId="77777777" w:rsidTr="006D07DD">
        <w:tc>
          <w:tcPr>
            <w:tcW w:w="2729" w:type="dxa"/>
          </w:tcPr>
          <w:p w14:paraId="245E151B" w14:textId="20D03132" w:rsidR="00F80803" w:rsidRPr="002E01A8" w:rsidRDefault="00DF09F2" w:rsidP="00F80803">
            <w:pPr>
              <w:jc w:val="center"/>
              <w:rPr>
                <w:rFonts w:ascii="Times New Roman" w:hAnsi="Times New Roman" w:cs="Times New Roman"/>
              </w:rPr>
            </w:pPr>
            <w:r w:rsidRPr="002E01A8">
              <w:rPr>
                <w:rFonts w:ascii="Times New Roman" w:hAnsi="Times New Roman" w:cs="Times New Roman"/>
              </w:rPr>
              <w:t>SIC</w:t>
            </w:r>
            <w:r w:rsidR="005D7C6B" w:rsidRPr="002E01A8">
              <w:rPr>
                <w:rFonts w:ascii="Times New Roman" w:hAnsi="Times New Roman" w:cs="Times New Roman"/>
              </w:rPr>
              <w:t>/</w:t>
            </w:r>
            <w:r w:rsidRPr="002E01A8">
              <w:rPr>
                <w:rFonts w:ascii="Times New Roman" w:hAnsi="Times New Roman" w:cs="Times New Roman"/>
              </w:rPr>
              <w:t>Title 1 Annual Meeting</w:t>
            </w:r>
          </w:p>
        </w:tc>
        <w:tc>
          <w:tcPr>
            <w:tcW w:w="3410" w:type="dxa"/>
          </w:tcPr>
          <w:p w14:paraId="485C69CD" w14:textId="2B4FF1F6" w:rsidR="00F80803" w:rsidRDefault="00DF09F2" w:rsidP="00F80803">
            <w:pPr>
              <w:jc w:val="center"/>
              <w:rPr>
                <w:rFonts w:ascii="Times New Roman" w:hAnsi="Times New Roman" w:cs="Times New Roman"/>
                <w:b/>
                <w:bCs/>
              </w:rPr>
            </w:pPr>
            <w:r w:rsidRPr="00E568A0">
              <w:rPr>
                <w:rFonts w:ascii="Times New Roman" w:hAnsi="Times New Roman" w:cs="Times New Roman"/>
              </w:rPr>
              <w:t>Overview of Title I services, parent rights, school goals, and family engagement opportunities.</w:t>
            </w:r>
          </w:p>
        </w:tc>
        <w:tc>
          <w:tcPr>
            <w:tcW w:w="2717" w:type="dxa"/>
          </w:tcPr>
          <w:p w14:paraId="5FBB783F" w14:textId="77777777" w:rsidR="0009773B" w:rsidRDefault="0009773B" w:rsidP="00F80803">
            <w:pPr>
              <w:jc w:val="center"/>
              <w:rPr>
                <w:rFonts w:ascii="Times New Roman" w:hAnsi="Times New Roman" w:cs="Times New Roman"/>
                <w:b/>
                <w:bCs/>
              </w:rPr>
            </w:pPr>
          </w:p>
          <w:p w14:paraId="48A3E9AB" w14:textId="77777777" w:rsidR="00F80803" w:rsidRDefault="00DF09F2" w:rsidP="00F80803">
            <w:pPr>
              <w:jc w:val="center"/>
              <w:rPr>
                <w:rFonts w:ascii="Times New Roman" w:hAnsi="Times New Roman" w:cs="Times New Roman"/>
                <w:b/>
                <w:bCs/>
              </w:rPr>
            </w:pPr>
            <w:r>
              <w:rPr>
                <w:rFonts w:ascii="Times New Roman" w:hAnsi="Times New Roman" w:cs="Times New Roman"/>
                <w:b/>
                <w:bCs/>
              </w:rPr>
              <w:t>September 3</w:t>
            </w:r>
            <w:r w:rsidRPr="005A16DC">
              <w:rPr>
                <w:rFonts w:ascii="Times New Roman" w:hAnsi="Times New Roman" w:cs="Times New Roman"/>
                <w:b/>
                <w:bCs/>
                <w:vertAlign w:val="superscript"/>
              </w:rPr>
              <w:t>rd</w:t>
            </w:r>
            <w:r>
              <w:rPr>
                <w:rFonts w:ascii="Times New Roman" w:hAnsi="Times New Roman" w:cs="Times New Roman"/>
                <w:b/>
                <w:bCs/>
              </w:rPr>
              <w:t>, 2026</w:t>
            </w:r>
          </w:p>
          <w:p w14:paraId="1C53B1C5" w14:textId="708F3171" w:rsidR="00886BC8" w:rsidRDefault="008B0551" w:rsidP="00F80803">
            <w:pPr>
              <w:jc w:val="center"/>
              <w:rPr>
                <w:rFonts w:ascii="Times New Roman" w:hAnsi="Times New Roman" w:cs="Times New Roman"/>
                <w:b/>
                <w:bCs/>
              </w:rPr>
            </w:pPr>
            <w:r>
              <w:rPr>
                <w:rFonts w:ascii="Times New Roman" w:hAnsi="Times New Roman" w:cs="Times New Roman"/>
                <w:b/>
                <w:bCs/>
              </w:rPr>
              <w:t>5:30-6:30pm</w:t>
            </w:r>
          </w:p>
        </w:tc>
      </w:tr>
      <w:tr w:rsidR="00F80803" w14:paraId="0C4C12FE" w14:textId="77777777" w:rsidTr="006D07DD">
        <w:tc>
          <w:tcPr>
            <w:tcW w:w="2729" w:type="dxa"/>
          </w:tcPr>
          <w:p w14:paraId="563AEEC7" w14:textId="2AF57072" w:rsidR="00F80803" w:rsidRPr="002E01A8" w:rsidRDefault="005D7C6B" w:rsidP="00F80803">
            <w:pPr>
              <w:jc w:val="center"/>
              <w:rPr>
                <w:rFonts w:ascii="Times New Roman" w:hAnsi="Times New Roman" w:cs="Times New Roman"/>
                <w:sz w:val="20"/>
                <w:szCs w:val="20"/>
              </w:rPr>
            </w:pPr>
            <w:r w:rsidRPr="002E01A8">
              <w:rPr>
                <w:rFonts w:ascii="Times New Roman" w:hAnsi="Times New Roman" w:cs="Times New Roman"/>
                <w:sz w:val="20"/>
                <w:szCs w:val="20"/>
              </w:rPr>
              <w:t>Breakfast with Grandparents</w:t>
            </w:r>
          </w:p>
        </w:tc>
        <w:tc>
          <w:tcPr>
            <w:tcW w:w="3410" w:type="dxa"/>
          </w:tcPr>
          <w:p w14:paraId="51A760C9" w14:textId="77777777" w:rsidR="007E679E" w:rsidRDefault="005D7C6B" w:rsidP="007E679E">
            <w:pPr>
              <w:pStyle w:val="ListBullet"/>
              <w:numPr>
                <w:ilvl w:val="0"/>
                <w:numId w:val="0"/>
              </w:numPr>
              <w:ind w:left="360" w:hanging="360"/>
              <w:rPr>
                <w:rFonts w:ascii="Times New Roman" w:hAnsi="Times New Roman" w:cs="Times New Roman"/>
              </w:rPr>
            </w:pPr>
            <w:r w:rsidRPr="00E568A0">
              <w:rPr>
                <w:rFonts w:ascii="Times New Roman" w:hAnsi="Times New Roman" w:cs="Times New Roman"/>
              </w:rPr>
              <w:t>Celebrating grandparents and</w:t>
            </w:r>
          </w:p>
          <w:p w14:paraId="2E6E4818" w14:textId="77777777" w:rsidR="007E679E" w:rsidRDefault="005D7C6B" w:rsidP="007E679E">
            <w:pPr>
              <w:pStyle w:val="ListBullet"/>
              <w:numPr>
                <w:ilvl w:val="0"/>
                <w:numId w:val="0"/>
              </w:numPr>
              <w:ind w:left="360" w:hanging="360"/>
              <w:rPr>
                <w:rFonts w:ascii="Times New Roman" w:hAnsi="Times New Roman" w:cs="Times New Roman"/>
              </w:rPr>
            </w:pPr>
            <w:r w:rsidRPr="00E568A0">
              <w:rPr>
                <w:rFonts w:ascii="Times New Roman" w:hAnsi="Times New Roman" w:cs="Times New Roman"/>
              </w:rPr>
              <w:t>encouraging intergenerational</w:t>
            </w:r>
          </w:p>
          <w:p w14:paraId="43B9D1C4" w14:textId="74BB602D" w:rsidR="005D7C6B" w:rsidRPr="00E568A0" w:rsidRDefault="005D7C6B" w:rsidP="007E679E">
            <w:pPr>
              <w:pStyle w:val="ListBullet"/>
              <w:numPr>
                <w:ilvl w:val="0"/>
                <w:numId w:val="0"/>
              </w:numPr>
              <w:ind w:left="360" w:hanging="360"/>
              <w:rPr>
                <w:rFonts w:ascii="Times New Roman" w:hAnsi="Times New Roman" w:cs="Times New Roman"/>
              </w:rPr>
            </w:pPr>
            <w:r w:rsidRPr="00E568A0">
              <w:rPr>
                <w:rFonts w:ascii="Times New Roman" w:hAnsi="Times New Roman" w:cs="Times New Roman"/>
              </w:rPr>
              <w:t>involvement in student</w:t>
            </w:r>
            <w:r w:rsidR="007E679E">
              <w:rPr>
                <w:rFonts w:ascii="Times New Roman" w:hAnsi="Times New Roman" w:cs="Times New Roman"/>
              </w:rPr>
              <w:t xml:space="preserve"> </w:t>
            </w:r>
            <w:r w:rsidRPr="00E568A0">
              <w:rPr>
                <w:rFonts w:ascii="Times New Roman" w:hAnsi="Times New Roman" w:cs="Times New Roman"/>
              </w:rPr>
              <w:t>success.</w:t>
            </w:r>
          </w:p>
          <w:p w14:paraId="2DE72129" w14:textId="77777777" w:rsidR="00F80803" w:rsidRDefault="00F80803" w:rsidP="00F80803">
            <w:pPr>
              <w:jc w:val="center"/>
              <w:rPr>
                <w:rFonts w:ascii="Times New Roman" w:hAnsi="Times New Roman" w:cs="Times New Roman"/>
                <w:b/>
                <w:bCs/>
              </w:rPr>
            </w:pPr>
          </w:p>
        </w:tc>
        <w:tc>
          <w:tcPr>
            <w:tcW w:w="2717" w:type="dxa"/>
          </w:tcPr>
          <w:p w14:paraId="357E253A" w14:textId="77777777" w:rsidR="0009773B" w:rsidRDefault="0009773B" w:rsidP="00F80803">
            <w:pPr>
              <w:jc w:val="center"/>
              <w:rPr>
                <w:rFonts w:ascii="Times New Roman" w:hAnsi="Times New Roman" w:cs="Times New Roman"/>
                <w:b/>
                <w:bCs/>
              </w:rPr>
            </w:pPr>
          </w:p>
          <w:p w14:paraId="0ACBF53B" w14:textId="77777777" w:rsidR="00F80803" w:rsidRDefault="007E679E" w:rsidP="00F80803">
            <w:pPr>
              <w:jc w:val="center"/>
              <w:rPr>
                <w:rFonts w:ascii="Times New Roman" w:hAnsi="Times New Roman" w:cs="Times New Roman"/>
                <w:b/>
                <w:bCs/>
              </w:rPr>
            </w:pPr>
            <w:r>
              <w:rPr>
                <w:rFonts w:ascii="Times New Roman" w:hAnsi="Times New Roman" w:cs="Times New Roman"/>
                <w:b/>
                <w:bCs/>
              </w:rPr>
              <w:t>September 11, 2026</w:t>
            </w:r>
          </w:p>
          <w:p w14:paraId="16EFE5B5" w14:textId="229A0E9F" w:rsidR="008B0551" w:rsidRDefault="008B0551" w:rsidP="00F80803">
            <w:pPr>
              <w:jc w:val="center"/>
              <w:rPr>
                <w:rFonts w:ascii="Times New Roman" w:hAnsi="Times New Roman" w:cs="Times New Roman"/>
                <w:b/>
                <w:bCs/>
              </w:rPr>
            </w:pPr>
            <w:r>
              <w:rPr>
                <w:rFonts w:ascii="Times New Roman" w:hAnsi="Times New Roman" w:cs="Times New Roman"/>
                <w:b/>
                <w:bCs/>
              </w:rPr>
              <w:t>9am-10:30pm</w:t>
            </w:r>
          </w:p>
        </w:tc>
      </w:tr>
      <w:tr w:rsidR="00F80803" w14:paraId="06BD3B90" w14:textId="77777777" w:rsidTr="006D07DD">
        <w:tc>
          <w:tcPr>
            <w:tcW w:w="2729" w:type="dxa"/>
          </w:tcPr>
          <w:p w14:paraId="511D9BA6" w14:textId="77777777" w:rsidR="00E0021F" w:rsidRDefault="00E0021F" w:rsidP="00F80803">
            <w:pPr>
              <w:jc w:val="center"/>
              <w:rPr>
                <w:rFonts w:ascii="Times New Roman" w:hAnsi="Times New Roman" w:cs="Times New Roman"/>
              </w:rPr>
            </w:pPr>
          </w:p>
          <w:p w14:paraId="44D9820A" w14:textId="77777777" w:rsidR="00E0021F" w:rsidRDefault="00E0021F" w:rsidP="00F80803">
            <w:pPr>
              <w:jc w:val="center"/>
              <w:rPr>
                <w:rFonts w:ascii="Times New Roman" w:hAnsi="Times New Roman" w:cs="Times New Roman"/>
              </w:rPr>
            </w:pPr>
          </w:p>
          <w:p w14:paraId="3451C35A" w14:textId="77777777" w:rsidR="00E0021F" w:rsidRDefault="00E0021F" w:rsidP="00F80803">
            <w:pPr>
              <w:jc w:val="center"/>
              <w:rPr>
                <w:rFonts w:ascii="Times New Roman" w:hAnsi="Times New Roman" w:cs="Times New Roman"/>
              </w:rPr>
            </w:pPr>
          </w:p>
          <w:p w14:paraId="48A00976" w14:textId="77777777" w:rsidR="00E0021F" w:rsidRDefault="00E0021F" w:rsidP="00F80803">
            <w:pPr>
              <w:jc w:val="center"/>
              <w:rPr>
                <w:rFonts w:ascii="Times New Roman" w:hAnsi="Times New Roman" w:cs="Times New Roman"/>
              </w:rPr>
            </w:pPr>
          </w:p>
          <w:p w14:paraId="5D8163A0" w14:textId="3FC02033" w:rsidR="00F80803" w:rsidRDefault="002E01A8" w:rsidP="00F80803">
            <w:pPr>
              <w:jc w:val="center"/>
              <w:rPr>
                <w:rFonts w:ascii="Times New Roman" w:hAnsi="Times New Roman" w:cs="Times New Roman"/>
                <w:b/>
                <w:bCs/>
              </w:rPr>
            </w:pPr>
            <w:r w:rsidRPr="00E568A0">
              <w:rPr>
                <w:rFonts w:ascii="Times New Roman" w:hAnsi="Times New Roman" w:cs="Times New Roman"/>
              </w:rPr>
              <w:t>Beginning of the Warrior Parent &amp; Family Engagement Academy</w:t>
            </w:r>
          </w:p>
        </w:tc>
        <w:tc>
          <w:tcPr>
            <w:tcW w:w="3410" w:type="dxa"/>
          </w:tcPr>
          <w:p w14:paraId="73825C48" w14:textId="77777777" w:rsidR="00B01D40" w:rsidRPr="00E568A0" w:rsidRDefault="00B01D40" w:rsidP="00B01D40">
            <w:pPr>
              <w:pStyle w:val="ListBullet"/>
              <w:tabs>
                <w:tab w:val="clear" w:pos="360"/>
                <w:tab w:val="num" w:pos="720"/>
              </w:tabs>
              <w:ind w:left="720"/>
              <w:rPr>
                <w:rFonts w:ascii="Times New Roman" w:hAnsi="Times New Roman" w:cs="Times New Roman"/>
              </w:rPr>
            </w:pPr>
            <w:r w:rsidRPr="00E568A0">
              <w:rPr>
                <w:rFonts w:ascii="Times New Roman" w:hAnsi="Times New Roman" w:cs="Times New Roman"/>
              </w:rPr>
              <w:t>“Understanding Your Warrior”</w:t>
            </w:r>
          </w:p>
          <w:p w14:paraId="6B1B2B6B" w14:textId="77777777" w:rsidR="00B01D40" w:rsidRPr="00E568A0" w:rsidRDefault="00B01D40" w:rsidP="00B01D40">
            <w:pPr>
              <w:pStyle w:val="ListBullet"/>
              <w:tabs>
                <w:tab w:val="clear" w:pos="360"/>
                <w:tab w:val="num" w:pos="1080"/>
              </w:tabs>
              <w:ind w:left="1080"/>
              <w:rPr>
                <w:rFonts w:ascii="Times New Roman" w:hAnsi="Times New Roman" w:cs="Times New Roman"/>
              </w:rPr>
            </w:pPr>
            <w:r w:rsidRPr="00E568A0">
              <w:rPr>
                <w:rFonts w:ascii="Times New Roman" w:hAnsi="Times New Roman" w:cs="Times New Roman"/>
              </w:rPr>
              <w:t>Title I orientation</w:t>
            </w:r>
          </w:p>
          <w:p w14:paraId="0C5D8C0E" w14:textId="77777777" w:rsidR="00B01D40" w:rsidRPr="00E568A0" w:rsidRDefault="00B01D40" w:rsidP="00B01D40">
            <w:pPr>
              <w:pStyle w:val="ListBullet"/>
              <w:tabs>
                <w:tab w:val="clear" w:pos="360"/>
                <w:tab w:val="num" w:pos="1080"/>
              </w:tabs>
              <w:ind w:left="1080"/>
              <w:rPr>
                <w:rFonts w:ascii="Times New Roman" w:hAnsi="Times New Roman" w:cs="Times New Roman"/>
              </w:rPr>
            </w:pPr>
            <w:r w:rsidRPr="00E568A0">
              <w:rPr>
                <w:rFonts w:ascii="Times New Roman" w:hAnsi="Times New Roman" w:cs="Times New Roman"/>
              </w:rPr>
              <w:t>Graduation requirements</w:t>
            </w:r>
          </w:p>
          <w:p w14:paraId="7BD2A303" w14:textId="77777777" w:rsidR="00B01D40" w:rsidRPr="00E568A0" w:rsidRDefault="00B01D40" w:rsidP="00B01D40">
            <w:pPr>
              <w:pStyle w:val="ListBullet"/>
              <w:tabs>
                <w:tab w:val="clear" w:pos="360"/>
                <w:tab w:val="num" w:pos="1080"/>
              </w:tabs>
              <w:ind w:left="1080"/>
              <w:rPr>
                <w:rFonts w:ascii="Times New Roman" w:hAnsi="Times New Roman" w:cs="Times New Roman"/>
              </w:rPr>
            </w:pPr>
            <w:r w:rsidRPr="00E568A0">
              <w:rPr>
                <w:rFonts w:ascii="Times New Roman" w:hAnsi="Times New Roman" w:cs="Times New Roman"/>
              </w:rPr>
              <w:t>Attendance</w:t>
            </w:r>
          </w:p>
          <w:p w14:paraId="5AC4B78E" w14:textId="77777777" w:rsidR="00B01D40" w:rsidRPr="00E568A0" w:rsidRDefault="00B01D40" w:rsidP="00B01D40">
            <w:pPr>
              <w:pStyle w:val="ListBullet"/>
              <w:tabs>
                <w:tab w:val="clear" w:pos="360"/>
                <w:tab w:val="num" w:pos="1080"/>
              </w:tabs>
              <w:ind w:left="1080"/>
              <w:rPr>
                <w:rFonts w:ascii="Times New Roman" w:hAnsi="Times New Roman" w:cs="Times New Roman"/>
              </w:rPr>
            </w:pPr>
            <w:r w:rsidRPr="00E568A0">
              <w:rPr>
                <w:rFonts w:ascii="Times New Roman" w:hAnsi="Times New Roman" w:cs="Times New Roman"/>
              </w:rPr>
              <w:t>Discipline</w:t>
            </w:r>
          </w:p>
          <w:p w14:paraId="47C29A07" w14:textId="77777777" w:rsidR="00B01D40" w:rsidRPr="00E568A0" w:rsidRDefault="00B01D40" w:rsidP="00B01D40">
            <w:pPr>
              <w:pStyle w:val="ListBullet"/>
              <w:tabs>
                <w:tab w:val="clear" w:pos="360"/>
                <w:tab w:val="num" w:pos="1080"/>
              </w:tabs>
              <w:ind w:left="1080"/>
              <w:rPr>
                <w:rFonts w:ascii="Times New Roman" w:hAnsi="Times New Roman" w:cs="Times New Roman"/>
              </w:rPr>
            </w:pPr>
            <w:r w:rsidRPr="00E568A0">
              <w:rPr>
                <w:rFonts w:ascii="Times New Roman" w:hAnsi="Times New Roman" w:cs="Times New Roman"/>
              </w:rPr>
              <w:t>Parent-school compact</w:t>
            </w:r>
          </w:p>
          <w:p w14:paraId="0F9BD769" w14:textId="77777777" w:rsidR="00B01D40" w:rsidRPr="00E568A0" w:rsidRDefault="00B01D40" w:rsidP="00B01D40">
            <w:pPr>
              <w:pStyle w:val="ListBullet"/>
              <w:tabs>
                <w:tab w:val="clear" w:pos="360"/>
                <w:tab w:val="num" w:pos="1080"/>
              </w:tabs>
              <w:ind w:left="1080"/>
              <w:rPr>
                <w:rFonts w:ascii="Times New Roman" w:hAnsi="Times New Roman" w:cs="Times New Roman"/>
              </w:rPr>
            </w:pPr>
            <w:r w:rsidRPr="00E568A0">
              <w:rPr>
                <w:rFonts w:ascii="Times New Roman" w:hAnsi="Times New Roman" w:cs="Times New Roman"/>
              </w:rPr>
              <w:t>How to access grades</w:t>
            </w:r>
          </w:p>
          <w:p w14:paraId="47D7EAA9" w14:textId="77777777" w:rsidR="00F80803" w:rsidRDefault="00F80803" w:rsidP="00B01D40">
            <w:pPr>
              <w:rPr>
                <w:rFonts w:ascii="Times New Roman" w:hAnsi="Times New Roman" w:cs="Times New Roman"/>
                <w:b/>
                <w:bCs/>
              </w:rPr>
            </w:pPr>
          </w:p>
        </w:tc>
        <w:tc>
          <w:tcPr>
            <w:tcW w:w="2717" w:type="dxa"/>
          </w:tcPr>
          <w:p w14:paraId="05DC4EF4" w14:textId="77777777" w:rsidR="0009773B" w:rsidRDefault="0009773B" w:rsidP="00F80803">
            <w:pPr>
              <w:jc w:val="center"/>
              <w:rPr>
                <w:rFonts w:ascii="Times New Roman" w:hAnsi="Times New Roman" w:cs="Times New Roman"/>
                <w:b/>
                <w:bCs/>
              </w:rPr>
            </w:pPr>
          </w:p>
          <w:p w14:paraId="3C4B11D5" w14:textId="77777777" w:rsidR="0009773B" w:rsidRDefault="0009773B" w:rsidP="00F80803">
            <w:pPr>
              <w:jc w:val="center"/>
              <w:rPr>
                <w:rFonts w:ascii="Times New Roman" w:hAnsi="Times New Roman" w:cs="Times New Roman"/>
                <w:b/>
                <w:bCs/>
              </w:rPr>
            </w:pPr>
          </w:p>
          <w:p w14:paraId="0F25B643" w14:textId="77777777" w:rsidR="0009773B" w:rsidRDefault="0009773B" w:rsidP="00F80803">
            <w:pPr>
              <w:jc w:val="center"/>
              <w:rPr>
                <w:rFonts w:ascii="Times New Roman" w:hAnsi="Times New Roman" w:cs="Times New Roman"/>
                <w:b/>
                <w:bCs/>
              </w:rPr>
            </w:pPr>
          </w:p>
          <w:p w14:paraId="5B22D3D1" w14:textId="77777777" w:rsidR="0009773B" w:rsidRDefault="0009773B" w:rsidP="00F80803">
            <w:pPr>
              <w:jc w:val="center"/>
              <w:rPr>
                <w:rFonts w:ascii="Times New Roman" w:hAnsi="Times New Roman" w:cs="Times New Roman"/>
                <w:b/>
                <w:bCs/>
              </w:rPr>
            </w:pPr>
          </w:p>
          <w:p w14:paraId="3C235EF1" w14:textId="77777777" w:rsidR="0009773B" w:rsidRDefault="0009773B" w:rsidP="00F80803">
            <w:pPr>
              <w:jc w:val="center"/>
              <w:rPr>
                <w:rFonts w:ascii="Times New Roman" w:hAnsi="Times New Roman" w:cs="Times New Roman"/>
                <w:b/>
                <w:bCs/>
              </w:rPr>
            </w:pPr>
          </w:p>
          <w:p w14:paraId="4113EC44" w14:textId="77777777" w:rsidR="00F80803" w:rsidRDefault="00BE75B7" w:rsidP="00F80803">
            <w:pPr>
              <w:jc w:val="center"/>
              <w:rPr>
                <w:rFonts w:ascii="Times New Roman" w:hAnsi="Times New Roman" w:cs="Times New Roman"/>
                <w:b/>
                <w:bCs/>
              </w:rPr>
            </w:pPr>
            <w:r>
              <w:rPr>
                <w:rFonts w:ascii="Times New Roman" w:hAnsi="Times New Roman" w:cs="Times New Roman"/>
                <w:b/>
                <w:bCs/>
              </w:rPr>
              <w:t>September 15, 2026</w:t>
            </w:r>
          </w:p>
          <w:p w14:paraId="415220B3" w14:textId="277C9C07" w:rsidR="008B0551" w:rsidRDefault="008B0551" w:rsidP="00F80803">
            <w:pPr>
              <w:jc w:val="center"/>
              <w:rPr>
                <w:rFonts w:ascii="Times New Roman" w:hAnsi="Times New Roman" w:cs="Times New Roman"/>
                <w:b/>
                <w:bCs/>
              </w:rPr>
            </w:pPr>
            <w:r>
              <w:rPr>
                <w:rFonts w:ascii="Times New Roman" w:hAnsi="Times New Roman" w:cs="Times New Roman"/>
                <w:b/>
                <w:bCs/>
              </w:rPr>
              <w:t>5:30-6:30pm</w:t>
            </w:r>
          </w:p>
        </w:tc>
      </w:tr>
      <w:tr w:rsidR="00F80803" w14:paraId="2A6B0BB4" w14:textId="77777777" w:rsidTr="006D07DD">
        <w:tc>
          <w:tcPr>
            <w:tcW w:w="2729" w:type="dxa"/>
          </w:tcPr>
          <w:p w14:paraId="04542931" w14:textId="77777777" w:rsidR="00E0021F" w:rsidRDefault="00E0021F" w:rsidP="00E0021F">
            <w:pPr>
              <w:pStyle w:val="ListBullet"/>
              <w:numPr>
                <w:ilvl w:val="0"/>
                <w:numId w:val="0"/>
              </w:numPr>
              <w:ind w:left="360" w:hanging="360"/>
              <w:jc w:val="center"/>
              <w:rPr>
                <w:rFonts w:ascii="Times New Roman" w:hAnsi="Times New Roman" w:cs="Times New Roman"/>
              </w:rPr>
            </w:pPr>
          </w:p>
          <w:p w14:paraId="0964E087" w14:textId="77777777" w:rsidR="00E0021F" w:rsidRDefault="00E0021F" w:rsidP="00E0021F">
            <w:pPr>
              <w:pStyle w:val="ListBullet"/>
              <w:numPr>
                <w:ilvl w:val="0"/>
                <w:numId w:val="0"/>
              </w:numPr>
              <w:ind w:left="360" w:hanging="360"/>
              <w:jc w:val="center"/>
              <w:rPr>
                <w:rFonts w:ascii="Times New Roman" w:hAnsi="Times New Roman" w:cs="Times New Roman"/>
              </w:rPr>
            </w:pPr>
          </w:p>
          <w:p w14:paraId="1BE63AE7" w14:textId="2BBCE9DF" w:rsidR="007A4606" w:rsidRDefault="00BC4F7D" w:rsidP="00E0021F">
            <w:pPr>
              <w:pStyle w:val="ListBullet"/>
              <w:numPr>
                <w:ilvl w:val="0"/>
                <w:numId w:val="0"/>
              </w:numPr>
              <w:ind w:left="360" w:hanging="360"/>
              <w:jc w:val="center"/>
              <w:rPr>
                <w:rFonts w:ascii="Times New Roman" w:hAnsi="Times New Roman" w:cs="Times New Roman"/>
              </w:rPr>
            </w:pPr>
            <w:r w:rsidRPr="00E568A0">
              <w:rPr>
                <w:rFonts w:ascii="Times New Roman" w:hAnsi="Times New Roman" w:cs="Times New Roman"/>
              </w:rPr>
              <w:t>Part 2 of the Warrior</w:t>
            </w:r>
          </w:p>
          <w:p w14:paraId="1083C3F5" w14:textId="0D91896A" w:rsidR="00E0021F" w:rsidRDefault="00BC4F7D" w:rsidP="00E0021F">
            <w:pPr>
              <w:pStyle w:val="ListBullet"/>
              <w:numPr>
                <w:ilvl w:val="0"/>
                <w:numId w:val="0"/>
              </w:numPr>
              <w:ind w:left="360" w:hanging="360"/>
              <w:jc w:val="center"/>
              <w:rPr>
                <w:rFonts w:ascii="Times New Roman" w:hAnsi="Times New Roman" w:cs="Times New Roman"/>
              </w:rPr>
            </w:pPr>
            <w:r w:rsidRPr="00E568A0">
              <w:rPr>
                <w:rFonts w:ascii="Times New Roman" w:hAnsi="Times New Roman" w:cs="Times New Roman"/>
              </w:rPr>
              <w:t>Parent</w:t>
            </w:r>
            <w:r w:rsidR="007A4606">
              <w:rPr>
                <w:rFonts w:ascii="Times New Roman" w:hAnsi="Times New Roman" w:cs="Times New Roman"/>
              </w:rPr>
              <w:t xml:space="preserve"> </w:t>
            </w:r>
            <w:r w:rsidRPr="00E568A0">
              <w:rPr>
                <w:rFonts w:ascii="Times New Roman" w:hAnsi="Times New Roman" w:cs="Times New Roman"/>
              </w:rPr>
              <w:t>&amp; Family</w:t>
            </w:r>
          </w:p>
          <w:p w14:paraId="3A313472" w14:textId="0F06BCC0" w:rsidR="00BC4F7D" w:rsidRPr="00E568A0" w:rsidRDefault="00E0021F" w:rsidP="00E0021F">
            <w:pPr>
              <w:pStyle w:val="ListBullet"/>
              <w:numPr>
                <w:ilvl w:val="0"/>
                <w:numId w:val="0"/>
              </w:numPr>
              <w:ind w:left="360" w:hanging="360"/>
              <w:jc w:val="center"/>
              <w:rPr>
                <w:rFonts w:ascii="Times New Roman" w:hAnsi="Times New Roman" w:cs="Times New Roman"/>
              </w:rPr>
            </w:pPr>
            <w:r>
              <w:rPr>
                <w:rFonts w:ascii="Times New Roman" w:hAnsi="Times New Roman" w:cs="Times New Roman"/>
              </w:rPr>
              <w:t>E</w:t>
            </w:r>
            <w:r w:rsidR="00BC4F7D" w:rsidRPr="00E568A0">
              <w:rPr>
                <w:rFonts w:ascii="Times New Roman" w:hAnsi="Times New Roman" w:cs="Times New Roman"/>
              </w:rPr>
              <w:t>ngagement Academy</w:t>
            </w:r>
          </w:p>
          <w:p w14:paraId="24A2B032" w14:textId="77777777" w:rsidR="00F80803" w:rsidRDefault="00F80803" w:rsidP="00E0021F">
            <w:pPr>
              <w:jc w:val="center"/>
              <w:rPr>
                <w:rFonts w:ascii="Times New Roman" w:hAnsi="Times New Roman" w:cs="Times New Roman"/>
                <w:b/>
                <w:bCs/>
              </w:rPr>
            </w:pPr>
          </w:p>
        </w:tc>
        <w:tc>
          <w:tcPr>
            <w:tcW w:w="3410" w:type="dxa"/>
          </w:tcPr>
          <w:p w14:paraId="17B20A23" w14:textId="77777777" w:rsidR="00F83003" w:rsidRPr="00E568A0" w:rsidRDefault="00F83003" w:rsidP="00581398">
            <w:pPr>
              <w:pStyle w:val="ListBullet"/>
              <w:numPr>
                <w:ilvl w:val="0"/>
                <w:numId w:val="0"/>
              </w:numPr>
              <w:tabs>
                <w:tab w:val="num" w:pos="720"/>
              </w:tabs>
              <w:ind w:left="360" w:hanging="360"/>
              <w:rPr>
                <w:rFonts w:ascii="Times New Roman" w:hAnsi="Times New Roman" w:cs="Times New Roman"/>
              </w:rPr>
            </w:pPr>
            <w:r w:rsidRPr="00E568A0">
              <w:rPr>
                <w:rFonts w:ascii="Times New Roman" w:hAnsi="Times New Roman" w:cs="Times New Roman"/>
              </w:rPr>
              <w:t>“How to Help My Child Read”</w:t>
            </w:r>
          </w:p>
          <w:p w14:paraId="243B9551" w14:textId="77777777" w:rsidR="00F83003" w:rsidRPr="00E568A0" w:rsidRDefault="00F83003" w:rsidP="00F83003">
            <w:pPr>
              <w:pStyle w:val="ListBullet"/>
              <w:tabs>
                <w:tab w:val="clear" w:pos="360"/>
                <w:tab w:val="num" w:pos="1080"/>
              </w:tabs>
              <w:ind w:left="1080"/>
              <w:rPr>
                <w:rFonts w:ascii="Times New Roman" w:hAnsi="Times New Roman" w:cs="Times New Roman"/>
              </w:rPr>
            </w:pPr>
            <w:r w:rsidRPr="00E568A0">
              <w:rPr>
                <w:rFonts w:ascii="Times New Roman" w:hAnsi="Times New Roman" w:cs="Times New Roman"/>
              </w:rPr>
              <w:t>Reading strategies</w:t>
            </w:r>
          </w:p>
          <w:p w14:paraId="1CDC0B89" w14:textId="77777777" w:rsidR="00F83003" w:rsidRPr="00E568A0" w:rsidRDefault="00F83003" w:rsidP="00F83003">
            <w:pPr>
              <w:pStyle w:val="ListBullet"/>
              <w:tabs>
                <w:tab w:val="clear" w:pos="360"/>
                <w:tab w:val="num" w:pos="1080"/>
              </w:tabs>
              <w:ind w:left="1080"/>
              <w:rPr>
                <w:rFonts w:ascii="Times New Roman" w:hAnsi="Times New Roman" w:cs="Times New Roman"/>
              </w:rPr>
            </w:pPr>
            <w:r w:rsidRPr="00E568A0">
              <w:rPr>
                <w:rFonts w:ascii="Times New Roman" w:hAnsi="Times New Roman" w:cs="Times New Roman"/>
              </w:rPr>
              <w:t>Vocabulary</w:t>
            </w:r>
          </w:p>
          <w:p w14:paraId="40B348B5" w14:textId="77777777" w:rsidR="00F83003" w:rsidRPr="00E568A0" w:rsidRDefault="00F83003" w:rsidP="00F83003">
            <w:pPr>
              <w:pStyle w:val="ListBullet"/>
              <w:tabs>
                <w:tab w:val="clear" w:pos="360"/>
                <w:tab w:val="num" w:pos="1080"/>
              </w:tabs>
              <w:ind w:left="1080"/>
              <w:rPr>
                <w:rFonts w:ascii="Times New Roman" w:hAnsi="Times New Roman" w:cs="Times New Roman"/>
              </w:rPr>
            </w:pPr>
            <w:r w:rsidRPr="00E568A0">
              <w:rPr>
                <w:rFonts w:ascii="Times New Roman" w:hAnsi="Times New Roman" w:cs="Times New Roman"/>
              </w:rPr>
              <w:t>Comprehension</w:t>
            </w:r>
          </w:p>
          <w:p w14:paraId="38F91B99" w14:textId="77777777" w:rsidR="00F83003" w:rsidRPr="00E568A0" w:rsidRDefault="00F83003" w:rsidP="00F83003">
            <w:pPr>
              <w:pStyle w:val="ListBullet"/>
              <w:tabs>
                <w:tab w:val="clear" w:pos="360"/>
                <w:tab w:val="num" w:pos="1080"/>
              </w:tabs>
              <w:ind w:left="1080"/>
              <w:rPr>
                <w:rFonts w:ascii="Times New Roman" w:hAnsi="Times New Roman" w:cs="Times New Roman"/>
              </w:rPr>
            </w:pPr>
            <w:r w:rsidRPr="00E568A0">
              <w:rPr>
                <w:rFonts w:ascii="Times New Roman" w:hAnsi="Times New Roman" w:cs="Times New Roman"/>
              </w:rPr>
              <w:t>Reading at home</w:t>
            </w:r>
          </w:p>
          <w:p w14:paraId="104E4070" w14:textId="77777777" w:rsidR="00F80803" w:rsidRDefault="00F80803" w:rsidP="00F83003">
            <w:pPr>
              <w:rPr>
                <w:rFonts w:ascii="Times New Roman" w:hAnsi="Times New Roman" w:cs="Times New Roman"/>
                <w:b/>
                <w:bCs/>
              </w:rPr>
            </w:pPr>
          </w:p>
        </w:tc>
        <w:tc>
          <w:tcPr>
            <w:tcW w:w="2717" w:type="dxa"/>
          </w:tcPr>
          <w:p w14:paraId="30F4864E" w14:textId="77777777" w:rsidR="0009773B" w:rsidRDefault="0009773B" w:rsidP="00F80803">
            <w:pPr>
              <w:jc w:val="center"/>
              <w:rPr>
                <w:rFonts w:ascii="Times New Roman" w:hAnsi="Times New Roman" w:cs="Times New Roman"/>
                <w:b/>
                <w:bCs/>
              </w:rPr>
            </w:pPr>
          </w:p>
          <w:p w14:paraId="051AADEA" w14:textId="77777777" w:rsidR="0009773B" w:rsidRDefault="0009773B" w:rsidP="00F80803">
            <w:pPr>
              <w:jc w:val="center"/>
              <w:rPr>
                <w:rFonts w:ascii="Times New Roman" w:hAnsi="Times New Roman" w:cs="Times New Roman"/>
                <w:b/>
                <w:bCs/>
              </w:rPr>
            </w:pPr>
          </w:p>
          <w:p w14:paraId="5BE5B111" w14:textId="77777777" w:rsidR="0009773B" w:rsidRDefault="0009773B" w:rsidP="00F80803">
            <w:pPr>
              <w:jc w:val="center"/>
              <w:rPr>
                <w:rFonts w:ascii="Times New Roman" w:hAnsi="Times New Roman" w:cs="Times New Roman"/>
                <w:b/>
                <w:bCs/>
              </w:rPr>
            </w:pPr>
          </w:p>
          <w:p w14:paraId="5A2665E4" w14:textId="13532278" w:rsidR="00F80803" w:rsidRDefault="008D7E49" w:rsidP="00F80803">
            <w:pPr>
              <w:jc w:val="center"/>
              <w:rPr>
                <w:rFonts w:ascii="Times New Roman" w:hAnsi="Times New Roman" w:cs="Times New Roman"/>
                <w:b/>
                <w:bCs/>
              </w:rPr>
            </w:pPr>
            <w:r>
              <w:rPr>
                <w:rFonts w:ascii="Times New Roman" w:hAnsi="Times New Roman" w:cs="Times New Roman"/>
                <w:b/>
                <w:bCs/>
              </w:rPr>
              <w:t xml:space="preserve">October </w:t>
            </w:r>
            <w:r w:rsidR="00ED308E">
              <w:rPr>
                <w:rFonts w:ascii="Times New Roman" w:hAnsi="Times New Roman" w:cs="Times New Roman"/>
                <w:b/>
                <w:bCs/>
              </w:rPr>
              <w:t>2</w:t>
            </w:r>
            <w:r w:rsidR="00211FA0">
              <w:rPr>
                <w:rFonts w:ascii="Times New Roman" w:hAnsi="Times New Roman" w:cs="Times New Roman"/>
                <w:b/>
                <w:bCs/>
              </w:rPr>
              <w:t>0</w:t>
            </w:r>
            <w:r w:rsidR="00FB735E">
              <w:rPr>
                <w:rFonts w:ascii="Times New Roman" w:hAnsi="Times New Roman" w:cs="Times New Roman"/>
                <w:b/>
                <w:bCs/>
              </w:rPr>
              <w:t>, 2026</w:t>
            </w:r>
          </w:p>
          <w:p w14:paraId="250ACD19" w14:textId="773DFD59" w:rsidR="00D2326D" w:rsidRDefault="003E29C9" w:rsidP="00F80803">
            <w:pPr>
              <w:jc w:val="center"/>
              <w:rPr>
                <w:rFonts w:ascii="Times New Roman" w:hAnsi="Times New Roman" w:cs="Times New Roman"/>
                <w:b/>
                <w:bCs/>
              </w:rPr>
            </w:pPr>
            <w:r>
              <w:rPr>
                <w:rFonts w:ascii="Times New Roman" w:hAnsi="Times New Roman" w:cs="Times New Roman"/>
                <w:b/>
                <w:bCs/>
              </w:rPr>
              <w:t>5:30-6:30pm</w:t>
            </w:r>
          </w:p>
        </w:tc>
      </w:tr>
      <w:tr w:rsidR="00F80803" w14:paraId="034E10BF" w14:textId="77777777" w:rsidTr="006D07DD">
        <w:tc>
          <w:tcPr>
            <w:tcW w:w="2729" w:type="dxa"/>
          </w:tcPr>
          <w:p w14:paraId="67ACC723" w14:textId="2F582D7F" w:rsidR="00F80803" w:rsidRDefault="00E0021F" w:rsidP="00F80803">
            <w:pPr>
              <w:jc w:val="center"/>
              <w:rPr>
                <w:rFonts w:ascii="Times New Roman" w:hAnsi="Times New Roman" w:cs="Times New Roman"/>
                <w:b/>
                <w:bCs/>
              </w:rPr>
            </w:pPr>
            <w:r w:rsidRPr="00E568A0">
              <w:rPr>
                <w:rFonts w:ascii="Times New Roman" w:hAnsi="Times New Roman" w:cs="Times New Roman"/>
              </w:rPr>
              <w:t>Fall Family Festival (Fall Fest)</w:t>
            </w:r>
          </w:p>
        </w:tc>
        <w:tc>
          <w:tcPr>
            <w:tcW w:w="3410" w:type="dxa"/>
          </w:tcPr>
          <w:p w14:paraId="6A60863E" w14:textId="05572638" w:rsidR="00F80803" w:rsidRDefault="00E0021F" w:rsidP="00F80803">
            <w:pPr>
              <w:jc w:val="center"/>
              <w:rPr>
                <w:rFonts w:ascii="Times New Roman" w:hAnsi="Times New Roman" w:cs="Times New Roman"/>
                <w:b/>
                <w:bCs/>
              </w:rPr>
            </w:pPr>
            <w:r w:rsidRPr="00E568A0">
              <w:rPr>
                <w:rFonts w:ascii="Times New Roman" w:hAnsi="Times New Roman" w:cs="Times New Roman"/>
              </w:rPr>
              <w:t>Community celebration featuring games, educational activities, local vendors, literacy stations, and family resources</w:t>
            </w:r>
          </w:p>
        </w:tc>
        <w:tc>
          <w:tcPr>
            <w:tcW w:w="2717" w:type="dxa"/>
          </w:tcPr>
          <w:p w14:paraId="7D0C5011" w14:textId="77777777" w:rsidR="00F80803" w:rsidRDefault="00F80803" w:rsidP="00F80803">
            <w:pPr>
              <w:jc w:val="center"/>
              <w:rPr>
                <w:rFonts w:ascii="Times New Roman" w:hAnsi="Times New Roman" w:cs="Times New Roman"/>
                <w:b/>
                <w:bCs/>
              </w:rPr>
            </w:pPr>
          </w:p>
          <w:p w14:paraId="35A876F3" w14:textId="77777777" w:rsidR="00FE36E0" w:rsidRDefault="00FE36E0" w:rsidP="00F80803">
            <w:pPr>
              <w:jc w:val="center"/>
              <w:rPr>
                <w:rFonts w:ascii="Times New Roman" w:hAnsi="Times New Roman" w:cs="Times New Roman"/>
                <w:b/>
                <w:bCs/>
              </w:rPr>
            </w:pPr>
          </w:p>
          <w:p w14:paraId="034A182D" w14:textId="77777777" w:rsidR="00FE36E0" w:rsidRDefault="00FE36E0" w:rsidP="00F80803">
            <w:pPr>
              <w:jc w:val="center"/>
              <w:rPr>
                <w:rFonts w:ascii="Times New Roman" w:hAnsi="Times New Roman" w:cs="Times New Roman"/>
                <w:b/>
                <w:bCs/>
              </w:rPr>
            </w:pPr>
            <w:r>
              <w:rPr>
                <w:rFonts w:ascii="Times New Roman" w:hAnsi="Times New Roman" w:cs="Times New Roman"/>
                <w:b/>
                <w:bCs/>
              </w:rPr>
              <w:t>October</w:t>
            </w:r>
            <w:r w:rsidR="00F84020">
              <w:rPr>
                <w:rFonts w:ascii="Times New Roman" w:hAnsi="Times New Roman" w:cs="Times New Roman"/>
                <w:b/>
                <w:bCs/>
              </w:rPr>
              <w:t xml:space="preserve"> 29, 2026</w:t>
            </w:r>
          </w:p>
          <w:p w14:paraId="140AF462" w14:textId="2B7F77FC" w:rsidR="003E29C9" w:rsidRDefault="003E29C9" w:rsidP="00F80803">
            <w:pPr>
              <w:jc w:val="center"/>
              <w:rPr>
                <w:rFonts w:ascii="Times New Roman" w:hAnsi="Times New Roman" w:cs="Times New Roman"/>
                <w:b/>
                <w:bCs/>
              </w:rPr>
            </w:pPr>
            <w:r>
              <w:rPr>
                <w:rFonts w:ascii="Times New Roman" w:hAnsi="Times New Roman" w:cs="Times New Roman"/>
                <w:b/>
                <w:bCs/>
              </w:rPr>
              <w:t>4:30-7:00pm</w:t>
            </w:r>
          </w:p>
        </w:tc>
      </w:tr>
      <w:tr w:rsidR="006D07DD" w14:paraId="63861A28" w14:textId="77777777" w:rsidTr="006D07DD">
        <w:tc>
          <w:tcPr>
            <w:tcW w:w="2729" w:type="dxa"/>
          </w:tcPr>
          <w:p w14:paraId="5993BAC7" w14:textId="77777777" w:rsidR="001D1A56" w:rsidRDefault="001D1A56" w:rsidP="00F80803">
            <w:pPr>
              <w:jc w:val="center"/>
              <w:rPr>
                <w:rFonts w:ascii="Times New Roman" w:hAnsi="Times New Roman" w:cs="Times New Roman"/>
              </w:rPr>
            </w:pPr>
          </w:p>
          <w:p w14:paraId="3003E0A9" w14:textId="45AEAF9C" w:rsidR="006D07DD" w:rsidRPr="005522BE" w:rsidRDefault="001D1A56" w:rsidP="00F80803">
            <w:pPr>
              <w:jc w:val="center"/>
              <w:rPr>
                <w:rFonts w:ascii="Times New Roman" w:hAnsi="Times New Roman" w:cs="Times New Roman"/>
              </w:rPr>
            </w:pPr>
            <w:r w:rsidRPr="008B4B2D">
              <w:rPr>
                <w:rFonts w:ascii="Times New Roman" w:hAnsi="Times New Roman" w:cs="Times New Roman"/>
              </w:rPr>
              <w:t>Muffins for Moms</w:t>
            </w:r>
          </w:p>
        </w:tc>
        <w:tc>
          <w:tcPr>
            <w:tcW w:w="3410" w:type="dxa"/>
          </w:tcPr>
          <w:p w14:paraId="1FCE73C3" w14:textId="2AFB6F7A" w:rsidR="006D07DD" w:rsidRPr="00961626" w:rsidRDefault="001D1A56" w:rsidP="00961626">
            <w:pPr>
              <w:rPr>
                <w:rFonts w:ascii="Times New Roman" w:hAnsi="Times New Roman" w:cs="Times New Roman"/>
                <w:b/>
                <w:bCs/>
              </w:rPr>
            </w:pPr>
            <w:r w:rsidRPr="00961626">
              <w:rPr>
                <w:rFonts w:ascii="Times New Roman" w:hAnsi="Times New Roman" w:cs="Times New Roman"/>
              </w:rPr>
              <w:t>Mothers and mother figures enjoy breakfast with students while learning strategies to support academic achievement.</w:t>
            </w:r>
          </w:p>
        </w:tc>
        <w:tc>
          <w:tcPr>
            <w:tcW w:w="2717" w:type="dxa"/>
          </w:tcPr>
          <w:p w14:paraId="34592B04" w14:textId="77777777" w:rsidR="006D07DD" w:rsidRDefault="006D07DD" w:rsidP="00F80803">
            <w:pPr>
              <w:jc w:val="center"/>
              <w:rPr>
                <w:rFonts w:ascii="Times New Roman" w:hAnsi="Times New Roman" w:cs="Times New Roman"/>
                <w:b/>
                <w:bCs/>
              </w:rPr>
            </w:pPr>
          </w:p>
          <w:p w14:paraId="1798EE9B" w14:textId="210AA5E9" w:rsidR="002F1DA0" w:rsidRDefault="006B6C73" w:rsidP="00F80803">
            <w:pPr>
              <w:jc w:val="center"/>
              <w:rPr>
                <w:rFonts w:ascii="Times New Roman" w:hAnsi="Times New Roman" w:cs="Times New Roman"/>
                <w:b/>
                <w:bCs/>
              </w:rPr>
            </w:pPr>
            <w:r>
              <w:rPr>
                <w:rFonts w:ascii="Times New Roman" w:hAnsi="Times New Roman" w:cs="Times New Roman"/>
                <w:b/>
                <w:bCs/>
              </w:rPr>
              <w:t xml:space="preserve">November </w:t>
            </w:r>
            <w:r w:rsidR="0092569D">
              <w:rPr>
                <w:rFonts w:ascii="Times New Roman" w:hAnsi="Times New Roman" w:cs="Times New Roman"/>
                <w:b/>
                <w:bCs/>
              </w:rPr>
              <w:t>6</w:t>
            </w:r>
            <w:r w:rsidR="00094FFB">
              <w:rPr>
                <w:rFonts w:ascii="Times New Roman" w:hAnsi="Times New Roman" w:cs="Times New Roman"/>
                <w:b/>
                <w:bCs/>
              </w:rPr>
              <w:t>, 2026</w:t>
            </w:r>
          </w:p>
          <w:p w14:paraId="4E3BB470" w14:textId="4307459A" w:rsidR="002F1DA0" w:rsidRDefault="003E66E9" w:rsidP="00F80803">
            <w:pPr>
              <w:jc w:val="center"/>
              <w:rPr>
                <w:rFonts w:ascii="Times New Roman" w:hAnsi="Times New Roman" w:cs="Times New Roman"/>
                <w:b/>
                <w:bCs/>
              </w:rPr>
            </w:pPr>
            <w:r>
              <w:rPr>
                <w:rFonts w:ascii="Times New Roman" w:hAnsi="Times New Roman" w:cs="Times New Roman"/>
                <w:b/>
                <w:bCs/>
              </w:rPr>
              <w:t>9am-10:30am</w:t>
            </w:r>
          </w:p>
        </w:tc>
      </w:tr>
      <w:tr w:rsidR="006D07DD" w14:paraId="147D5956" w14:textId="77777777" w:rsidTr="006D07DD">
        <w:tc>
          <w:tcPr>
            <w:tcW w:w="2729" w:type="dxa"/>
          </w:tcPr>
          <w:p w14:paraId="525C5E97" w14:textId="14463BFC" w:rsidR="006D07DD" w:rsidRPr="008B4B2D" w:rsidRDefault="001D1A56" w:rsidP="00F80803">
            <w:pPr>
              <w:jc w:val="center"/>
              <w:rPr>
                <w:rFonts w:ascii="Times New Roman" w:hAnsi="Times New Roman" w:cs="Times New Roman"/>
              </w:rPr>
            </w:pPr>
            <w:r w:rsidRPr="005522BE">
              <w:rPr>
                <w:rFonts w:ascii="Times New Roman" w:hAnsi="Times New Roman" w:cs="Times New Roman"/>
              </w:rPr>
              <w:t>Part 3 of the Warrior Parent &amp; Family Engagement Academy</w:t>
            </w:r>
          </w:p>
        </w:tc>
        <w:tc>
          <w:tcPr>
            <w:tcW w:w="3410" w:type="dxa"/>
          </w:tcPr>
          <w:p w14:paraId="0AF07790" w14:textId="77777777" w:rsidR="001D1A56" w:rsidRPr="00581398" w:rsidRDefault="001D1A56" w:rsidP="001D1A56">
            <w:pPr>
              <w:rPr>
                <w:rFonts w:ascii="Times New Roman" w:hAnsi="Times New Roman" w:cs="Times New Roman"/>
              </w:rPr>
            </w:pPr>
            <w:r w:rsidRPr="00581398">
              <w:rPr>
                <w:rFonts w:ascii="Times New Roman" w:hAnsi="Times New Roman" w:cs="Times New Roman"/>
              </w:rPr>
              <w:t>“How to Help My Child Write”</w:t>
            </w:r>
          </w:p>
          <w:p w14:paraId="4627736E" w14:textId="77777777" w:rsidR="001D1A56" w:rsidRPr="002273CC" w:rsidRDefault="001D1A56" w:rsidP="001D1A56">
            <w:pPr>
              <w:pStyle w:val="ListParagraph"/>
              <w:numPr>
                <w:ilvl w:val="0"/>
                <w:numId w:val="12"/>
              </w:numPr>
              <w:rPr>
                <w:rFonts w:ascii="Times New Roman" w:hAnsi="Times New Roman" w:cs="Times New Roman"/>
              </w:rPr>
            </w:pPr>
            <w:r w:rsidRPr="002273CC">
              <w:rPr>
                <w:rFonts w:ascii="Times New Roman" w:hAnsi="Times New Roman" w:cs="Times New Roman"/>
              </w:rPr>
              <w:t>Writing assignments</w:t>
            </w:r>
          </w:p>
          <w:p w14:paraId="72840B90" w14:textId="77777777" w:rsidR="001D1A56" w:rsidRPr="00FD4E7E" w:rsidRDefault="001D1A56" w:rsidP="001D1A56">
            <w:pPr>
              <w:pStyle w:val="ListParagraph"/>
              <w:numPr>
                <w:ilvl w:val="0"/>
                <w:numId w:val="12"/>
              </w:numPr>
              <w:rPr>
                <w:rFonts w:ascii="Times New Roman" w:hAnsi="Times New Roman" w:cs="Times New Roman"/>
              </w:rPr>
            </w:pPr>
            <w:r w:rsidRPr="00FD4E7E">
              <w:rPr>
                <w:rFonts w:ascii="Times New Roman" w:hAnsi="Times New Roman" w:cs="Times New Roman"/>
              </w:rPr>
              <w:t>AI and academic integrity</w:t>
            </w:r>
          </w:p>
          <w:p w14:paraId="4EBC93E4" w14:textId="77777777" w:rsidR="001D1A56" w:rsidRPr="00FD4E7E" w:rsidRDefault="001D1A56" w:rsidP="001D1A56">
            <w:pPr>
              <w:pStyle w:val="ListParagraph"/>
              <w:numPr>
                <w:ilvl w:val="0"/>
                <w:numId w:val="12"/>
              </w:numPr>
              <w:rPr>
                <w:rFonts w:ascii="Times New Roman" w:hAnsi="Times New Roman" w:cs="Times New Roman"/>
              </w:rPr>
            </w:pPr>
            <w:r w:rsidRPr="00FD4E7E">
              <w:rPr>
                <w:rFonts w:ascii="Times New Roman" w:hAnsi="Times New Roman" w:cs="Times New Roman"/>
              </w:rPr>
              <w:t>Research</w:t>
            </w:r>
          </w:p>
          <w:p w14:paraId="3CA59D79" w14:textId="33825FFB" w:rsidR="006D07DD" w:rsidRPr="00961626" w:rsidRDefault="001D1A56" w:rsidP="00961626">
            <w:pPr>
              <w:pStyle w:val="ListParagraph"/>
              <w:numPr>
                <w:ilvl w:val="0"/>
                <w:numId w:val="12"/>
              </w:numPr>
              <w:rPr>
                <w:rFonts w:ascii="Times New Roman" w:hAnsi="Times New Roman" w:cs="Times New Roman"/>
                <w:b/>
                <w:bCs/>
              </w:rPr>
            </w:pPr>
            <w:r w:rsidRPr="00961626">
              <w:rPr>
                <w:rFonts w:ascii="Times New Roman" w:hAnsi="Times New Roman" w:cs="Times New Roman"/>
              </w:rPr>
              <w:t>Essay writing</w:t>
            </w:r>
          </w:p>
        </w:tc>
        <w:tc>
          <w:tcPr>
            <w:tcW w:w="2717" w:type="dxa"/>
          </w:tcPr>
          <w:p w14:paraId="458D5854" w14:textId="77777777" w:rsidR="00961626" w:rsidRDefault="00961626" w:rsidP="00F80803">
            <w:pPr>
              <w:jc w:val="center"/>
              <w:rPr>
                <w:rFonts w:ascii="Times New Roman" w:hAnsi="Times New Roman" w:cs="Times New Roman"/>
                <w:b/>
                <w:bCs/>
              </w:rPr>
            </w:pPr>
          </w:p>
          <w:p w14:paraId="5ACA1B9F" w14:textId="77777777" w:rsidR="00961626" w:rsidRDefault="00961626" w:rsidP="00F80803">
            <w:pPr>
              <w:jc w:val="center"/>
              <w:rPr>
                <w:rFonts w:ascii="Times New Roman" w:hAnsi="Times New Roman" w:cs="Times New Roman"/>
                <w:b/>
                <w:bCs/>
              </w:rPr>
            </w:pPr>
          </w:p>
          <w:p w14:paraId="4B97DAFE" w14:textId="77777777" w:rsidR="006D07DD" w:rsidRDefault="00961626" w:rsidP="00F80803">
            <w:pPr>
              <w:jc w:val="center"/>
              <w:rPr>
                <w:rFonts w:ascii="Times New Roman" w:hAnsi="Times New Roman" w:cs="Times New Roman"/>
                <w:b/>
                <w:bCs/>
              </w:rPr>
            </w:pPr>
            <w:r>
              <w:rPr>
                <w:rFonts w:ascii="Times New Roman" w:hAnsi="Times New Roman" w:cs="Times New Roman"/>
                <w:b/>
                <w:bCs/>
              </w:rPr>
              <w:t>November 17, 2026</w:t>
            </w:r>
          </w:p>
          <w:p w14:paraId="389703E6" w14:textId="78D262C3" w:rsidR="004D2950" w:rsidRDefault="004D2950" w:rsidP="00F80803">
            <w:pPr>
              <w:jc w:val="center"/>
              <w:rPr>
                <w:rFonts w:ascii="Times New Roman" w:hAnsi="Times New Roman" w:cs="Times New Roman"/>
                <w:b/>
                <w:bCs/>
              </w:rPr>
            </w:pPr>
            <w:r>
              <w:rPr>
                <w:rFonts w:ascii="Times New Roman" w:hAnsi="Times New Roman" w:cs="Times New Roman"/>
                <w:b/>
                <w:bCs/>
              </w:rPr>
              <w:t>5:30pm-6:30pm</w:t>
            </w:r>
          </w:p>
        </w:tc>
      </w:tr>
      <w:tr w:rsidR="001D1A56" w14:paraId="20B7E3DE" w14:textId="77777777" w:rsidTr="006D07DD">
        <w:tc>
          <w:tcPr>
            <w:tcW w:w="2729" w:type="dxa"/>
          </w:tcPr>
          <w:p w14:paraId="1307B50B" w14:textId="57A5A3F3" w:rsidR="001D1A56" w:rsidRPr="008B4B2D" w:rsidRDefault="00094FFB" w:rsidP="00F80803">
            <w:pPr>
              <w:jc w:val="center"/>
              <w:rPr>
                <w:rFonts w:ascii="Times New Roman" w:hAnsi="Times New Roman" w:cs="Times New Roman"/>
              </w:rPr>
            </w:pPr>
            <w:r>
              <w:rPr>
                <w:rFonts w:ascii="Times New Roman" w:hAnsi="Times New Roman" w:cs="Times New Roman"/>
              </w:rPr>
              <w:t xml:space="preserve">Family and Community Thanksgiving Luncheon </w:t>
            </w:r>
          </w:p>
        </w:tc>
        <w:tc>
          <w:tcPr>
            <w:tcW w:w="3410" w:type="dxa"/>
          </w:tcPr>
          <w:p w14:paraId="179E0495" w14:textId="4B1559F2" w:rsidR="00EC7AFF" w:rsidRPr="00307AE9" w:rsidRDefault="00EC7AFF" w:rsidP="00EC7AFF">
            <w:pPr>
              <w:pStyle w:val="ListParagraph"/>
              <w:numPr>
                <w:ilvl w:val="0"/>
                <w:numId w:val="13"/>
              </w:numPr>
              <w:tabs>
                <w:tab w:val="left" w:pos="688"/>
              </w:tabs>
              <w:rPr>
                <w:rFonts w:ascii="Times New Roman" w:hAnsi="Times New Roman" w:cs="Times New Roman"/>
                <w:sz w:val="20"/>
                <w:szCs w:val="20"/>
              </w:rPr>
            </w:pPr>
            <w:r w:rsidRPr="00307AE9">
              <w:rPr>
                <w:rFonts w:ascii="Times New Roman" w:hAnsi="Times New Roman" w:cs="Times New Roman"/>
                <w:sz w:val="20"/>
                <w:szCs w:val="20"/>
              </w:rPr>
              <w:t>Bring families, students, staff, and community members together to celebrate gratitude and fellowship.</w:t>
            </w:r>
          </w:p>
          <w:p w14:paraId="2422741D" w14:textId="095B878A" w:rsidR="00EC7AFF" w:rsidRPr="00307AE9" w:rsidRDefault="00EC7AFF" w:rsidP="00EC7AFF">
            <w:pPr>
              <w:pStyle w:val="ListParagraph"/>
              <w:numPr>
                <w:ilvl w:val="0"/>
                <w:numId w:val="13"/>
              </w:numPr>
              <w:tabs>
                <w:tab w:val="left" w:pos="688"/>
              </w:tabs>
              <w:rPr>
                <w:rFonts w:ascii="Times New Roman" w:hAnsi="Times New Roman" w:cs="Times New Roman"/>
                <w:sz w:val="20"/>
                <w:szCs w:val="20"/>
              </w:rPr>
            </w:pPr>
            <w:r w:rsidRPr="00307AE9">
              <w:rPr>
                <w:rFonts w:ascii="Times New Roman" w:hAnsi="Times New Roman" w:cs="Times New Roman"/>
                <w:sz w:val="20"/>
                <w:szCs w:val="20"/>
              </w:rPr>
              <w:t xml:space="preserve">Enjoy a shared Thanksgiving meal while strengthening relationships between home, </w:t>
            </w:r>
            <w:r w:rsidRPr="00307AE9">
              <w:rPr>
                <w:rFonts w:ascii="Times New Roman" w:hAnsi="Times New Roman" w:cs="Times New Roman"/>
                <w:sz w:val="20"/>
                <w:szCs w:val="20"/>
              </w:rPr>
              <w:lastRenderedPageBreak/>
              <w:t>school, and community.</w:t>
            </w:r>
          </w:p>
          <w:p w14:paraId="29B92364" w14:textId="6B6E6B95" w:rsidR="001D1A56" w:rsidRPr="00EC7AFF" w:rsidRDefault="00EC7AFF" w:rsidP="00EC7AFF">
            <w:pPr>
              <w:pStyle w:val="ListParagraph"/>
              <w:numPr>
                <w:ilvl w:val="0"/>
                <w:numId w:val="13"/>
              </w:numPr>
              <w:tabs>
                <w:tab w:val="left" w:pos="688"/>
              </w:tabs>
              <w:rPr>
                <w:rFonts w:ascii="Times New Roman" w:hAnsi="Times New Roman" w:cs="Times New Roman"/>
              </w:rPr>
            </w:pPr>
            <w:r w:rsidRPr="00307AE9">
              <w:rPr>
                <w:rFonts w:ascii="Times New Roman" w:hAnsi="Times New Roman" w:cs="Times New Roman"/>
                <w:sz w:val="20"/>
                <w:szCs w:val="20"/>
              </w:rPr>
              <w:t>Promote a spirit of thankfulness, unity, and community engagement through meaningful conversation and connection.</w:t>
            </w:r>
          </w:p>
        </w:tc>
        <w:tc>
          <w:tcPr>
            <w:tcW w:w="2717" w:type="dxa"/>
          </w:tcPr>
          <w:p w14:paraId="4A80C2C2" w14:textId="77777777" w:rsidR="001D1A56" w:rsidRDefault="001D1A56" w:rsidP="00F80803">
            <w:pPr>
              <w:jc w:val="center"/>
              <w:rPr>
                <w:rFonts w:ascii="Times New Roman" w:hAnsi="Times New Roman" w:cs="Times New Roman"/>
                <w:b/>
                <w:bCs/>
              </w:rPr>
            </w:pPr>
          </w:p>
          <w:p w14:paraId="15B205B1" w14:textId="77777777" w:rsidR="00F40F2F" w:rsidRDefault="00F40F2F" w:rsidP="00F80803">
            <w:pPr>
              <w:jc w:val="center"/>
              <w:rPr>
                <w:rFonts w:ascii="Times New Roman" w:hAnsi="Times New Roman" w:cs="Times New Roman"/>
                <w:b/>
                <w:bCs/>
              </w:rPr>
            </w:pPr>
            <w:r>
              <w:rPr>
                <w:rFonts w:ascii="Times New Roman" w:hAnsi="Times New Roman" w:cs="Times New Roman"/>
                <w:b/>
                <w:bCs/>
              </w:rPr>
              <w:t xml:space="preserve">November </w:t>
            </w:r>
            <w:r w:rsidR="00861270">
              <w:rPr>
                <w:rFonts w:ascii="Times New Roman" w:hAnsi="Times New Roman" w:cs="Times New Roman"/>
                <w:b/>
                <w:bCs/>
              </w:rPr>
              <w:t>18, 2026</w:t>
            </w:r>
          </w:p>
          <w:p w14:paraId="3E8F763D" w14:textId="53D75D7B" w:rsidR="0010004A" w:rsidRDefault="00F22A78" w:rsidP="00F80803">
            <w:pPr>
              <w:jc w:val="center"/>
              <w:rPr>
                <w:rFonts w:ascii="Times New Roman" w:hAnsi="Times New Roman" w:cs="Times New Roman"/>
                <w:b/>
                <w:bCs/>
              </w:rPr>
            </w:pPr>
            <w:r>
              <w:rPr>
                <w:rFonts w:ascii="Times New Roman" w:hAnsi="Times New Roman" w:cs="Times New Roman"/>
                <w:b/>
                <w:bCs/>
              </w:rPr>
              <w:t xml:space="preserve">(During </w:t>
            </w:r>
            <w:r w:rsidR="00946D60">
              <w:rPr>
                <w:rFonts w:ascii="Times New Roman" w:hAnsi="Times New Roman" w:cs="Times New Roman"/>
                <w:b/>
                <w:bCs/>
              </w:rPr>
              <w:t>their Child Respective</w:t>
            </w:r>
            <w:r w:rsidR="00C37DE9">
              <w:rPr>
                <w:rFonts w:ascii="Times New Roman" w:hAnsi="Times New Roman" w:cs="Times New Roman"/>
                <w:b/>
                <w:bCs/>
              </w:rPr>
              <w:t xml:space="preserve"> Lunch</w:t>
            </w:r>
            <w:r w:rsidR="00946D60">
              <w:rPr>
                <w:rFonts w:ascii="Times New Roman" w:hAnsi="Times New Roman" w:cs="Times New Roman"/>
                <w:b/>
                <w:bCs/>
              </w:rPr>
              <w:t>)</w:t>
            </w:r>
          </w:p>
        </w:tc>
      </w:tr>
      <w:tr w:rsidR="001D1A56" w14:paraId="07EB4072" w14:textId="77777777" w:rsidTr="006D07DD">
        <w:tc>
          <w:tcPr>
            <w:tcW w:w="2729" w:type="dxa"/>
          </w:tcPr>
          <w:p w14:paraId="49AD9018" w14:textId="08E7FB33" w:rsidR="001D1A56" w:rsidRPr="008B4B2D" w:rsidRDefault="00B7547E" w:rsidP="00F80803">
            <w:pPr>
              <w:jc w:val="center"/>
              <w:rPr>
                <w:rFonts w:ascii="Times New Roman" w:hAnsi="Times New Roman" w:cs="Times New Roman"/>
              </w:rPr>
            </w:pPr>
            <w:r w:rsidRPr="00B7547E">
              <w:rPr>
                <w:rFonts w:ascii="Times New Roman" w:hAnsi="Times New Roman" w:cs="Times New Roman"/>
              </w:rPr>
              <w:t>Holiday Family Culture Night</w:t>
            </w:r>
          </w:p>
        </w:tc>
        <w:tc>
          <w:tcPr>
            <w:tcW w:w="3410" w:type="dxa"/>
          </w:tcPr>
          <w:p w14:paraId="227DB765" w14:textId="19B81283" w:rsidR="001D1A56" w:rsidRPr="0046019C" w:rsidRDefault="00B67467" w:rsidP="00F80803">
            <w:pPr>
              <w:jc w:val="center"/>
              <w:rPr>
                <w:rFonts w:ascii="Times New Roman" w:hAnsi="Times New Roman" w:cs="Times New Roman"/>
                <w:sz w:val="20"/>
                <w:szCs w:val="20"/>
              </w:rPr>
            </w:pPr>
            <w:r w:rsidRPr="0046019C">
              <w:rPr>
                <w:rFonts w:ascii="Times New Roman" w:hAnsi="Times New Roman" w:cs="Times New Roman"/>
                <w:sz w:val="20"/>
                <w:szCs w:val="20"/>
              </w:rPr>
              <w:t xml:space="preserve">Exploring Culture in </w:t>
            </w:r>
            <w:r w:rsidR="0038423F" w:rsidRPr="0046019C">
              <w:rPr>
                <w:rFonts w:ascii="Times New Roman" w:hAnsi="Times New Roman" w:cs="Times New Roman"/>
                <w:sz w:val="20"/>
                <w:szCs w:val="20"/>
              </w:rPr>
              <w:t xml:space="preserve">how different </w:t>
            </w:r>
            <w:r w:rsidR="00157F5E" w:rsidRPr="0046019C">
              <w:rPr>
                <w:rFonts w:ascii="Times New Roman" w:hAnsi="Times New Roman" w:cs="Times New Roman"/>
                <w:sz w:val="20"/>
                <w:szCs w:val="20"/>
              </w:rPr>
              <w:t xml:space="preserve">cultures and countries celebrate </w:t>
            </w:r>
            <w:r w:rsidR="00593752" w:rsidRPr="0046019C">
              <w:rPr>
                <w:rFonts w:ascii="Times New Roman" w:hAnsi="Times New Roman" w:cs="Times New Roman"/>
                <w:sz w:val="20"/>
                <w:szCs w:val="20"/>
              </w:rPr>
              <w:t>Christmas</w:t>
            </w:r>
            <w:r w:rsidR="00157F5E" w:rsidRPr="0046019C">
              <w:rPr>
                <w:rFonts w:ascii="Times New Roman" w:hAnsi="Times New Roman" w:cs="Times New Roman"/>
                <w:sz w:val="20"/>
                <w:szCs w:val="20"/>
              </w:rPr>
              <w:t xml:space="preserve"> </w:t>
            </w:r>
          </w:p>
        </w:tc>
        <w:tc>
          <w:tcPr>
            <w:tcW w:w="2717" w:type="dxa"/>
          </w:tcPr>
          <w:p w14:paraId="38014680" w14:textId="77777777" w:rsidR="00175773" w:rsidRDefault="00175773" w:rsidP="00F80803">
            <w:pPr>
              <w:jc w:val="center"/>
              <w:rPr>
                <w:rFonts w:ascii="Times New Roman" w:hAnsi="Times New Roman" w:cs="Times New Roman"/>
                <w:b/>
                <w:bCs/>
              </w:rPr>
            </w:pPr>
          </w:p>
          <w:p w14:paraId="6915C781" w14:textId="77777777" w:rsidR="001D1A56" w:rsidRDefault="009C19B0" w:rsidP="00F80803">
            <w:pPr>
              <w:jc w:val="center"/>
              <w:rPr>
                <w:rFonts w:ascii="Times New Roman" w:hAnsi="Times New Roman" w:cs="Times New Roman"/>
                <w:b/>
                <w:bCs/>
              </w:rPr>
            </w:pPr>
            <w:r>
              <w:rPr>
                <w:rFonts w:ascii="Times New Roman" w:hAnsi="Times New Roman" w:cs="Times New Roman"/>
                <w:b/>
                <w:bCs/>
              </w:rPr>
              <w:t>December</w:t>
            </w:r>
            <w:r w:rsidR="00E67E11">
              <w:rPr>
                <w:rFonts w:ascii="Times New Roman" w:hAnsi="Times New Roman" w:cs="Times New Roman"/>
                <w:b/>
                <w:bCs/>
              </w:rPr>
              <w:t xml:space="preserve"> 15,</w:t>
            </w:r>
            <w:r w:rsidR="0046019C">
              <w:rPr>
                <w:rFonts w:ascii="Times New Roman" w:hAnsi="Times New Roman" w:cs="Times New Roman"/>
                <w:b/>
                <w:bCs/>
              </w:rPr>
              <w:t xml:space="preserve"> </w:t>
            </w:r>
            <w:r w:rsidR="002C385D">
              <w:rPr>
                <w:rFonts w:ascii="Times New Roman" w:hAnsi="Times New Roman" w:cs="Times New Roman"/>
                <w:b/>
                <w:bCs/>
              </w:rPr>
              <w:t>2026</w:t>
            </w:r>
          </w:p>
          <w:p w14:paraId="4BF16CE4" w14:textId="529D8228" w:rsidR="00B9677F" w:rsidRDefault="00B9677F" w:rsidP="00F80803">
            <w:pPr>
              <w:jc w:val="center"/>
              <w:rPr>
                <w:rFonts w:ascii="Times New Roman" w:hAnsi="Times New Roman" w:cs="Times New Roman"/>
                <w:b/>
                <w:bCs/>
              </w:rPr>
            </w:pPr>
            <w:r>
              <w:rPr>
                <w:rFonts w:ascii="Times New Roman" w:hAnsi="Times New Roman" w:cs="Times New Roman"/>
                <w:b/>
                <w:bCs/>
              </w:rPr>
              <w:t>5:00-7:00pm</w:t>
            </w:r>
          </w:p>
        </w:tc>
      </w:tr>
      <w:tr w:rsidR="001D1A56" w14:paraId="1D666133" w14:textId="77777777" w:rsidTr="006D07DD">
        <w:tc>
          <w:tcPr>
            <w:tcW w:w="2729" w:type="dxa"/>
          </w:tcPr>
          <w:p w14:paraId="6714122E" w14:textId="69388065" w:rsidR="001D1A56" w:rsidRPr="008B4B2D" w:rsidRDefault="0052665A" w:rsidP="00F80803">
            <w:pPr>
              <w:jc w:val="center"/>
              <w:rPr>
                <w:rFonts w:ascii="Times New Roman" w:hAnsi="Times New Roman" w:cs="Times New Roman"/>
              </w:rPr>
            </w:pPr>
            <w:r w:rsidRPr="0052665A">
              <w:rPr>
                <w:rFonts w:ascii="Times New Roman" w:hAnsi="Times New Roman" w:cs="Times New Roman"/>
              </w:rPr>
              <w:t>Part 4 of the Warrior Parent &amp; Family Engagement Academy</w:t>
            </w:r>
          </w:p>
        </w:tc>
        <w:tc>
          <w:tcPr>
            <w:tcW w:w="3410" w:type="dxa"/>
          </w:tcPr>
          <w:p w14:paraId="68DADEF8" w14:textId="77777777" w:rsidR="00D56888" w:rsidRPr="00E568A0" w:rsidRDefault="00D56888" w:rsidP="00624DC6">
            <w:pPr>
              <w:pStyle w:val="ListBullet"/>
              <w:numPr>
                <w:ilvl w:val="0"/>
                <w:numId w:val="0"/>
              </w:numPr>
              <w:tabs>
                <w:tab w:val="num" w:pos="720"/>
              </w:tabs>
              <w:ind w:left="360" w:hanging="360"/>
              <w:rPr>
                <w:rFonts w:ascii="Times New Roman" w:hAnsi="Times New Roman" w:cs="Times New Roman"/>
              </w:rPr>
            </w:pPr>
            <w:r w:rsidRPr="00E568A0">
              <w:rPr>
                <w:rFonts w:ascii="Times New Roman" w:hAnsi="Times New Roman" w:cs="Times New Roman"/>
                <w:b/>
                <w:bCs/>
              </w:rPr>
              <w:t>“Money, College &amp; FAFSA”</w:t>
            </w:r>
          </w:p>
          <w:p w14:paraId="2FA8AC08" w14:textId="77777777" w:rsidR="00D56888" w:rsidRPr="00E568A0" w:rsidRDefault="00D56888" w:rsidP="00D56888">
            <w:pPr>
              <w:pStyle w:val="ListBullet"/>
              <w:tabs>
                <w:tab w:val="clear" w:pos="360"/>
                <w:tab w:val="num" w:pos="1080"/>
              </w:tabs>
              <w:ind w:left="1080"/>
              <w:rPr>
                <w:rFonts w:ascii="Times New Roman" w:hAnsi="Times New Roman" w:cs="Times New Roman"/>
              </w:rPr>
            </w:pPr>
            <w:r w:rsidRPr="00E568A0">
              <w:rPr>
                <w:rFonts w:ascii="Times New Roman" w:hAnsi="Times New Roman" w:cs="Times New Roman"/>
              </w:rPr>
              <w:t>Financial aid</w:t>
            </w:r>
          </w:p>
          <w:p w14:paraId="74DC83DF" w14:textId="77777777" w:rsidR="00D56888" w:rsidRPr="00E568A0" w:rsidRDefault="00D56888" w:rsidP="00D56888">
            <w:pPr>
              <w:pStyle w:val="ListBullet"/>
              <w:tabs>
                <w:tab w:val="clear" w:pos="360"/>
                <w:tab w:val="num" w:pos="1080"/>
              </w:tabs>
              <w:ind w:left="1080"/>
              <w:rPr>
                <w:rFonts w:ascii="Times New Roman" w:hAnsi="Times New Roman" w:cs="Times New Roman"/>
              </w:rPr>
            </w:pPr>
            <w:r w:rsidRPr="00E568A0">
              <w:rPr>
                <w:rFonts w:ascii="Times New Roman" w:hAnsi="Times New Roman" w:cs="Times New Roman"/>
              </w:rPr>
              <w:t>FAFSA</w:t>
            </w:r>
          </w:p>
          <w:p w14:paraId="4ABC0177" w14:textId="77777777" w:rsidR="00D56888" w:rsidRPr="00E568A0" w:rsidRDefault="00D56888" w:rsidP="00D56888">
            <w:pPr>
              <w:pStyle w:val="ListBullet"/>
              <w:tabs>
                <w:tab w:val="clear" w:pos="360"/>
                <w:tab w:val="num" w:pos="1080"/>
              </w:tabs>
              <w:ind w:left="1080"/>
              <w:rPr>
                <w:rFonts w:ascii="Times New Roman" w:hAnsi="Times New Roman" w:cs="Times New Roman"/>
              </w:rPr>
            </w:pPr>
            <w:r w:rsidRPr="00E568A0">
              <w:rPr>
                <w:rFonts w:ascii="Times New Roman" w:hAnsi="Times New Roman" w:cs="Times New Roman"/>
              </w:rPr>
              <w:t>Scholarships</w:t>
            </w:r>
          </w:p>
          <w:p w14:paraId="29910B06" w14:textId="77777777" w:rsidR="00D56888" w:rsidRPr="00E568A0" w:rsidRDefault="00D56888" w:rsidP="00D56888">
            <w:pPr>
              <w:pStyle w:val="ListBullet"/>
              <w:tabs>
                <w:tab w:val="clear" w:pos="360"/>
                <w:tab w:val="num" w:pos="1080"/>
              </w:tabs>
              <w:ind w:left="1080"/>
              <w:rPr>
                <w:rFonts w:ascii="Times New Roman" w:hAnsi="Times New Roman" w:cs="Times New Roman"/>
              </w:rPr>
            </w:pPr>
            <w:r w:rsidRPr="00E568A0">
              <w:rPr>
                <w:rFonts w:ascii="Times New Roman" w:hAnsi="Times New Roman" w:cs="Times New Roman"/>
              </w:rPr>
              <w:t>College planning</w:t>
            </w:r>
          </w:p>
          <w:p w14:paraId="080A5478" w14:textId="77777777" w:rsidR="001D1A56" w:rsidRPr="00E568A0" w:rsidRDefault="001D1A56" w:rsidP="00D56888">
            <w:pPr>
              <w:rPr>
                <w:rFonts w:ascii="Times New Roman" w:hAnsi="Times New Roman" w:cs="Times New Roman"/>
              </w:rPr>
            </w:pPr>
          </w:p>
        </w:tc>
        <w:tc>
          <w:tcPr>
            <w:tcW w:w="2717" w:type="dxa"/>
          </w:tcPr>
          <w:p w14:paraId="7F74ED49" w14:textId="77777777" w:rsidR="001D1A56" w:rsidRDefault="001D1A56" w:rsidP="00F80803">
            <w:pPr>
              <w:jc w:val="center"/>
              <w:rPr>
                <w:rFonts w:ascii="Times New Roman" w:hAnsi="Times New Roman" w:cs="Times New Roman"/>
                <w:b/>
                <w:bCs/>
              </w:rPr>
            </w:pPr>
          </w:p>
          <w:p w14:paraId="39478FB2" w14:textId="77777777" w:rsidR="00DF2B80" w:rsidRDefault="00DF2B80" w:rsidP="00F80803">
            <w:pPr>
              <w:jc w:val="center"/>
              <w:rPr>
                <w:rFonts w:ascii="Times New Roman" w:hAnsi="Times New Roman" w:cs="Times New Roman"/>
                <w:b/>
                <w:bCs/>
              </w:rPr>
            </w:pPr>
          </w:p>
          <w:p w14:paraId="54DFFE82" w14:textId="77777777" w:rsidR="00DF2B80" w:rsidRDefault="00DF2B80" w:rsidP="00F80803">
            <w:pPr>
              <w:jc w:val="center"/>
              <w:rPr>
                <w:rFonts w:ascii="Times New Roman" w:hAnsi="Times New Roman" w:cs="Times New Roman"/>
                <w:b/>
                <w:bCs/>
              </w:rPr>
            </w:pPr>
          </w:p>
          <w:p w14:paraId="6A65054E" w14:textId="77777777" w:rsidR="00DF2B80" w:rsidRDefault="00282727" w:rsidP="00F80803">
            <w:pPr>
              <w:jc w:val="center"/>
              <w:rPr>
                <w:rFonts w:ascii="Times New Roman" w:hAnsi="Times New Roman" w:cs="Times New Roman"/>
                <w:b/>
                <w:bCs/>
              </w:rPr>
            </w:pPr>
            <w:r>
              <w:rPr>
                <w:rFonts w:ascii="Times New Roman" w:hAnsi="Times New Roman" w:cs="Times New Roman"/>
                <w:b/>
                <w:bCs/>
              </w:rPr>
              <w:t xml:space="preserve">January </w:t>
            </w:r>
            <w:r w:rsidR="00B21E27">
              <w:rPr>
                <w:rFonts w:ascii="Times New Roman" w:hAnsi="Times New Roman" w:cs="Times New Roman"/>
                <w:b/>
                <w:bCs/>
              </w:rPr>
              <w:t>19, 2027</w:t>
            </w:r>
          </w:p>
          <w:p w14:paraId="0F572656" w14:textId="2AA86124" w:rsidR="00B9677F" w:rsidRDefault="00B9677F" w:rsidP="00F80803">
            <w:pPr>
              <w:jc w:val="center"/>
              <w:rPr>
                <w:rFonts w:ascii="Times New Roman" w:hAnsi="Times New Roman" w:cs="Times New Roman"/>
                <w:b/>
                <w:bCs/>
              </w:rPr>
            </w:pPr>
            <w:r w:rsidRPr="00B9677F">
              <w:rPr>
                <w:rFonts w:ascii="Times New Roman" w:hAnsi="Times New Roman" w:cs="Times New Roman"/>
                <w:b/>
                <w:bCs/>
              </w:rPr>
              <w:t>5:30pm-6:30pm</w:t>
            </w:r>
          </w:p>
        </w:tc>
      </w:tr>
      <w:tr w:rsidR="001D1A56" w14:paraId="4EF0C651" w14:textId="77777777" w:rsidTr="006D07DD">
        <w:tc>
          <w:tcPr>
            <w:tcW w:w="2729" w:type="dxa"/>
          </w:tcPr>
          <w:p w14:paraId="4B5B1461" w14:textId="77777777" w:rsidR="000A34FD" w:rsidRDefault="000A34FD" w:rsidP="00F80803">
            <w:pPr>
              <w:jc w:val="center"/>
              <w:rPr>
                <w:rFonts w:ascii="Times New Roman" w:hAnsi="Times New Roman" w:cs="Times New Roman"/>
              </w:rPr>
            </w:pPr>
          </w:p>
          <w:p w14:paraId="7BAB9E97" w14:textId="14F663B0" w:rsidR="001D1A56" w:rsidRPr="008B4B2D" w:rsidRDefault="000635E3" w:rsidP="00F80803">
            <w:pPr>
              <w:jc w:val="center"/>
              <w:rPr>
                <w:rFonts w:ascii="Times New Roman" w:hAnsi="Times New Roman" w:cs="Times New Roman"/>
              </w:rPr>
            </w:pPr>
            <w:r w:rsidRPr="000635E3">
              <w:rPr>
                <w:rFonts w:ascii="Times New Roman" w:hAnsi="Times New Roman" w:cs="Times New Roman"/>
              </w:rPr>
              <w:t>Donuts for Dads</w:t>
            </w:r>
          </w:p>
        </w:tc>
        <w:tc>
          <w:tcPr>
            <w:tcW w:w="3410" w:type="dxa"/>
          </w:tcPr>
          <w:p w14:paraId="01F0087C" w14:textId="052E1A8B" w:rsidR="001D1A56" w:rsidRPr="00E568A0" w:rsidRDefault="00913017" w:rsidP="00F80803">
            <w:pPr>
              <w:jc w:val="center"/>
              <w:rPr>
                <w:rFonts w:ascii="Times New Roman" w:hAnsi="Times New Roman" w:cs="Times New Roman"/>
              </w:rPr>
            </w:pPr>
            <w:r w:rsidRPr="00913017">
              <w:rPr>
                <w:rFonts w:ascii="Times New Roman" w:hAnsi="Times New Roman" w:cs="Times New Roman"/>
              </w:rPr>
              <w:t>Fathers and father figures are invited to connect with students and school staff while promoting positive family engagement.</w:t>
            </w:r>
          </w:p>
        </w:tc>
        <w:tc>
          <w:tcPr>
            <w:tcW w:w="2717" w:type="dxa"/>
          </w:tcPr>
          <w:p w14:paraId="70E875F6" w14:textId="77777777" w:rsidR="001D1A56" w:rsidRDefault="001D1A56" w:rsidP="00F80803">
            <w:pPr>
              <w:jc w:val="center"/>
              <w:rPr>
                <w:rFonts w:ascii="Times New Roman" w:hAnsi="Times New Roman" w:cs="Times New Roman"/>
                <w:b/>
                <w:bCs/>
              </w:rPr>
            </w:pPr>
          </w:p>
          <w:p w14:paraId="449BA9F9" w14:textId="77777777" w:rsidR="00913017" w:rsidRDefault="00907369" w:rsidP="00F80803">
            <w:pPr>
              <w:jc w:val="center"/>
              <w:rPr>
                <w:rFonts w:ascii="Times New Roman" w:hAnsi="Times New Roman" w:cs="Times New Roman"/>
                <w:b/>
                <w:bCs/>
              </w:rPr>
            </w:pPr>
            <w:r>
              <w:rPr>
                <w:rFonts w:ascii="Times New Roman" w:hAnsi="Times New Roman" w:cs="Times New Roman"/>
                <w:b/>
                <w:bCs/>
              </w:rPr>
              <w:t xml:space="preserve">February </w:t>
            </w:r>
            <w:r w:rsidR="002A3DE2">
              <w:rPr>
                <w:rFonts w:ascii="Times New Roman" w:hAnsi="Times New Roman" w:cs="Times New Roman"/>
                <w:b/>
                <w:bCs/>
              </w:rPr>
              <w:t>12, 202</w:t>
            </w:r>
            <w:r w:rsidR="00AC02E4">
              <w:rPr>
                <w:rFonts w:ascii="Times New Roman" w:hAnsi="Times New Roman" w:cs="Times New Roman"/>
                <w:b/>
                <w:bCs/>
              </w:rPr>
              <w:t>7</w:t>
            </w:r>
          </w:p>
          <w:p w14:paraId="708239D0" w14:textId="22D49691" w:rsidR="007A7D03" w:rsidRDefault="007A7D03" w:rsidP="00F80803">
            <w:pPr>
              <w:jc w:val="center"/>
              <w:rPr>
                <w:rFonts w:ascii="Times New Roman" w:hAnsi="Times New Roman" w:cs="Times New Roman"/>
                <w:b/>
                <w:bCs/>
              </w:rPr>
            </w:pPr>
            <w:r>
              <w:rPr>
                <w:rFonts w:ascii="Times New Roman" w:hAnsi="Times New Roman" w:cs="Times New Roman"/>
                <w:b/>
                <w:bCs/>
              </w:rPr>
              <w:t>9am-10:30am</w:t>
            </w:r>
          </w:p>
        </w:tc>
      </w:tr>
      <w:tr w:rsidR="001D1A56" w14:paraId="2BF22FE9" w14:textId="77777777" w:rsidTr="006D07DD">
        <w:tc>
          <w:tcPr>
            <w:tcW w:w="2729" w:type="dxa"/>
          </w:tcPr>
          <w:p w14:paraId="03CB002D" w14:textId="77777777" w:rsidR="00320028" w:rsidRDefault="00320028" w:rsidP="00F80803">
            <w:pPr>
              <w:jc w:val="center"/>
              <w:rPr>
                <w:rFonts w:ascii="Times New Roman" w:hAnsi="Times New Roman" w:cs="Times New Roman"/>
              </w:rPr>
            </w:pPr>
          </w:p>
          <w:p w14:paraId="2FF7BFB6" w14:textId="77777777" w:rsidR="00320028" w:rsidRDefault="00320028" w:rsidP="00F80803">
            <w:pPr>
              <w:jc w:val="center"/>
              <w:rPr>
                <w:rFonts w:ascii="Times New Roman" w:hAnsi="Times New Roman" w:cs="Times New Roman"/>
              </w:rPr>
            </w:pPr>
          </w:p>
          <w:p w14:paraId="05F4F59C" w14:textId="1DD282FC" w:rsidR="001D1A56" w:rsidRPr="008B4B2D" w:rsidRDefault="00624DC6" w:rsidP="00F80803">
            <w:pPr>
              <w:jc w:val="center"/>
              <w:rPr>
                <w:rFonts w:ascii="Times New Roman" w:hAnsi="Times New Roman" w:cs="Times New Roman"/>
              </w:rPr>
            </w:pPr>
            <w:r w:rsidRPr="00624DC6">
              <w:rPr>
                <w:rFonts w:ascii="Times New Roman" w:hAnsi="Times New Roman" w:cs="Times New Roman"/>
              </w:rPr>
              <w:t>Part 5 of the Warrior Parent &amp; Family Engagement Academy</w:t>
            </w:r>
          </w:p>
        </w:tc>
        <w:tc>
          <w:tcPr>
            <w:tcW w:w="3410" w:type="dxa"/>
          </w:tcPr>
          <w:p w14:paraId="78D71C6A" w14:textId="77777777" w:rsidR="00624DC6" w:rsidRPr="00624DC6" w:rsidRDefault="00624DC6" w:rsidP="00624DC6">
            <w:pPr>
              <w:rPr>
                <w:rFonts w:ascii="Times New Roman" w:hAnsi="Times New Roman" w:cs="Times New Roman"/>
                <w:b/>
                <w:bCs/>
              </w:rPr>
            </w:pPr>
            <w:r w:rsidRPr="00624DC6">
              <w:rPr>
                <w:rFonts w:ascii="Times New Roman" w:hAnsi="Times New Roman" w:cs="Times New Roman"/>
                <w:b/>
                <w:bCs/>
              </w:rPr>
              <w:t>“Preparing for Life After High School”</w:t>
            </w:r>
          </w:p>
          <w:p w14:paraId="6F69FF1F" w14:textId="77777777" w:rsidR="00624DC6" w:rsidRPr="00624DC6" w:rsidRDefault="00624DC6" w:rsidP="00624DC6">
            <w:pPr>
              <w:pStyle w:val="ListParagraph"/>
              <w:numPr>
                <w:ilvl w:val="0"/>
                <w:numId w:val="14"/>
              </w:numPr>
              <w:rPr>
                <w:rFonts w:ascii="Times New Roman" w:hAnsi="Times New Roman" w:cs="Times New Roman"/>
              </w:rPr>
            </w:pPr>
            <w:r w:rsidRPr="00624DC6">
              <w:rPr>
                <w:rFonts w:ascii="Times New Roman" w:hAnsi="Times New Roman" w:cs="Times New Roman"/>
              </w:rPr>
              <w:t>College</w:t>
            </w:r>
          </w:p>
          <w:p w14:paraId="506D48C3" w14:textId="77777777" w:rsidR="00624DC6" w:rsidRPr="00624DC6" w:rsidRDefault="00624DC6" w:rsidP="00624DC6">
            <w:pPr>
              <w:pStyle w:val="ListParagraph"/>
              <w:numPr>
                <w:ilvl w:val="0"/>
                <w:numId w:val="14"/>
              </w:numPr>
              <w:rPr>
                <w:rFonts w:ascii="Times New Roman" w:hAnsi="Times New Roman" w:cs="Times New Roman"/>
              </w:rPr>
            </w:pPr>
            <w:r w:rsidRPr="00624DC6">
              <w:rPr>
                <w:rFonts w:ascii="Times New Roman" w:hAnsi="Times New Roman" w:cs="Times New Roman"/>
              </w:rPr>
              <w:t>Military</w:t>
            </w:r>
          </w:p>
          <w:p w14:paraId="0B8D4E77" w14:textId="77777777" w:rsidR="00624DC6" w:rsidRPr="00624DC6" w:rsidRDefault="00624DC6" w:rsidP="00624DC6">
            <w:pPr>
              <w:pStyle w:val="ListParagraph"/>
              <w:numPr>
                <w:ilvl w:val="0"/>
                <w:numId w:val="14"/>
              </w:numPr>
              <w:rPr>
                <w:rFonts w:ascii="Times New Roman" w:hAnsi="Times New Roman" w:cs="Times New Roman"/>
              </w:rPr>
            </w:pPr>
            <w:r w:rsidRPr="00624DC6">
              <w:rPr>
                <w:rFonts w:ascii="Times New Roman" w:hAnsi="Times New Roman" w:cs="Times New Roman"/>
              </w:rPr>
              <w:t>Workforce</w:t>
            </w:r>
          </w:p>
          <w:p w14:paraId="4707D4BE" w14:textId="77777777" w:rsidR="00624DC6" w:rsidRPr="00624DC6" w:rsidRDefault="00624DC6" w:rsidP="00624DC6">
            <w:pPr>
              <w:pStyle w:val="ListParagraph"/>
              <w:numPr>
                <w:ilvl w:val="0"/>
                <w:numId w:val="14"/>
              </w:numPr>
              <w:rPr>
                <w:rFonts w:ascii="Times New Roman" w:hAnsi="Times New Roman" w:cs="Times New Roman"/>
              </w:rPr>
            </w:pPr>
            <w:r w:rsidRPr="00624DC6">
              <w:rPr>
                <w:rFonts w:ascii="Times New Roman" w:hAnsi="Times New Roman" w:cs="Times New Roman"/>
              </w:rPr>
              <w:t>Technical education</w:t>
            </w:r>
          </w:p>
          <w:p w14:paraId="217F0F88" w14:textId="127948A1" w:rsidR="001D1A56" w:rsidRPr="00624DC6" w:rsidRDefault="00624DC6" w:rsidP="00624DC6">
            <w:pPr>
              <w:pStyle w:val="ListParagraph"/>
              <w:numPr>
                <w:ilvl w:val="0"/>
                <w:numId w:val="14"/>
              </w:numPr>
              <w:rPr>
                <w:rFonts w:ascii="Times New Roman" w:hAnsi="Times New Roman" w:cs="Times New Roman"/>
              </w:rPr>
            </w:pPr>
            <w:r w:rsidRPr="00624DC6">
              <w:rPr>
                <w:rFonts w:ascii="Times New Roman" w:hAnsi="Times New Roman" w:cs="Times New Roman"/>
              </w:rPr>
              <w:t>Certifications</w:t>
            </w:r>
          </w:p>
        </w:tc>
        <w:tc>
          <w:tcPr>
            <w:tcW w:w="2717" w:type="dxa"/>
          </w:tcPr>
          <w:p w14:paraId="6B6D0036" w14:textId="77777777" w:rsidR="001D1A56" w:rsidRDefault="001D1A56" w:rsidP="00F80803">
            <w:pPr>
              <w:jc w:val="center"/>
              <w:rPr>
                <w:rFonts w:ascii="Times New Roman" w:hAnsi="Times New Roman" w:cs="Times New Roman"/>
                <w:b/>
                <w:bCs/>
              </w:rPr>
            </w:pPr>
          </w:p>
          <w:p w14:paraId="654A7FA8" w14:textId="77777777" w:rsidR="00691EB5" w:rsidRDefault="00691EB5" w:rsidP="00F80803">
            <w:pPr>
              <w:jc w:val="center"/>
              <w:rPr>
                <w:rFonts w:ascii="Times New Roman" w:hAnsi="Times New Roman" w:cs="Times New Roman"/>
                <w:b/>
                <w:bCs/>
              </w:rPr>
            </w:pPr>
          </w:p>
          <w:p w14:paraId="687E9B03" w14:textId="77777777" w:rsidR="00691EB5" w:rsidRDefault="00691EB5" w:rsidP="00F80803">
            <w:pPr>
              <w:jc w:val="center"/>
              <w:rPr>
                <w:rFonts w:ascii="Times New Roman" w:hAnsi="Times New Roman" w:cs="Times New Roman"/>
                <w:b/>
                <w:bCs/>
              </w:rPr>
            </w:pPr>
          </w:p>
          <w:p w14:paraId="58770D3E" w14:textId="77777777" w:rsidR="00691EB5" w:rsidRDefault="00C3534D" w:rsidP="00F80803">
            <w:pPr>
              <w:jc w:val="center"/>
              <w:rPr>
                <w:rFonts w:ascii="Times New Roman" w:hAnsi="Times New Roman" w:cs="Times New Roman"/>
                <w:b/>
                <w:bCs/>
              </w:rPr>
            </w:pPr>
            <w:r>
              <w:rPr>
                <w:rFonts w:ascii="Times New Roman" w:hAnsi="Times New Roman" w:cs="Times New Roman"/>
                <w:b/>
                <w:bCs/>
              </w:rPr>
              <w:t xml:space="preserve">March </w:t>
            </w:r>
            <w:r w:rsidR="00AC02E4">
              <w:rPr>
                <w:rFonts w:ascii="Times New Roman" w:hAnsi="Times New Roman" w:cs="Times New Roman"/>
                <w:b/>
                <w:bCs/>
              </w:rPr>
              <w:t>16, 2027</w:t>
            </w:r>
          </w:p>
          <w:p w14:paraId="22838E2E" w14:textId="744E684F" w:rsidR="00B9677F" w:rsidRDefault="00B9677F" w:rsidP="00F80803">
            <w:pPr>
              <w:jc w:val="center"/>
              <w:rPr>
                <w:rFonts w:ascii="Times New Roman" w:hAnsi="Times New Roman" w:cs="Times New Roman"/>
                <w:b/>
                <w:bCs/>
              </w:rPr>
            </w:pPr>
            <w:r w:rsidRPr="00B9677F">
              <w:rPr>
                <w:rFonts w:ascii="Times New Roman" w:hAnsi="Times New Roman" w:cs="Times New Roman"/>
                <w:b/>
                <w:bCs/>
              </w:rPr>
              <w:t>5:30pm-6:30pm</w:t>
            </w:r>
          </w:p>
        </w:tc>
      </w:tr>
      <w:tr w:rsidR="001D1A56" w14:paraId="6814AD72" w14:textId="77777777" w:rsidTr="006D07DD">
        <w:tc>
          <w:tcPr>
            <w:tcW w:w="2729" w:type="dxa"/>
          </w:tcPr>
          <w:p w14:paraId="0524D624" w14:textId="44DE218F" w:rsidR="001D1A56" w:rsidRPr="008B4B2D" w:rsidRDefault="009E0FFC" w:rsidP="00F80803">
            <w:pPr>
              <w:jc w:val="center"/>
              <w:rPr>
                <w:rFonts w:ascii="Times New Roman" w:hAnsi="Times New Roman" w:cs="Times New Roman"/>
              </w:rPr>
            </w:pPr>
            <w:r w:rsidRPr="009E0FFC">
              <w:rPr>
                <w:rFonts w:ascii="Times New Roman" w:hAnsi="Times New Roman" w:cs="Times New Roman"/>
              </w:rPr>
              <w:t>Spring Family Festival (Spring Fest)</w:t>
            </w:r>
          </w:p>
        </w:tc>
        <w:tc>
          <w:tcPr>
            <w:tcW w:w="3410" w:type="dxa"/>
          </w:tcPr>
          <w:p w14:paraId="7137C40B" w14:textId="4C860594" w:rsidR="001D1A56" w:rsidRPr="00E568A0" w:rsidRDefault="00F11D16" w:rsidP="00F80803">
            <w:pPr>
              <w:jc w:val="center"/>
              <w:rPr>
                <w:rFonts w:ascii="Times New Roman" w:hAnsi="Times New Roman" w:cs="Times New Roman"/>
              </w:rPr>
            </w:pPr>
            <w:r w:rsidRPr="00F11D16">
              <w:rPr>
                <w:rFonts w:ascii="Times New Roman" w:hAnsi="Times New Roman" w:cs="Times New Roman"/>
              </w:rPr>
              <w:t>Family fun event featuring student showcases, community resources, academic enrichment activities, and school-community partnerships</w:t>
            </w:r>
          </w:p>
        </w:tc>
        <w:tc>
          <w:tcPr>
            <w:tcW w:w="2717" w:type="dxa"/>
          </w:tcPr>
          <w:p w14:paraId="14025521" w14:textId="77777777" w:rsidR="001D1A56" w:rsidRDefault="001D1A56" w:rsidP="00F80803">
            <w:pPr>
              <w:jc w:val="center"/>
              <w:rPr>
                <w:rFonts w:ascii="Times New Roman" w:hAnsi="Times New Roman" w:cs="Times New Roman"/>
                <w:b/>
                <w:bCs/>
              </w:rPr>
            </w:pPr>
          </w:p>
          <w:p w14:paraId="1BF3615A" w14:textId="77777777" w:rsidR="00F11D16" w:rsidRDefault="002B3F38" w:rsidP="00F80803">
            <w:pPr>
              <w:jc w:val="center"/>
              <w:rPr>
                <w:rFonts w:ascii="Times New Roman" w:hAnsi="Times New Roman" w:cs="Times New Roman"/>
                <w:b/>
                <w:bCs/>
              </w:rPr>
            </w:pPr>
            <w:r>
              <w:rPr>
                <w:rFonts w:ascii="Times New Roman" w:hAnsi="Times New Roman" w:cs="Times New Roman"/>
                <w:b/>
                <w:bCs/>
              </w:rPr>
              <w:t xml:space="preserve">April </w:t>
            </w:r>
            <w:r w:rsidR="00D562D0">
              <w:rPr>
                <w:rFonts w:ascii="Times New Roman" w:hAnsi="Times New Roman" w:cs="Times New Roman"/>
                <w:b/>
                <w:bCs/>
              </w:rPr>
              <w:t>7, 2027</w:t>
            </w:r>
          </w:p>
          <w:p w14:paraId="0368D735" w14:textId="62EA721D" w:rsidR="007A7D03" w:rsidRDefault="007A7D03" w:rsidP="00F80803">
            <w:pPr>
              <w:jc w:val="center"/>
              <w:rPr>
                <w:rFonts w:ascii="Times New Roman" w:hAnsi="Times New Roman" w:cs="Times New Roman"/>
                <w:b/>
                <w:bCs/>
              </w:rPr>
            </w:pPr>
            <w:r>
              <w:rPr>
                <w:rFonts w:ascii="Times New Roman" w:hAnsi="Times New Roman" w:cs="Times New Roman"/>
                <w:b/>
                <w:bCs/>
              </w:rPr>
              <w:t>5:00-7:00pm</w:t>
            </w:r>
          </w:p>
        </w:tc>
      </w:tr>
      <w:tr w:rsidR="001D1A56" w14:paraId="7DFEAD46" w14:textId="77777777" w:rsidTr="006D07DD">
        <w:tc>
          <w:tcPr>
            <w:tcW w:w="2729" w:type="dxa"/>
          </w:tcPr>
          <w:p w14:paraId="7C4EDA28" w14:textId="113BBF1A" w:rsidR="001D1A56" w:rsidRPr="007247BB" w:rsidRDefault="002A682D" w:rsidP="00F80803">
            <w:pPr>
              <w:jc w:val="center"/>
              <w:rPr>
                <w:rFonts w:ascii="Times New Roman" w:hAnsi="Times New Roman" w:cs="Times New Roman"/>
              </w:rPr>
            </w:pPr>
            <w:r w:rsidRPr="007247BB">
              <w:rPr>
                <w:rFonts w:ascii="Times New Roman" w:hAnsi="Times New Roman" w:cs="Times New Roman"/>
              </w:rPr>
              <w:t>“Warrior WILLED Celebration”</w:t>
            </w:r>
          </w:p>
        </w:tc>
        <w:tc>
          <w:tcPr>
            <w:tcW w:w="3410" w:type="dxa"/>
          </w:tcPr>
          <w:p w14:paraId="46671B85" w14:textId="77777777" w:rsidR="003C3636" w:rsidRPr="003C3636" w:rsidRDefault="003C3636" w:rsidP="003C3636">
            <w:pPr>
              <w:jc w:val="center"/>
              <w:rPr>
                <w:rFonts w:ascii="Times New Roman" w:hAnsi="Times New Roman" w:cs="Times New Roman"/>
              </w:rPr>
            </w:pPr>
            <w:r w:rsidRPr="003C3636">
              <w:rPr>
                <w:rFonts w:ascii="Times New Roman" w:hAnsi="Times New Roman" w:cs="Times New Roman"/>
              </w:rPr>
              <w:t>Families celebrate student accomplishments.</w:t>
            </w:r>
          </w:p>
          <w:p w14:paraId="78143860" w14:textId="60918F41" w:rsidR="001D1A56" w:rsidRPr="00E568A0" w:rsidRDefault="003C3636" w:rsidP="003C3636">
            <w:pPr>
              <w:jc w:val="center"/>
              <w:rPr>
                <w:rFonts w:ascii="Times New Roman" w:hAnsi="Times New Roman" w:cs="Times New Roman"/>
              </w:rPr>
            </w:pPr>
            <w:r w:rsidRPr="003C3636">
              <w:rPr>
                <w:rFonts w:ascii="Times New Roman" w:hAnsi="Times New Roman" w:cs="Times New Roman"/>
              </w:rPr>
              <w:t>SCDE’s Title I guidance requires schools to provide meaningful parent engagement opportunities, including an annual meeting and flexible opportunities for families to participate. </w:t>
            </w:r>
          </w:p>
        </w:tc>
        <w:tc>
          <w:tcPr>
            <w:tcW w:w="2717" w:type="dxa"/>
          </w:tcPr>
          <w:p w14:paraId="4917791A" w14:textId="77777777" w:rsidR="001D1A56" w:rsidRDefault="001D1A56" w:rsidP="00F80803">
            <w:pPr>
              <w:jc w:val="center"/>
              <w:rPr>
                <w:rFonts w:ascii="Times New Roman" w:hAnsi="Times New Roman" w:cs="Times New Roman"/>
                <w:b/>
                <w:bCs/>
              </w:rPr>
            </w:pPr>
          </w:p>
          <w:p w14:paraId="6C191CE1" w14:textId="77777777" w:rsidR="003C3636" w:rsidRDefault="003C3636" w:rsidP="00F80803">
            <w:pPr>
              <w:jc w:val="center"/>
              <w:rPr>
                <w:rFonts w:ascii="Times New Roman" w:hAnsi="Times New Roman" w:cs="Times New Roman"/>
                <w:b/>
                <w:bCs/>
              </w:rPr>
            </w:pPr>
          </w:p>
          <w:p w14:paraId="336C57B3" w14:textId="77777777" w:rsidR="003C3636" w:rsidRDefault="003C3636" w:rsidP="00F80803">
            <w:pPr>
              <w:jc w:val="center"/>
              <w:rPr>
                <w:rFonts w:ascii="Times New Roman" w:hAnsi="Times New Roman" w:cs="Times New Roman"/>
                <w:b/>
                <w:bCs/>
              </w:rPr>
            </w:pPr>
          </w:p>
          <w:p w14:paraId="28F7D2C6" w14:textId="77777777" w:rsidR="003C3636" w:rsidRDefault="003C3636" w:rsidP="00F80803">
            <w:pPr>
              <w:jc w:val="center"/>
              <w:rPr>
                <w:rFonts w:ascii="Times New Roman" w:hAnsi="Times New Roman" w:cs="Times New Roman"/>
                <w:b/>
                <w:bCs/>
              </w:rPr>
            </w:pPr>
            <w:r>
              <w:rPr>
                <w:rFonts w:ascii="Times New Roman" w:hAnsi="Times New Roman" w:cs="Times New Roman"/>
                <w:b/>
                <w:bCs/>
              </w:rPr>
              <w:t>May</w:t>
            </w:r>
            <w:r w:rsidR="002657B1">
              <w:rPr>
                <w:rFonts w:ascii="Times New Roman" w:hAnsi="Times New Roman" w:cs="Times New Roman"/>
                <w:b/>
                <w:bCs/>
              </w:rPr>
              <w:t xml:space="preserve"> 5, 2027</w:t>
            </w:r>
          </w:p>
          <w:p w14:paraId="3AC3A0DA" w14:textId="465DB8D7" w:rsidR="00B9677F" w:rsidRDefault="00B9677F" w:rsidP="00F80803">
            <w:pPr>
              <w:jc w:val="center"/>
              <w:rPr>
                <w:rFonts w:ascii="Times New Roman" w:hAnsi="Times New Roman" w:cs="Times New Roman"/>
                <w:b/>
                <w:bCs/>
              </w:rPr>
            </w:pPr>
            <w:r>
              <w:rPr>
                <w:rFonts w:ascii="Times New Roman" w:hAnsi="Times New Roman" w:cs="Times New Roman"/>
                <w:b/>
                <w:bCs/>
              </w:rPr>
              <w:t>5:30pm-6:30pm</w:t>
            </w:r>
          </w:p>
        </w:tc>
      </w:tr>
      <w:tr w:rsidR="001D1A56" w14:paraId="485C34C9" w14:textId="77777777" w:rsidTr="006D07DD">
        <w:tc>
          <w:tcPr>
            <w:tcW w:w="2729" w:type="dxa"/>
          </w:tcPr>
          <w:p w14:paraId="2E4A4DB8" w14:textId="77777777" w:rsidR="001D1A56" w:rsidRPr="008B4B2D" w:rsidRDefault="001D1A56" w:rsidP="00F80803">
            <w:pPr>
              <w:jc w:val="center"/>
              <w:rPr>
                <w:rFonts w:ascii="Times New Roman" w:hAnsi="Times New Roman" w:cs="Times New Roman"/>
              </w:rPr>
            </w:pPr>
          </w:p>
        </w:tc>
        <w:tc>
          <w:tcPr>
            <w:tcW w:w="3410" w:type="dxa"/>
          </w:tcPr>
          <w:p w14:paraId="739445E9" w14:textId="77777777" w:rsidR="001D1A56" w:rsidRPr="00E568A0" w:rsidRDefault="001D1A56" w:rsidP="00F80803">
            <w:pPr>
              <w:jc w:val="center"/>
              <w:rPr>
                <w:rFonts w:ascii="Times New Roman" w:hAnsi="Times New Roman" w:cs="Times New Roman"/>
              </w:rPr>
            </w:pPr>
          </w:p>
        </w:tc>
        <w:tc>
          <w:tcPr>
            <w:tcW w:w="2717" w:type="dxa"/>
          </w:tcPr>
          <w:p w14:paraId="1A4AF315" w14:textId="77777777" w:rsidR="001D1A56" w:rsidRDefault="001D1A56" w:rsidP="00BF1A6A">
            <w:pPr>
              <w:rPr>
                <w:rFonts w:ascii="Times New Roman" w:hAnsi="Times New Roman" w:cs="Times New Roman"/>
                <w:b/>
                <w:bCs/>
              </w:rPr>
            </w:pPr>
          </w:p>
        </w:tc>
      </w:tr>
    </w:tbl>
    <w:p w14:paraId="70F41797" w14:textId="70F7D0AC" w:rsidR="003E0F6D" w:rsidRPr="00E568A0" w:rsidRDefault="003E0F6D" w:rsidP="00E568A0"/>
    <w:p w14:paraId="4447CAF9" w14:textId="201B2B32" w:rsidR="003E0F6D" w:rsidRPr="00E568A0" w:rsidRDefault="00000000" w:rsidP="00E568A0">
      <w:pPr>
        <w:rPr>
          <w:b/>
          <w:bCs/>
        </w:rPr>
      </w:pPr>
      <w:r w:rsidRPr="00E568A0">
        <w:rPr>
          <w:b/>
          <w:bCs/>
        </w:rPr>
        <w:t>Title I Family Engagement Goal</w:t>
      </w:r>
    </w:p>
    <w:p w14:paraId="11429CC9" w14:textId="77777777" w:rsidR="003E0F6D" w:rsidRDefault="00000000">
      <w:pPr>
        <w:rPr>
          <w:rFonts w:ascii="Times New Roman" w:hAnsi="Times New Roman" w:cs="Times New Roman"/>
        </w:rPr>
      </w:pPr>
      <w:r w:rsidRPr="00E568A0">
        <w:rPr>
          <w:rFonts w:ascii="Times New Roman" w:hAnsi="Times New Roman" w:cs="Times New Roman"/>
        </w:rPr>
        <w:t>To strengthen the partnership between home, school, and community by providing meaningful opportunities for families to engage in their child's academic, social, and emotional development, ensuring every student has the support needed to succeed.</w:t>
      </w:r>
    </w:p>
    <w:p w14:paraId="7DF14296" w14:textId="77777777" w:rsidR="0035293A" w:rsidRDefault="0035293A">
      <w:pPr>
        <w:rPr>
          <w:rFonts w:ascii="Times New Roman" w:hAnsi="Times New Roman" w:cs="Times New Roman"/>
        </w:rPr>
      </w:pPr>
    </w:p>
    <w:p w14:paraId="7836CF07" w14:textId="77777777" w:rsidR="0035293A" w:rsidRDefault="0035293A">
      <w:pPr>
        <w:rPr>
          <w:rFonts w:ascii="Times New Roman" w:hAnsi="Times New Roman" w:cs="Times New Roman"/>
        </w:rPr>
      </w:pPr>
    </w:p>
    <w:p w14:paraId="4E970357" w14:textId="77777777" w:rsidR="0035293A" w:rsidRDefault="0035293A">
      <w:pPr>
        <w:rPr>
          <w:rFonts w:ascii="Times New Roman" w:hAnsi="Times New Roman" w:cs="Times New Roman"/>
        </w:rPr>
      </w:pPr>
    </w:p>
    <w:p w14:paraId="51DB70D3" w14:textId="77777777" w:rsidR="0035293A" w:rsidRPr="0035293A" w:rsidRDefault="0035293A" w:rsidP="0035293A">
      <w:pPr>
        <w:rPr>
          <w:rFonts w:ascii="Times New Roman" w:hAnsi="Times New Roman" w:cs="Times New Roman"/>
        </w:rPr>
      </w:pPr>
      <w:r w:rsidRPr="0035293A">
        <w:rPr>
          <w:rFonts w:ascii="Times New Roman" w:hAnsi="Times New Roman" w:cs="Times New Roman"/>
        </w:rPr>
        <w:t>School Improvement Council</w:t>
      </w:r>
    </w:p>
    <w:p w14:paraId="6A8434B4" w14:textId="77777777" w:rsidR="0035293A" w:rsidRPr="0035293A" w:rsidRDefault="0035293A" w:rsidP="0035293A">
      <w:pPr>
        <w:rPr>
          <w:rFonts w:ascii="Times New Roman" w:hAnsi="Times New Roman" w:cs="Times New Roman"/>
        </w:rPr>
      </w:pPr>
      <w:r w:rsidRPr="0035293A">
        <w:rPr>
          <w:rFonts w:ascii="Times New Roman" w:hAnsi="Times New Roman" w:cs="Times New Roman"/>
        </w:rPr>
        <w:t xml:space="preserve">Whale Branch Early College </w:t>
      </w:r>
    </w:p>
    <w:p w14:paraId="6CE6C65D" w14:textId="77777777" w:rsidR="0035293A" w:rsidRPr="0035293A" w:rsidRDefault="0035293A" w:rsidP="0035293A">
      <w:pPr>
        <w:rPr>
          <w:rFonts w:ascii="Times New Roman" w:hAnsi="Times New Roman" w:cs="Times New Roman"/>
        </w:rPr>
      </w:pPr>
      <w:r w:rsidRPr="0035293A">
        <w:rPr>
          <w:rFonts w:ascii="Times New Roman" w:hAnsi="Times New Roman" w:cs="Times New Roman"/>
        </w:rPr>
        <w:t>High School</w:t>
      </w:r>
    </w:p>
    <w:p w14:paraId="6C54C9FB" w14:textId="77777777" w:rsidR="0035293A" w:rsidRPr="0035293A" w:rsidRDefault="0035293A" w:rsidP="0035293A">
      <w:pPr>
        <w:rPr>
          <w:rFonts w:ascii="Times New Roman" w:hAnsi="Times New Roman" w:cs="Times New Roman"/>
        </w:rPr>
      </w:pPr>
      <w:r w:rsidRPr="0035293A">
        <w:rPr>
          <w:rFonts w:ascii="Times New Roman" w:hAnsi="Times New Roman" w:cs="Times New Roman"/>
        </w:rPr>
        <w:t>5:30 pm - 6:30 pm</w:t>
      </w:r>
    </w:p>
    <w:p w14:paraId="0BD5871E" w14:textId="77777777" w:rsidR="0035293A" w:rsidRPr="0035293A" w:rsidRDefault="0035293A" w:rsidP="0035293A">
      <w:pPr>
        <w:rPr>
          <w:rFonts w:ascii="Times New Roman" w:hAnsi="Times New Roman" w:cs="Times New Roman"/>
        </w:rPr>
      </w:pPr>
      <w:r w:rsidRPr="0035293A">
        <w:rPr>
          <w:rFonts w:ascii="Times New Roman" w:hAnsi="Times New Roman" w:cs="Times New Roman"/>
          <w:b/>
          <w:bCs/>
        </w:rPr>
        <w:t>Meetings</w:t>
      </w:r>
    </w:p>
    <w:p w14:paraId="19AD30CA" w14:textId="77777777" w:rsidR="0035293A" w:rsidRPr="0035293A" w:rsidRDefault="0035293A" w:rsidP="0035293A">
      <w:pPr>
        <w:rPr>
          <w:rFonts w:ascii="Times New Roman" w:hAnsi="Times New Roman" w:cs="Times New Roman"/>
        </w:rPr>
      </w:pPr>
      <w:r w:rsidRPr="0035293A">
        <w:rPr>
          <w:rFonts w:ascii="Times New Roman" w:hAnsi="Times New Roman" w:cs="Times New Roman"/>
        </w:rPr>
        <w:t>Proud To Be Title One Schools</w:t>
      </w:r>
    </w:p>
    <w:p w14:paraId="24357347" w14:textId="77777777" w:rsidR="0035293A" w:rsidRPr="0035293A" w:rsidRDefault="0035293A" w:rsidP="0035293A">
      <w:pPr>
        <w:rPr>
          <w:rFonts w:ascii="Times New Roman" w:hAnsi="Times New Roman" w:cs="Times New Roman"/>
        </w:rPr>
      </w:pPr>
      <w:r w:rsidRPr="0035293A">
        <w:rPr>
          <w:rFonts w:ascii="Times New Roman" w:hAnsi="Times New Roman" w:cs="Times New Roman"/>
        </w:rPr>
        <w:t>2026 - 2027</w:t>
      </w:r>
    </w:p>
    <w:p w14:paraId="31941F9E" w14:textId="77777777" w:rsidR="0035293A" w:rsidRPr="0035293A" w:rsidRDefault="0035293A" w:rsidP="0035293A">
      <w:pPr>
        <w:numPr>
          <w:ilvl w:val="0"/>
          <w:numId w:val="15"/>
        </w:numPr>
        <w:rPr>
          <w:rFonts w:ascii="Times New Roman" w:hAnsi="Times New Roman" w:cs="Times New Roman"/>
        </w:rPr>
      </w:pPr>
      <w:r w:rsidRPr="0035293A">
        <w:rPr>
          <w:rFonts w:ascii="Times New Roman" w:hAnsi="Times New Roman" w:cs="Times New Roman"/>
        </w:rPr>
        <w:t>Wednesday, September 3</w:t>
      </w:r>
      <w:r w:rsidRPr="0035293A">
        <w:rPr>
          <w:rFonts w:ascii="Times New Roman" w:hAnsi="Times New Roman" w:cs="Times New Roman"/>
          <w:vertAlign w:val="superscript"/>
        </w:rPr>
        <w:t>rd</w:t>
      </w:r>
      <w:r w:rsidRPr="0035293A">
        <w:rPr>
          <w:rFonts w:ascii="Times New Roman" w:hAnsi="Times New Roman" w:cs="Times New Roman"/>
        </w:rPr>
        <w:t xml:space="preserve"> - WBECHS</w:t>
      </w:r>
    </w:p>
    <w:p w14:paraId="1A8DCC6A" w14:textId="77777777" w:rsidR="0035293A" w:rsidRPr="0035293A" w:rsidRDefault="0035293A" w:rsidP="0035293A">
      <w:pPr>
        <w:numPr>
          <w:ilvl w:val="0"/>
          <w:numId w:val="15"/>
        </w:numPr>
        <w:rPr>
          <w:rFonts w:ascii="Times New Roman" w:hAnsi="Times New Roman" w:cs="Times New Roman"/>
        </w:rPr>
      </w:pPr>
      <w:r w:rsidRPr="0035293A">
        <w:rPr>
          <w:rFonts w:ascii="Times New Roman" w:hAnsi="Times New Roman" w:cs="Times New Roman"/>
        </w:rPr>
        <w:t>Wednesday, October 14th - WBECHS</w:t>
      </w:r>
    </w:p>
    <w:p w14:paraId="4CE7B415" w14:textId="77777777" w:rsidR="0035293A" w:rsidRPr="0035293A" w:rsidRDefault="0035293A" w:rsidP="0035293A">
      <w:pPr>
        <w:numPr>
          <w:ilvl w:val="0"/>
          <w:numId w:val="15"/>
        </w:numPr>
        <w:rPr>
          <w:rFonts w:ascii="Times New Roman" w:hAnsi="Times New Roman" w:cs="Times New Roman"/>
        </w:rPr>
      </w:pPr>
      <w:r w:rsidRPr="0035293A">
        <w:rPr>
          <w:rFonts w:ascii="Times New Roman" w:hAnsi="Times New Roman" w:cs="Times New Roman"/>
        </w:rPr>
        <w:t>Wednesday, November 4</w:t>
      </w:r>
      <w:r w:rsidRPr="0035293A">
        <w:rPr>
          <w:rFonts w:ascii="Times New Roman" w:hAnsi="Times New Roman" w:cs="Times New Roman"/>
          <w:vertAlign w:val="superscript"/>
        </w:rPr>
        <w:t>th</w:t>
      </w:r>
      <w:r w:rsidRPr="0035293A">
        <w:rPr>
          <w:rFonts w:ascii="Times New Roman" w:hAnsi="Times New Roman" w:cs="Times New Roman"/>
        </w:rPr>
        <w:t xml:space="preserve"> - WBECHS</w:t>
      </w:r>
    </w:p>
    <w:p w14:paraId="6FF45E98" w14:textId="77777777" w:rsidR="0035293A" w:rsidRPr="0035293A" w:rsidRDefault="0035293A" w:rsidP="0035293A">
      <w:pPr>
        <w:numPr>
          <w:ilvl w:val="0"/>
          <w:numId w:val="15"/>
        </w:numPr>
        <w:rPr>
          <w:rFonts w:ascii="Times New Roman" w:hAnsi="Times New Roman" w:cs="Times New Roman"/>
        </w:rPr>
      </w:pPr>
      <w:r w:rsidRPr="0035293A">
        <w:rPr>
          <w:rFonts w:ascii="Times New Roman" w:hAnsi="Times New Roman" w:cs="Times New Roman"/>
        </w:rPr>
        <w:t>Wednesday, January 13</w:t>
      </w:r>
      <w:r w:rsidRPr="0035293A">
        <w:rPr>
          <w:rFonts w:ascii="Times New Roman" w:hAnsi="Times New Roman" w:cs="Times New Roman"/>
          <w:vertAlign w:val="superscript"/>
        </w:rPr>
        <w:t>th</w:t>
      </w:r>
      <w:r w:rsidRPr="0035293A">
        <w:rPr>
          <w:rFonts w:ascii="Times New Roman" w:hAnsi="Times New Roman" w:cs="Times New Roman"/>
        </w:rPr>
        <w:t xml:space="preserve"> - WBECHS</w:t>
      </w:r>
    </w:p>
    <w:p w14:paraId="0CDDECAD" w14:textId="77777777" w:rsidR="0035293A" w:rsidRPr="0035293A" w:rsidRDefault="0035293A" w:rsidP="0035293A">
      <w:pPr>
        <w:numPr>
          <w:ilvl w:val="0"/>
          <w:numId w:val="15"/>
        </w:numPr>
        <w:rPr>
          <w:rFonts w:ascii="Times New Roman" w:hAnsi="Times New Roman" w:cs="Times New Roman"/>
        </w:rPr>
      </w:pPr>
      <w:r w:rsidRPr="0035293A">
        <w:rPr>
          <w:rFonts w:ascii="Times New Roman" w:hAnsi="Times New Roman" w:cs="Times New Roman"/>
        </w:rPr>
        <w:t>Wednesday, February 10</w:t>
      </w:r>
      <w:r w:rsidRPr="0035293A">
        <w:rPr>
          <w:rFonts w:ascii="Times New Roman" w:hAnsi="Times New Roman" w:cs="Times New Roman"/>
          <w:vertAlign w:val="superscript"/>
        </w:rPr>
        <w:t>th</w:t>
      </w:r>
      <w:r w:rsidRPr="0035293A">
        <w:rPr>
          <w:rFonts w:ascii="Times New Roman" w:hAnsi="Times New Roman" w:cs="Times New Roman"/>
        </w:rPr>
        <w:t xml:space="preserve"> - WBECHS</w:t>
      </w:r>
    </w:p>
    <w:p w14:paraId="38CD5B46" w14:textId="77777777" w:rsidR="0035293A" w:rsidRPr="0035293A" w:rsidRDefault="0035293A" w:rsidP="0035293A">
      <w:pPr>
        <w:numPr>
          <w:ilvl w:val="0"/>
          <w:numId w:val="15"/>
        </w:numPr>
        <w:rPr>
          <w:rFonts w:ascii="Times New Roman" w:hAnsi="Times New Roman" w:cs="Times New Roman"/>
        </w:rPr>
      </w:pPr>
      <w:r w:rsidRPr="0035293A">
        <w:rPr>
          <w:rFonts w:ascii="Times New Roman" w:hAnsi="Times New Roman" w:cs="Times New Roman"/>
        </w:rPr>
        <w:t>Wednesday, March 3rd - WBECHS</w:t>
      </w:r>
    </w:p>
    <w:p w14:paraId="39336FA3" w14:textId="77777777" w:rsidR="0035293A" w:rsidRPr="0035293A" w:rsidRDefault="0035293A" w:rsidP="0035293A">
      <w:pPr>
        <w:numPr>
          <w:ilvl w:val="0"/>
          <w:numId w:val="15"/>
        </w:numPr>
        <w:rPr>
          <w:rFonts w:ascii="Times New Roman" w:hAnsi="Times New Roman" w:cs="Times New Roman"/>
        </w:rPr>
      </w:pPr>
      <w:r w:rsidRPr="0035293A">
        <w:rPr>
          <w:rFonts w:ascii="Times New Roman" w:hAnsi="Times New Roman" w:cs="Times New Roman"/>
        </w:rPr>
        <w:t>Wednesday, April 7th - WBECHS</w:t>
      </w:r>
    </w:p>
    <w:p w14:paraId="054E8694" w14:textId="77777777" w:rsidR="0035293A" w:rsidRPr="0035293A" w:rsidRDefault="0035293A" w:rsidP="0035293A">
      <w:pPr>
        <w:numPr>
          <w:ilvl w:val="0"/>
          <w:numId w:val="15"/>
        </w:numPr>
        <w:rPr>
          <w:rFonts w:ascii="Times New Roman" w:hAnsi="Times New Roman" w:cs="Times New Roman"/>
        </w:rPr>
      </w:pPr>
      <w:r w:rsidRPr="0035293A">
        <w:rPr>
          <w:rFonts w:ascii="Times New Roman" w:hAnsi="Times New Roman" w:cs="Times New Roman"/>
        </w:rPr>
        <w:t>Wednesday, May 5</w:t>
      </w:r>
      <w:r w:rsidRPr="0035293A">
        <w:rPr>
          <w:rFonts w:ascii="Times New Roman" w:hAnsi="Times New Roman" w:cs="Times New Roman"/>
          <w:vertAlign w:val="superscript"/>
        </w:rPr>
        <w:t>th</w:t>
      </w:r>
      <w:r w:rsidRPr="0035293A">
        <w:rPr>
          <w:rFonts w:ascii="Times New Roman" w:hAnsi="Times New Roman" w:cs="Times New Roman"/>
        </w:rPr>
        <w:t xml:space="preserve"> - WBECHS </w:t>
      </w:r>
    </w:p>
    <w:p w14:paraId="308D7E62" w14:textId="77777777" w:rsidR="0035293A" w:rsidRPr="0035293A" w:rsidRDefault="0035293A" w:rsidP="0035293A">
      <w:pPr>
        <w:rPr>
          <w:rFonts w:ascii="Times New Roman" w:hAnsi="Times New Roman" w:cs="Times New Roman"/>
        </w:rPr>
      </w:pPr>
      <w:r w:rsidRPr="0035293A">
        <w:rPr>
          <w:rFonts w:ascii="Times New Roman" w:hAnsi="Times New Roman" w:cs="Times New Roman"/>
          <w:b/>
          <w:bCs/>
        </w:rPr>
        <w:t xml:space="preserve">-WBECHS Title One Planning Meeting </w:t>
      </w:r>
    </w:p>
    <w:p w14:paraId="3989DE64" w14:textId="77777777" w:rsidR="0035293A" w:rsidRPr="00E568A0" w:rsidRDefault="0035293A">
      <w:pPr>
        <w:rPr>
          <w:rFonts w:ascii="Times New Roman" w:hAnsi="Times New Roman" w:cs="Times New Roman"/>
        </w:rPr>
      </w:pPr>
    </w:p>
    <w:sectPr w:rsidR="0035293A" w:rsidRPr="00E568A0" w:rsidSect="00034616">
      <w:headerReference w:type="even" r:id="rId8"/>
      <w:headerReference w:type="default" r:id="rId9"/>
      <w:footerReference w:type="even" r:id="rId10"/>
      <w:footerReference w:type="default" r:id="rId11"/>
      <w:headerReference w:type="first" r:id="rId12"/>
      <w:footerReference w:type="first" r:id="rId13"/>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C0AEBA" w14:textId="77777777" w:rsidR="000A2163" w:rsidRDefault="000A2163" w:rsidP="0094673D">
      <w:pPr>
        <w:spacing w:after="0" w:line="240" w:lineRule="auto"/>
      </w:pPr>
      <w:r>
        <w:separator/>
      </w:r>
    </w:p>
  </w:endnote>
  <w:endnote w:type="continuationSeparator" w:id="0">
    <w:p w14:paraId="39BD5993" w14:textId="77777777" w:rsidR="000A2163" w:rsidRDefault="000A2163" w:rsidP="009467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4011F" w14:textId="77777777" w:rsidR="001245B8" w:rsidRDefault="001245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0AB66" w14:textId="77777777" w:rsidR="001245B8" w:rsidRDefault="001245B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B5321" w14:textId="77777777" w:rsidR="001245B8" w:rsidRDefault="001245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408645" w14:textId="77777777" w:rsidR="000A2163" w:rsidRDefault="000A2163" w:rsidP="0094673D">
      <w:pPr>
        <w:spacing w:after="0" w:line="240" w:lineRule="auto"/>
      </w:pPr>
      <w:r>
        <w:separator/>
      </w:r>
    </w:p>
  </w:footnote>
  <w:footnote w:type="continuationSeparator" w:id="0">
    <w:p w14:paraId="3DE45192" w14:textId="77777777" w:rsidR="000A2163" w:rsidRDefault="000A2163" w:rsidP="009467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EF54B" w14:textId="77777777" w:rsidR="001245B8" w:rsidRDefault="001245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BD148" w14:textId="0E7B23AD" w:rsidR="0094673D" w:rsidRDefault="0094673D" w:rsidP="0094673D">
    <w:pPr>
      <w:pStyle w:val="Header"/>
      <w:jc w:val="both"/>
    </w:pPr>
    <w:r>
      <w:rPr>
        <w:noProof/>
      </w:rPr>
      <w:drawing>
        <wp:inline distT="0" distB="0" distL="0" distR="0" wp14:anchorId="496867BD" wp14:editId="2BDC406A">
          <wp:extent cx="414261" cy="410135"/>
          <wp:effectExtent l="0" t="0" r="5080" b="9525"/>
          <wp:docPr id="21464762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476274" name="Picture 2146476274"/>
                  <pic:cNvPicPr/>
                </pic:nvPicPr>
                <pic:blipFill>
                  <a:blip r:embed="rId1"/>
                  <a:stretch>
                    <a:fillRect/>
                  </a:stretch>
                </pic:blipFill>
                <pic:spPr>
                  <a:xfrm>
                    <a:off x="0" y="0"/>
                    <a:ext cx="432076" cy="427772"/>
                  </a:xfrm>
                  <a:prstGeom prst="rect">
                    <a:avLst/>
                  </a:prstGeom>
                </pic:spPr>
              </pic:pic>
            </a:graphicData>
          </a:graphic>
        </wp:inline>
      </w:drawing>
    </w:r>
    <w:r>
      <w:t xml:space="preserve">                                                                                                                                                      </w:t>
    </w:r>
    <w:r>
      <w:rPr>
        <w:noProof/>
      </w:rPr>
      <w:drawing>
        <wp:inline distT="0" distB="0" distL="0" distR="0" wp14:anchorId="0E008BBB" wp14:editId="45FD3809">
          <wp:extent cx="414261" cy="410135"/>
          <wp:effectExtent l="0" t="0" r="5080" b="9525"/>
          <wp:docPr id="11795848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476274" name="Picture 2146476274"/>
                  <pic:cNvPicPr/>
                </pic:nvPicPr>
                <pic:blipFill>
                  <a:blip r:embed="rId1"/>
                  <a:stretch>
                    <a:fillRect/>
                  </a:stretch>
                </pic:blipFill>
                <pic:spPr>
                  <a:xfrm>
                    <a:off x="0" y="0"/>
                    <a:ext cx="432076" cy="427772"/>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8170F" w14:textId="77777777" w:rsidR="001245B8" w:rsidRDefault="001245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0CA6A1CC"/>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303D5FF3"/>
    <w:multiLevelType w:val="multilevel"/>
    <w:tmpl w:val="7D581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DA1370B"/>
    <w:multiLevelType w:val="hybridMultilevel"/>
    <w:tmpl w:val="FAC86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32E2FD5"/>
    <w:multiLevelType w:val="hybridMultilevel"/>
    <w:tmpl w:val="9AB48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73236ED"/>
    <w:multiLevelType w:val="hybridMultilevel"/>
    <w:tmpl w:val="D2ACAF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B045622"/>
    <w:multiLevelType w:val="multilevel"/>
    <w:tmpl w:val="1820E8A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D121179"/>
    <w:multiLevelType w:val="multilevel"/>
    <w:tmpl w:val="1004DBE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773092105">
    <w:abstractNumId w:val="8"/>
  </w:num>
  <w:num w:numId="2" w16cid:durableId="1398284192">
    <w:abstractNumId w:val="6"/>
  </w:num>
  <w:num w:numId="3" w16cid:durableId="497690534">
    <w:abstractNumId w:val="5"/>
  </w:num>
  <w:num w:numId="4" w16cid:durableId="1448427243">
    <w:abstractNumId w:val="4"/>
  </w:num>
  <w:num w:numId="5" w16cid:durableId="2019112731">
    <w:abstractNumId w:val="7"/>
  </w:num>
  <w:num w:numId="6" w16cid:durableId="1121418971">
    <w:abstractNumId w:val="3"/>
  </w:num>
  <w:num w:numId="7" w16cid:durableId="845091181">
    <w:abstractNumId w:val="2"/>
  </w:num>
  <w:num w:numId="8" w16cid:durableId="1274481863">
    <w:abstractNumId w:val="1"/>
  </w:num>
  <w:num w:numId="9" w16cid:durableId="1627857770">
    <w:abstractNumId w:val="0"/>
  </w:num>
  <w:num w:numId="10" w16cid:durableId="787158838">
    <w:abstractNumId w:val="13"/>
  </w:num>
  <w:num w:numId="11" w16cid:durableId="1979988639">
    <w:abstractNumId w:val="14"/>
  </w:num>
  <w:num w:numId="12" w16cid:durableId="1944343896">
    <w:abstractNumId w:val="10"/>
  </w:num>
  <w:num w:numId="13" w16cid:durableId="806313625">
    <w:abstractNumId w:val="12"/>
  </w:num>
  <w:num w:numId="14" w16cid:durableId="166410782">
    <w:abstractNumId w:val="11"/>
  </w:num>
  <w:num w:numId="15" w16cid:durableId="10371246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635E3"/>
    <w:rsid w:val="00094FFB"/>
    <w:rsid w:val="0009773B"/>
    <w:rsid w:val="000A2163"/>
    <w:rsid w:val="000A34FD"/>
    <w:rsid w:val="000A7AAD"/>
    <w:rsid w:val="0010004A"/>
    <w:rsid w:val="001245B8"/>
    <w:rsid w:val="0015074B"/>
    <w:rsid w:val="00157F5E"/>
    <w:rsid w:val="00173E30"/>
    <w:rsid w:val="00175773"/>
    <w:rsid w:val="001940B2"/>
    <w:rsid w:val="001A7A85"/>
    <w:rsid w:val="001C74FF"/>
    <w:rsid w:val="001D1A56"/>
    <w:rsid w:val="001F20E6"/>
    <w:rsid w:val="00211FA0"/>
    <w:rsid w:val="002273CC"/>
    <w:rsid w:val="002657B1"/>
    <w:rsid w:val="00282727"/>
    <w:rsid w:val="0029639D"/>
    <w:rsid w:val="002A3DE2"/>
    <w:rsid w:val="002A682D"/>
    <w:rsid w:val="002B3F38"/>
    <w:rsid w:val="002C385D"/>
    <w:rsid w:val="002E01A8"/>
    <w:rsid w:val="002F1DA0"/>
    <w:rsid w:val="002F2527"/>
    <w:rsid w:val="00307AE9"/>
    <w:rsid w:val="00320028"/>
    <w:rsid w:val="00326F90"/>
    <w:rsid w:val="0035293A"/>
    <w:rsid w:val="0038423F"/>
    <w:rsid w:val="003C3636"/>
    <w:rsid w:val="003E0F6D"/>
    <w:rsid w:val="003E29C9"/>
    <w:rsid w:val="003E66E9"/>
    <w:rsid w:val="00445631"/>
    <w:rsid w:val="0046019C"/>
    <w:rsid w:val="004D2950"/>
    <w:rsid w:val="004F4899"/>
    <w:rsid w:val="0052665A"/>
    <w:rsid w:val="005522BE"/>
    <w:rsid w:val="00581398"/>
    <w:rsid w:val="00593752"/>
    <w:rsid w:val="005A16DC"/>
    <w:rsid w:val="005D7C6B"/>
    <w:rsid w:val="00610443"/>
    <w:rsid w:val="00624DC6"/>
    <w:rsid w:val="00691EB5"/>
    <w:rsid w:val="006B6C73"/>
    <w:rsid w:val="006C5854"/>
    <w:rsid w:val="006D07DD"/>
    <w:rsid w:val="006F1517"/>
    <w:rsid w:val="007122DC"/>
    <w:rsid w:val="0072125D"/>
    <w:rsid w:val="007247BB"/>
    <w:rsid w:val="007555CB"/>
    <w:rsid w:val="007A4606"/>
    <w:rsid w:val="007A7D03"/>
    <w:rsid w:val="007E20F9"/>
    <w:rsid w:val="007E679E"/>
    <w:rsid w:val="00861270"/>
    <w:rsid w:val="00886BC8"/>
    <w:rsid w:val="00893F66"/>
    <w:rsid w:val="00897329"/>
    <w:rsid w:val="008B0551"/>
    <w:rsid w:val="008B4B2D"/>
    <w:rsid w:val="008D7E49"/>
    <w:rsid w:val="008F634D"/>
    <w:rsid w:val="00907369"/>
    <w:rsid w:val="00913017"/>
    <w:rsid w:val="0092569D"/>
    <w:rsid w:val="0093611E"/>
    <w:rsid w:val="0094673D"/>
    <w:rsid w:val="00946D60"/>
    <w:rsid w:val="00961626"/>
    <w:rsid w:val="009C19B0"/>
    <w:rsid w:val="009D033F"/>
    <w:rsid w:val="009E0FFC"/>
    <w:rsid w:val="00A30B51"/>
    <w:rsid w:val="00A76864"/>
    <w:rsid w:val="00AA1D8D"/>
    <w:rsid w:val="00AC02E4"/>
    <w:rsid w:val="00AC1DEE"/>
    <w:rsid w:val="00AD2E45"/>
    <w:rsid w:val="00AE2900"/>
    <w:rsid w:val="00B01D40"/>
    <w:rsid w:val="00B21E27"/>
    <w:rsid w:val="00B47730"/>
    <w:rsid w:val="00B67467"/>
    <w:rsid w:val="00B7547E"/>
    <w:rsid w:val="00B82122"/>
    <w:rsid w:val="00B9677F"/>
    <w:rsid w:val="00BC4F7D"/>
    <w:rsid w:val="00BE75B7"/>
    <w:rsid w:val="00BF1A6A"/>
    <w:rsid w:val="00C3534D"/>
    <w:rsid w:val="00C37DE9"/>
    <w:rsid w:val="00C43E47"/>
    <w:rsid w:val="00CB0664"/>
    <w:rsid w:val="00D2326D"/>
    <w:rsid w:val="00D562D0"/>
    <w:rsid w:val="00D56888"/>
    <w:rsid w:val="00D626CA"/>
    <w:rsid w:val="00DA070D"/>
    <w:rsid w:val="00DC04E7"/>
    <w:rsid w:val="00DF09F2"/>
    <w:rsid w:val="00DF2B80"/>
    <w:rsid w:val="00E0021F"/>
    <w:rsid w:val="00E24664"/>
    <w:rsid w:val="00E568A0"/>
    <w:rsid w:val="00E67E11"/>
    <w:rsid w:val="00E80BF2"/>
    <w:rsid w:val="00EC7AFF"/>
    <w:rsid w:val="00ED308E"/>
    <w:rsid w:val="00EF0B82"/>
    <w:rsid w:val="00F11D16"/>
    <w:rsid w:val="00F22A78"/>
    <w:rsid w:val="00F40F2F"/>
    <w:rsid w:val="00F80803"/>
    <w:rsid w:val="00F83003"/>
    <w:rsid w:val="00F84020"/>
    <w:rsid w:val="00FB5A91"/>
    <w:rsid w:val="00FB735E"/>
    <w:rsid w:val="00FC693F"/>
    <w:rsid w:val="00FD4E7E"/>
    <w:rsid w:val="00FE36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6A19DCD"/>
  <w14:defaultImageDpi w14:val="300"/>
  <w15:docId w15:val="{080213C0-BA5F-4D0B-8D8C-C8523A2C4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DC6"/>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386</TotalTime>
  <Pages>3</Pages>
  <Words>553</Words>
  <Characters>3154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Smith, Thaddeus D</cp:lastModifiedBy>
  <cp:revision>109</cp:revision>
  <dcterms:created xsi:type="dcterms:W3CDTF">2026-08-26T20:26:00Z</dcterms:created>
  <dcterms:modified xsi:type="dcterms:W3CDTF">2026-09-02T15:45:00Z</dcterms:modified>
  <cp:category/>
</cp:coreProperties>
</file>