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42F99" w14:textId="72117BA7" w:rsidR="003F0829" w:rsidRPr="003F0829" w:rsidRDefault="001C6D92" w:rsidP="003F0829">
      <w:pPr>
        <w:spacing w:after="120"/>
        <w:jc w:val="center"/>
        <w:rPr>
          <w:b/>
          <w:sz w:val="30"/>
        </w:rPr>
      </w:pPr>
      <w:r>
        <w:rPr>
          <w:b/>
          <w:noProof/>
          <w:sz w:val="30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79322B2" wp14:editId="0B09AB5C">
                <wp:simplePos x="0" y="0"/>
                <wp:positionH relativeFrom="column">
                  <wp:posOffset>-71120</wp:posOffset>
                </wp:positionH>
                <wp:positionV relativeFrom="paragraph">
                  <wp:posOffset>314960</wp:posOffset>
                </wp:positionV>
                <wp:extent cx="3098800" cy="5772150"/>
                <wp:effectExtent l="0" t="0" r="25400" b="19050"/>
                <wp:wrapNone/>
                <wp:docPr id="93876401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8800" cy="57721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5F442B" w14:textId="77777777" w:rsidR="001C6D92" w:rsidRDefault="001C6D9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79322B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.6pt;margin-top:24.8pt;width:244pt;height:454.5pt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" filled="f" strokeweight=".5pt">
                <v:textbox>
                  <w:txbxContent>
                    <w:p w14:paraId="1A5F442B" w14:textId="77777777" w:rsidR="001C6D92" w:rsidRDefault="001C6D92"/>
                  </w:txbxContent>
                </v:textbox>
              </v:shape>
            </w:pict>
          </mc:Fallback>
        </mc:AlternateContent>
      </w:r>
      <w:r w:rsidR="00671AC8">
        <w:rPr>
          <w:b/>
          <w:sz w:val="30"/>
        </w:rPr>
        <w:t>Compacto Escuela-Padres</w:t>
      </w:r>
      <w:r w:rsidR="003F0829">
        <w:rPr>
          <w:b/>
          <w:sz w:val="30"/>
        </w:rPr>
        <w:t xml:space="preserve"> 2026-2027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57"/>
        <w:gridCol w:w="4957"/>
        <w:gridCol w:w="4957"/>
      </w:tblGrid>
      <w:tr w:rsidR="00CE5D84" w:rsidRPr="001C6D92" w14:paraId="4D895AFA" w14:textId="77777777" w:rsidTr="001C6D92">
        <w:trPr>
          <w:trHeight w:val="9747"/>
        </w:trPr>
        <w:tc>
          <w:tcPr>
            <w:tcW w:w="4957" w:type="dxa"/>
            <w:shd w:val="clear" w:color="auto" w:fill="FFFD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DDA7BEA" w14:textId="29961D95" w:rsidR="00CE5D84" w:rsidRPr="001C6D92" w:rsidRDefault="00671AC8">
            <w:pPr>
              <w:spacing w:after="100"/>
              <w:rPr>
                <w:sz w:val="16"/>
                <w:szCs w:val="18"/>
                <w:lang w:val="es-MX"/>
              </w:rPr>
            </w:pPr>
            <w:r w:rsidRPr="001C6D92">
              <w:rPr>
                <w:b/>
                <w:szCs w:val="18"/>
              </w:rPr>
              <w:t>🐝</w:t>
            </w:r>
            <w:r w:rsidRPr="001C6D92">
              <w:rPr>
                <w:b/>
                <w:szCs w:val="18"/>
                <w:lang w:val="es-MX"/>
              </w:rPr>
              <w:t xml:space="preserve"> EN LA ESCUELA: Como estudiante, yo…</w:t>
            </w:r>
          </w:p>
          <w:p w14:paraId="01D08519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Vendré a la escuela a tiempo y listo(a) para aprender todos los días.</w:t>
            </w:r>
          </w:p>
          <w:p w14:paraId="378EAF54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Seguiré el código de vestimenta escolar.</w:t>
            </w:r>
          </w:p>
          <w:p w14:paraId="77E8F98A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Escucharé y seguiré las instrucciones de maestros y personal.</w:t>
            </w:r>
          </w:p>
          <w:p w14:paraId="3FBA13AD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Haré mi mejor esfuerzo y participaré en el aprendizaje.</w:t>
            </w:r>
          </w:p>
          <w:p w14:paraId="6091A717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Usaré palabras y acciones amables con los demás.</w:t>
            </w:r>
          </w:p>
          <w:p w14:paraId="4EC415FD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Compartiré, tomaré turnos y seré un buen amigo(a).</w:t>
            </w:r>
          </w:p>
          <w:p w14:paraId="538C75AF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Seguiré las reglas de seguridad de la escuela y del salón.</w:t>
            </w:r>
          </w:p>
          <w:p w14:paraId="4E8B8E32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Cuidaré los materiales escolares y la tecnología.</w:t>
            </w:r>
          </w:p>
          <w:p w14:paraId="5ADAE2EA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Limpiaré mi espacio y cuidaré nuestra escuela.</w:t>
            </w:r>
          </w:p>
          <w:p w14:paraId="1A40012E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Le diré a un adulto de confianza cuando necesite ayuda o no me sienta seguro(a).</w:t>
            </w:r>
          </w:p>
          <w:p w14:paraId="2479F0D8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Tomaré buenas decisiones y aprenderé de mis errores.</w:t>
            </w:r>
          </w:p>
          <w:p w14:paraId="75194B9B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Respetaré y celebraré nuestras diferencias.</w:t>
            </w:r>
          </w:p>
          <w:p w14:paraId="667681E7" w14:textId="77777777" w:rsidR="00CE5D84" w:rsidRPr="001C6D92" w:rsidRDefault="00671AC8">
            <w:pPr>
              <w:spacing w:after="100"/>
              <w:rPr>
                <w:sz w:val="16"/>
                <w:szCs w:val="18"/>
                <w:lang w:val="es-MX"/>
              </w:rPr>
            </w:pPr>
            <w:r w:rsidRPr="001C6D92">
              <w:rPr>
                <w:b/>
                <w:szCs w:val="18"/>
                <w:lang w:val="es-MX"/>
              </w:rPr>
              <w:t xml:space="preserve">COMUNICACIÓN SOBRE EL APRENDIZAJE </w:t>
            </w:r>
            <w:r w:rsidRPr="001C6D92">
              <w:rPr>
                <w:b/>
                <w:szCs w:val="18"/>
              </w:rPr>
              <w:t>🐝</w:t>
            </w:r>
          </w:p>
          <w:p w14:paraId="6B6259DA" w14:textId="77777777" w:rsidR="00CE5D84" w:rsidRPr="001C6D92" w:rsidRDefault="00671AC8">
            <w:pPr>
              <w:spacing w:after="60" w:line="240" w:lineRule="auto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En Bellfort Early Childhood Center, las familias y los maestros trabajan juntos para ayudar a cada niño a aprender y crecer. Nos mantendremos conectados por medio de:</w:t>
            </w:r>
          </w:p>
          <w:p w14:paraId="371DDF5B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ParentSquare</w:t>
            </w:r>
          </w:p>
          <w:p w14:paraId="100E73EA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Carpetas/cuadernos de los estudiantes</w:t>
            </w:r>
          </w:p>
          <w:p w14:paraId="158180EC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Llamadas y comunicación con el maestro</w:t>
            </w:r>
          </w:p>
          <w:p w14:paraId="243B97F5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Conferencias de padres y maestros</w:t>
            </w:r>
          </w:p>
          <w:p w14:paraId="1D414AA7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Reportes de progreso y boletas de calificaciones</w:t>
            </w:r>
          </w:p>
          <w:p w14:paraId="6CD9A86E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Eventos y reuniones familiares</w:t>
            </w:r>
          </w:p>
          <w:p w14:paraId="751F73E7" w14:textId="77777777" w:rsidR="00CE5D84" w:rsidRDefault="00671AC8">
            <w:pPr>
              <w:spacing w:after="60" w:line="240" w:lineRule="auto"/>
            </w:pPr>
            <w:r w:rsidRPr="001C6D92">
              <w:rPr>
                <w:sz w:val="17"/>
                <w:lang w:val="es-MX"/>
              </w:rPr>
              <w:t xml:space="preserve">Familias + Maestros = ¡Pequeños estudiantes felices y exitosos! </w:t>
            </w:r>
            <w:r>
              <w:rPr>
                <w:sz w:val="17"/>
              </w:rPr>
              <w:t>🐝💛</w:t>
            </w:r>
          </w:p>
        </w:tc>
        <w:tc>
          <w:tcPr>
            <w:tcW w:w="4957" w:type="dxa"/>
            <w:shd w:val="clear" w:color="auto" w:fill="FFFD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AE4D24" w14:textId="7A2056E6" w:rsidR="00CE5D84" w:rsidRPr="001C6D92" w:rsidRDefault="001C6D92">
            <w:pPr>
              <w:spacing w:after="100"/>
              <w:rPr>
                <w:sz w:val="16"/>
                <w:szCs w:val="18"/>
                <w:lang w:val="es-MX"/>
              </w:rPr>
            </w:pPr>
            <w:r>
              <w:rPr>
                <w:b/>
                <w:noProof/>
                <w:sz w:val="30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3FC61240" wp14:editId="3E1ACA54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-81280</wp:posOffset>
                      </wp:positionV>
                      <wp:extent cx="3098800" cy="5772150"/>
                      <wp:effectExtent l="0" t="0" r="25400" b="19050"/>
                      <wp:wrapNone/>
                      <wp:docPr id="649267829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98800" cy="5772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D5BB2E2" w14:textId="77777777" w:rsidR="001C6D92" w:rsidRDefault="001C6D92" w:rsidP="001C6D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C61240" id="_x0000_s1027" type="#_x0000_t202" style="position:absolute;margin-left:-5.35pt;margin-top:-6.4pt;width:244pt;height:454.5p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" filled="f" strokeweight=".5pt">
                      <v:textbox>
                        <w:txbxContent>
                          <w:p w14:paraId="0D5BB2E2" w14:textId="77777777" w:rsidR="001C6D92" w:rsidRDefault="001C6D92" w:rsidP="001C6D92"/>
                        </w:txbxContent>
                      </v:textbox>
                    </v:shape>
                  </w:pict>
                </mc:Fallback>
              </mc:AlternateContent>
            </w:r>
            <w:r w:rsidR="00671AC8" w:rsidRPr="001C6D92">
              <w:rPr>
                <w:b/>
                <w:szCs w:val="18"/>
              </w:rPr>
              <w:t>🍎</w:t>
            </w:r>
            <w:r w:rsidR="00671AC8" w:rsidRPr="001C6D92">
              <w:rPr>
                <w:b/>
                <w:szCs w:val="18"/>
                <w:lang w:val="es-MX"/>
              </w:rPr>
              <w:t xml:space="preserve"> EN EL SALÓN: Como maestro(a), yo…</w:t>
            </w:r>
          </w:p>
          <w:p w14:paraId="03D25166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Vendré preparado(a) y listo(a) para enseñar cada día.</w:t>
            </w:r>
          </w:p>
          <w:p w14:paraId="36895813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Creeré que cada niño puede aprender y crecer.</w:t>
            </w:r>
          </w:p>
          <w:p w14:paraId="4E049636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Proporcionaré un salón seguro, afectuoso y acogedor.</w:t>
            </w:r>
          </w:p>
          <w:p w14:paraId="21037022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Atenderé las necesidades individuales de aprendizaje de cada niño.</w:t>
            </w:r>
          </w:p>
          <w:p w14:paraId="1BF18C04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Trataré a todos los estudiantes y familias con amabilidad y respeto.</w:t>
            </w:r>
          </w:p>
          <w:p w14:paraId="1C9529C1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Mantendré a las familias informadas sobre el aprendizaje y progreso de su hijo(a).</w:t>
            </w:r>
          </w:p>
          <w:p w14:paraId="216FA2B6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Trabajaré en equipo con las familias para apoyar el éxito estudiantil.</w:t>
            </w:r>
          </w:p>
          <w:p w14:paraId="52C1F28A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Celebraré las fortalezas y diferencias únicas de cada niño.</w:t>
            </w:r>
          </w:p>
          <w:p w14:paraId="75826A7A" w14:textId="77777777" w:rsidR="00CE5D84" w:rsidRPr="001C6D92" w:rsidRDefault="00671AC8">
            <w:pPr>
              <w:spacing w:after="100"/>
              <w:rPr>
                <w:sz w:val="16"/>
                <w:szCs w:val="18"/>
                <w:lang w:val="es-MX"/>
              </w:rPr>
            </w:pPr>
            <w:r w:rsidRPr="001C6D92">
              <w:rPr>
                <w:b/>
                <w:szCs w:val="18"/>
              </w:rPr>
              <w:t>🏠</w:t>
            </w:r>
            <w:r w:rsidRPr="001C6D92">
              <w:rPr>
                <w:b/>
                <w:szCs w:val="18"/>
                <w:lang w:val="es-MX"/>
              </w:rPr>
              <w:t xml:space="preserve"> EN CASA: Como padre/madre/tutor, yo…</w:t>
            </w:r>
          </w:p>
          <w:p w14:paraId="273BBC10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Llevaré a mi hijo(a) a la escuela a tiempo, todos los días y listo(a) para aprender.</w:t>
            </w:r>
          </w:p>
          <w:p w14:paraId="39AA8176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Me aseguraré de que mi hijo(a) siga el código de vestimenta escolar.</w:t>
            </w:r>
          </w:p>
          <w:p w14:paraId="5D3568ED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Leeré, conversaré y practicaré destrezas de aprendizaje con mi hijo(a) en casa.</w:t>
            </w:r>
          </w:p>
          <w:p w14:paraId="65073CDD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Revisaré regularmente la carpeta/cuaderno de mi hijo(a) y ParentSquare.</w:t>
            </w:r>
          </w:p>
          <w:p w14:paraId="61B6D249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Me comunicaré con el maestro de mi hijo(a) y haré preguntas cuando sea necesario.</w:t>
            </w:r>
          </w:p>
          <w:p w14:paraId="3DAE18DB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Apoyaré las reglas y expectativas de la escuela y del salón.</w:t>
            </w:r>
          </w:p>
          <w:p w14:paraId="5AFC5755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Asistiré a conferencias, eventos familiares y actividades escolares cuando sea posible.</w:t>
            </w:r>
          </w:p>
          <w:p w14:paraId="1DAF468D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Animaré a mi hijo(a) a ser amable, independiente y entusiasmado(a) por aprender.</w:t>
            </w:r>
          </w:p>
          <w:p w14:paraId="68324D90" w14:textId="77777777" w:rsidR="00CE5D84" w:rsidRPr="001C6D92" w:rsidRDefault="00671AC8">
            <w:pPr>
              <w:spacing w:after="60" w:line="240" w:lineRule="auto"/>
              <w:rPr>
                <w:lang w:val="es-MX"/>
              </w:rPr>
            </w:pPr>
            <w:r w:rsidRPr="001C6D92">
              <w:rPr>
                <w:sz w:val="18"/>
                <w:lang w:val="es-MX"/>
              </w:rPr>
              <w:t>Firma del padre/madre/tutor: ______________________________</w:t>
            </w:r>
          </w:p>
          <w:p w14:paraId="6CD66BF2" w14:textId="77777777" w:rsidR="00CE5D84" w:rsidRPr="001C6D92" w:rsidRDefault="00671AC8">
            <w:pPr>
              <w:spacing w:after="60" w:line="240" w:lineRule="auto"/>
              <w:rPr>
                <w:lang w:val="es-MX"/>
              </w:rPr>
            </w:pPr>
            <w:r>
              <w:rPr>
                <w:sz w:val="18"/>
              </w:rPr>
              <w:t>🐝</w:t>
            </w:r>
            <w:r w:rsidRPr="001C6D92">
              <w:rPr>
                <w:sz w:val="18"/>
                <w:lang w:val="es-MX"/>
              </w:rPr>
              <w:t xml:space="preserve"> Juntos ayudamos a nuestros pequeños Bumblebees a aprender, crecer y tener éxito.</w:t>
            </w:r>
          </w:p>
        </w:tc>
        <w:tc>
          <w:tcPr>
            <w:tcW w:w="4957" w:type="dxa"/>
            <w:shd w:val="clear" w:color="auto" w:fill="FFFD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8F80C8F" w14:textId="2954D9DC" w:rsidR="00CE5D84" w:rsidRPr="001C6D92" w:rsidRDefault="001C6D92">
            <w:pPr>
              <w:spacing w:after="100"/>
              <w:rPr>
                <w:sz w:val="12"/>
                <w:szCs w:val="14"/>
                <w:lang w:val="es-MX"/>
              </w:rPr>
            </w:pPr>
            <w:r>
              <w:rPr>
                <w:b/>
                <w:noProof/>
                <w:sz w:val="30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4EBADD07" wp14:editId="5102C486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-82550</wp:posOffset>
                      </wp:positionV>
                      <wp:extent cx="3098800" cy="5772150"/>
                      <wp:effectExtent l="0" t="0" r="25400" b="19050"/>
                      <wp:wrapNone/>
                      <wp:docPr id="1852978126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98800" cy="5772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3DA3F81" w14:textId="77777777" w:rsidR="001C6D92" w:rsidRDefault="001C6D92" w:rsidP="001C6D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EBADD07" id="_x0000_s1028" type="#_x0000_t202" style="position:absolute;margin-left:-5.2pt;margin-top:-6.5pt;width:244pt;height:454.5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" filled="f" strokeweight=".5pt">
                      <v:textbox>
                        <w:txbxContent>
                          <w:p w14:paraId="23DA3F81" w14:textId="77777777" w:rsidR="001C6D92" w:rsidRDefault="001C6D92" w:rsidP="001C6D92"/>
                        </w:txbxContent>
                      </v:textbox>
                    </v:shape>
                  </w:pict>
                </mc:Fallback>
              </mc:AlternateContent>
            </w:r>
            <w:r w:rsidR="00671AC8" w:rsidRPr="001C6D92">
              <w:rPr>
                <w:b/>
                <w:sz w:val="16"/>
                <w:szCs w:val="14"/>
              </w:rPr>
              <w:t>🐝</w:t>
            </w:r>
            <w:r w:rsidR="00671AC8" w:rsidRPr="001C6D92">
              <w:rPr>
                <w:b/>
                <w:sz w:val="16"/>
                <w:szCs w:val="14"/>
                <w:lang w:val="es-MX"/>
              </w:rPr>
              <w:t xml:space="preserve"> NUESTRAS METAS PARA EL ÉXITO ESTUDIANTIL</w:t>
            </w:r>
          </w:p>
          <w:p w14:paraId="5F06CEA5" w14:textId="1FC30DB5" w:rsidR="00CE5D84" w:rsidRPr="001C6D92" w:rsidRDefault="00671AC8">
            <w:pPr>
              <w:spacing w:after="100"/>
              <w:rPr>
                <w:szCs w:val="20"/>
                <w:u w:val="single"/>
                <w:lang w:val="es-MX"/>
              </w:rPr>
            </w:pPr>
            <w:r w:rsidRPr="001C6D92">
              <w:rPr>
                <w:b/>
                <w:szCs w:val="20"/>
                <w:u w:val="single"/>
                <w:lang w:val="es-MX"/>
              </w:rPr>
              <w:t>METAS DEL DISTRITO</w:t>
            </w:r>
          </w:p>
          <w:p w14:paraId="23328428" w14:textId="4953433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8"/>
                <w:lang w:val="es-MX"/>
              </w:rPr>
              <w:t>• Crear sólidas alianzas entre las familias y las escuelas.</w:t>
            </w:r>
          </w:p>
          <w:p w14:paraId="6404C1CE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8"/>
                <w:lang w:val="es-MX"/>
              </w:rPr>
              <w:t>• Mantener a las familias informadas y conectadas.</w:t>
            </w:r>
          </w:p>
          <w:p w14:paraId="258BDC6C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8"/>
                <w:lang w:val="es-MX"/>
              </w:rPr>
              <w:t>• Proporcionar recursos y apoyo a las familias.</w:t>
            </w:r>
          </w:p>
          <w:p w14:paraId="0193D3E2" w14:textId="1264A062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8"/>
                <w:lang w:val="es-MX"/>
              </w:rPr>
              <w:t>• Promover un ambiente seguro y acogedor para cada niño.</w:t>
            </w:r>
          </w:p>
          <w:p w14:paraId="1F3444DE" w14:textId="5E8B3CBF" w:rsidR="00CE5D84" w:rsidRPr="001C6D92" w:rsidRDefault="00671AC8">
            <w:pPr>
              <w:spacing w:after="100"/>
              <w:rPr>
                <w:szCs w:val="20"/>
                <w:u w:val="single"/>
                <w:lang w:val="es-MX"/>
              </w:rPr>
            </w:pPr>
            <w:r w:rsidRPr="001C6D92">
              <w:rPr>
                <w:b/>
                <w:szCs w:val="20"/>
                <w:u w:val="single"/>
                <w:lang w:val="es-MX"/>
              </w:rPr>
              <w:t>METAS DE LA ESCUELA</w:t>
            </w:r>
          </w:p>
          <w:p w14:paraId="3342C23B" w14:textId="09384822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8"/>
                <w:lang w:val="es-MX"/>
              </w:rPr>
              <w:t>• Animar a las familias a ser participantes activos en el aprendizaje de sus hijos.</w:t>
            </w:r>
          </w:p>
          <w:p w14:paraId="23221EA6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8"/>
                <w:lang w:val="es-MX"/>
              </w:rPr>
              <w:t>• Mantener una comunicación abierta y positiva con las familias.</w:t>
            </w:r>
          </w:p>
          <w:p w14:paraId="6EFE93E4" w14:textId="715C5DF0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8"/>
                <w:lang w:val="es-MX"/>
              </w:rPr>
              <w:t>• Ayudar a cada niño a aprender, crecer y estar preparado para el éxito.</w:t>
            </w:r>
          </w:p>
          <w:p w14:paraId="377C8242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8"/>
                <w:lang w:val="es-MX"/>
              </w:rPr>
              <w:t>• Ofrecer oportunidades y recursos de aprendizaje para las familias.</w:t>
            </w:r>
          </w:p>
          <w:p w14:paraId="3E9DF9EA" w14:textId="1C77571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8"/>
                <w:lang w:val="es-MX"/>
              </w:rPr>
              <w:t xml:space="preserve">• Trabajar juntos para mantener a nuestros Bumblebees seguros, felices y listos para aprender. </w:t>
            </w:r>
            <w:r>
              <w:rPr>
                <w:sz w:val="18"/>
              </w:rPr>
              <w:t>🐝💛</w:t>
            </w:r>
          </w:p>
        </w:tc>
      </w:tr>
    </w:tbl>
    <w:p w14:paraId="627A205C" w14:textId="6A85A1D3" w:rsidR="00CE5D84" w:rsidRPr="001C6D92" w:rsidRDefault="00671AC8">
      <w:pPr>
        <w:rPr>
          <w:lang w:val="es-MX"/>
        </w:rPr>
      </w:pPr>
      <w:r w:rsidRPr="001C6D92">
        <w:rPr>
          <w:lang w:val="es-MX"/>
        </w:rPr>
        <w:br/>
      </w:r>
    </w:p>
    <w:p w14:paraId="023845AA" w14:textId="33A655A5" w:rsidR="00CE5D84" w:rsidRDefault="00671AC8">
      <w:pPr>
        <w:spacing w:after="120"/>
        <w:jc w:val="center"/>
      </w:pPr>
      <w:r>
        <w:rPr>
          <w:b/>
          <w:sz w:val="30"/>
        </w:rPr>
        <w:lastRenderedPageBreak/>
        <w:t>Compacto Escuela-Padres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1"/>
        <w:gridCol w:w="4781"/>
        <w:gridCol w:w="4781"/>
      </w:tblGrid>
      <w:tr w:rsidR="00CE5D84" w14:paraId="6E8374BD" w14:textId="77777777">
        <w:tc>
          <w:tcPr>
            <w:tcW w:w="4781" w:type="dxa"/>
            <w:shd w:val="clear" w:color="auto" w:fill="FFFD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3D52EE0" w14:textId="77C762EA" w:rsidR="00CE5D84" w:rsidRPr="001C6D92" w:rsidRDefault="001C6D92">
            <w:pPr>
              <w:spacing w:after="100"/>
              <w:rPr>
                <w:sz w:val="16"/>
                <w:szCs w:val="18"/>
                <w:lang w:val="es-MX"/>
              </w:rPr>
            </w:pPr>
            <w:r>
              <w:rPr>
                <w:b/>
                <w:noProof/>
                <w:sz w:val="30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0FB8825A" wp14:editId="7B319DF0">
                      <wp:simplePos x="0" y="0"/>
                      <wp:positionH relativeFrom="column">
                        <wp:posOffset>-175168</wp:posOffset>
                      </wp:positionH>
                      <wp:positionV relativeFrom="paragraph">
                        <wp:posOffset>-61840</wp:posOffset>
                      </wp:positionV>
                      <wp:extent cx="3062689" cy="5772150"/>
                      <wp:effectExtent l="0" t="0" r="23495" b="19050"/>
                      <wp:wrapNone/>
                      <wp:docPr id="521763487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62689" cy="5772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5552FDE" w14:textId="77777777" w:rsidR="001C6D92" w:rsidRDefault="001C6D92" w:rsidP="001C6D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FB8825A" id="_x0000_s1029" type="#_x0000_t202" style="position:absolute;margin-left:-13.8pt;margin-top:-4.85pt;width:241.15pt;height:454.5pt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" filled="f" strokeweight=".5pt">
                      <v:textbox>
                        <w:txbxContent>
                          <w:p w14:paraId="65552FDE" w14:textId="77777777" w:rsidR="001C6D92" w:rsidRDefault="001C6D92" w:rsidP="001C6D92"/>
                        </w:txbxContent>
                      </v:textbox>
                    </v:shape>
                  </w:pict>
                </mc:Fallback>
              </mc:AlternateContent>
            </w:r>
            <w:r w:rsidR="00671AC8" w:rsidRPr="001C6D92">
              <w:rPr>
                <w:b/>
                <w:szCs w:val="18"/>
              </w:rPr>
              <w:t>🐝</w:t>
            </w:r>
            <w:r w:rsidR="00671AC8" w:rsidRPr="001C6D92">
              <w:rPr>
                <w:b/>
                <w:szCs w:val="18"/>
                <w:lang w:val="es-MX"/>
              </w:rPr>
              <w:t xml:space="preserve"> ¿QUÉ ES UN COMPACTO ESCUELA-PADRES?</w:t>
            </w:r>
          </w:p>
          <w:p w14:paraId="64740FFB" w14:textId="0507C4EA" w:rsidR="00CE5D84" w:rsidRPr="001C6D92" w:rsidRDefault="00671AC8">
            <w:pPr>
              <w:spacing w:after="60" w:line="240" w:lineRule="auto"/>
              <w:rPr>
                <w:lang w:val="es-MX"/>
              </w:rPr>
            </w:pPr>
            <w:r w:rsidRPr="001C6D92">
              <w:rPr>
                <w:lang w:val="es-MX"/>
              </w:rPr>
              <w:t>Un Compacto Escuela-Padres es un compromiso entre las familias, los maestros y los estudiantes para trabajar juntos y ayudar a cada niño a aprender, crecer y tener éxito.</w:t>
            </w:r>
          </w:p>
          <w:p w14:paraId="53960166" w14:textId="5E5CAFDA" w:rsidR="00CE5D84" w:rsidRDefault="00671AC8">
            <w:pPr>
              <w:spacing w:after="60" w:line="240" w:lineRule="auto"/>
              <w:rPr>
                <w:lang w:val="es-MX"/>
              </w:rPr>
            </w:pPr>
            <w:r w:rsidRPr="001C6D92">
              <w:rPr>
                <w:lang w:val="es-MX"/>
              </w:rPr>
              <w:t>Explica maneras sencillas en las que podemos apoyar a nuestros estudiantes de Pre-K y Kindergarten tanto en la escuela como en casa.</w:t>
            </w:r>
          </w:p>
          <w:p w14:paraId="35915025" w14:textId="35EABC08" w:rsidR="001C6D92" w:rsidRDefault="001C6D92">
            <w:pPr>
              <w:spacing w:after="60" w:line="240" w:lineRule="auto"/>
              <w:rPr>
                <w:lang w:val="es-MX"/>
              </w:rPr>
            </w:pPr>
          </w:p>
          <w:p w14:paraId="35067D0E" w14:textId="77777777" w:rsidR="001C6D92" w:rsidRPr="001C6D92" w:rsidRDefault="001C6D92">
            <w:pPr>
              <w:spacing w:after="60" w:line="240" w:lineRule="auto"/>
              <w:rPr>
                <w:lang w:val="es-MX"/>
              </w:rPr>
            </w:pPr>
          </w:p>
          <w:p w14:paraId="3CC09181" w14:textId="3B39AA0D" w:rsidR="00CE5D84" w:rsidRPr="001C6D92" w:rsidRDefault="00671AC8">
            <w:pPr>
              <w:spacing w:after="100"/>
              <w:rPr>
                <w:sz w:val="16"/>
                <w:szCs w:val="18"/>
                <w:lang w:val="es-MX"/>
              </w:rPr>
            </w:pPr>
            <w:r w:rsidRPr="001C6D92">
              <w:rPr>
                <w:b/>
                <w:szCs w:val="18"/>
              </w:rPr>
              <w:t>💛</w:t>
            </w:r>
            <w:r w:rsidRPr="001C6D92">
              <w:rPr>
                <w:b/>
                <w:szCs w:val="18"/>
                <w:lang w:val="es-MX"/>
              </w:rPr>
              <w:t xml:space="preserve"> CREADO JUNTO CON LAS FAMILIAS</w:t>
            </w:r>
          </w:p>
          <w:p w14:paraId="429AC779" w14:textId="65835D0A" w:rsidR="00CE5D84" w:rsidRPr="001C6D92" w:rsidRDefault="00671AC8">
            <w:pPr>
              <w:spacing w:after="60" w:line="240" w:lineRule="auto"/>
              <w:rPr>
                <w:lang w:val="es-MX"/>
              </w:rPr>
            </w:pPr>
            <w:r w:rsidRPr="001C6D92">
              <w:rPr>
                <w:lang w:val="es-MX"/>
              </w:rPr>
              <w:t>Cada año, Bellfort Early Childhood Center trabaja con las familias, maestros y personal para revisar nuestro compacto y conversar sobre las necesidades de nuestros pequeños estudiantes.</w:t>
            </w:r>
          </w:p>
          <w:p w14:paraId="46E33CFB" w14:textId="3D436D6E" w:rsidR="00CE5D84" w:rsidRPr="001C6D92" w:rsidRDefault="00671AC8">
            <w:pPr>
              <w:spacing w:after="60" w:line="240" w:lineRule="auto"/>
              <w:rPr>
                <w:lang w:val="es-MX"/>
              </w:rPr>
            </w:pPr>
            <w:r w:rsidRPr="001C6D92">
              <w:rPr>
                <w:lang w:val="es-MX"/>
              </w:rPr>
              <w:t>Invitamos a las familias a compartir ideas, hacer preguntas y dar sus comentarios durante todo el año escolar.</w:t>
            </w:r>
          </w:p>
          <w:p w14:paraId="16A742BA" w14:textId="2A30AD36" w:rsidR="00CE5D84" w:rsidRPr="001C6D92" w:rsidRDefault="00671AC8">
            <w:pPr>
              <w:spacing w:after="60" w:line="240" w:lineRule="auto"/>
              <w:rPr>
                <w:lang w:val="es-MX"/>
              </w:rPr>
            </w:pPr>
            <w:r>
              <w:t>🐝</w:t>
            </w:r>
            <w:r w:rsidRPr="001C6D92">
              <w:rPr>
                <w:lang w:val="es-MX"/>
              </w:rPr>
              <w:t xml:space="preserve"> ¡Juntos construimos una base sólida para nuestros pequeños Bumblebees!</w:t>
            </w:r>
          </w:p>
        </w:tc>
        <w:tc>
          <w:tcPr>
            <w:tcW w:w="4781" w:type="dxa"/>
            <w:shd w:val="clear" w:color="auto" w:fill="FFFD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B78F5F" w14:textId="0982147A" w:rsidR="00CE5D84" w:rsidRPr="001C6D92" w:rsidRDefault="001C6D92">
            <w:pPr>
              <w:spacing w:after="100"/>
              <w:rPr>
                <w:sz w:val="16"/>
                <w:szCs w:val="18"/>
                <w:lang w:val="es-MX"/>
              </w:rPr>
            </w:pPr>
            <w:r>
              <w:rPr>
                <w:b/>
                <w:noProof/>
                <w:sz w:val="3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1C20FD7A" wp14:editId="2423A9E4">
                      <wp:simplePos x="0" y="0"/>
                      <wp:positionH relativeFrom="column">
                        <wp:posOffset>-93330</wp:posOffset>
                      </wp:positionH>
                      <wp:positionV relativeFrom="paragraph">
                        <wp:posOffset>-39806</wp:posOffset>
                      </wp:positionV>
                      <wp:extent cx="3062689" cy="5772150"/>
                      <wp:effectExtent l="0" t="0" r="23495" b="19050"/>
                      <wp:wrapNone/>
                      <wp:docPr id="117901225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62689" cy="5772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5F6973A" w14:textId="77777777" w:rsidR="001C6D92" w:rsidRDefault="001C6D92" w:rsidP="001C6D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C20FD7A" id="_x0000_s1030" type="#_x0000_t202" style="position:absolute;margin-left:-7.35pt;margin-top:-3.15pt;width:241.15pt;height:454.5pt;z-index:25166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" filled="f" strokeweight=".5pt">
                      <v:textbox>
                        <w:txbxContent>
                          <w:p w14:paraId="15F6973A" w14:textId="77777777" w:rsidR="001C6D92" w:rsidRDefault="001C6D92" w:rsidP="001C6D92"/>
                        </w:txbxContent>
                      </v:textbox>
                    </v:shape>
                  </w:pict>
                </mc:Fallback>
              </mc:AlternateContent>
            </w:r>
            <w:r w:rsidR="00671AC8" w:rsidRPr="001C6D92">
              <w:rPr>
                <w:b/>
                <w:szCs w:val="18"/>
              </w:rPr>
              <w:t>🐝</w:t>
            </w:r>
            <w:r w:rsidR="00671AC8" w:rsidRPr="001C6D92">
              <w:rPr>
                <w:b/>
                <w:szCs w:val="18"/>
                <w:lang w:val="es-MX"/>
              </w:rPr>
              <w:t xml:space="preserve"> ACTIVIDADES PARA FORTALECER LAS ALIANZAS FAMILIARES</w:t>
            </w:r>
          </w:p>
          <w:p w14:paraId="0203F307" w14:textId="709E999D" w:rsidR="00CE5D84" w:rsidRPr="001C6D92" w:rsidRDefault="00671AC8">
            <w:pPr>
              <w:spacing w:after="60" w:line="240" w:lineRule="auto"/>
              <w:rPr>
                <w:lang w:val="es-MX"/>
              </w:rPr>
            </w:pPr>
            <w:r w:rsidRPr="001C6D92">
              <w:rPr>
                <w:sz w:val="19"/>
                <w:lang w:val="es-MX"/>
              </w:rPr>
              <w:t>En Bellfort Early Childhood Center, nos encanta reunir a nuestras familias, estudiantes y personal. Durante el año, las familias tendrán oportunidades para:</w:t>
            </w:r>
          </w:p>
          <w:p w14:paraId="6C8EF9E7" w14:textId="43E939DA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8"/>
                <w:lang w:val="es-MX"/>
              </w:rPr>
              <w:t>• Asistir a Conozca al Maestro y Open House.</w:t>
            </w:r>
          </w:p>
          <w:p w14:paraId="4416131F" w14:textId="0E6D6176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8"/>
                <w:lang w:val="es-MX"/>
              </w:rPr>
              <w:t>• Participar en noches de aprendizaje familiar y eventos académicos.</w:t>
            </w:r>
          </w:p>
          <w:p w14:paraId="1DE874F0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8"/>
                <w:lang w:val="es-MX"/>
              </w:rPr>
              <w:t>• Participar en Café con el Director.</w:t>
            </w:r>
          </w:p>
          <w:p w14:paraId="79DAEB82" w14:textId="677DA798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8"/>
                <w:lang w:val="es-MX"/>
              </w:rPr>
              <w:t>• Asistir a celebraciones estudiantiles.</w:t>
            </w:r>
          </w:p>
          <w:p w14:paraId="5E89CFA3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8"/>
                <w:lang w:val="es-MX"/>
              </w:rPr>
              <w:t>• Participar en actividades de participación familiar.</w:t>
            </w:r>
          </w:p>
          <w:p w14:paraId="67EF9254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8"/>
                <w:lang w:val="es-MX"/>
              </w:rPr>
              <w:t>• Celebrar con nosotros el aprendizaje y crecimiento de su hijo(a).</w:t>
            </w:r>
          </w:p>
          <w:p w14:paraId="6CCD92DB" w14:textId="77777777" w:rsidR="00CE5D84" w:rsidRPr="001C6D92" w:rsidRDefault="00671AC8">
            <w:pPr>
              <w:spacing w:after="60" w:line="240" w:lineRule="auto"/>
              <w:rPr>
                <w:lang w:val="es-MX"/>
              </w:rPr>
            </w:pPr>
            <w:r>
              <w:rPr>
                <w:sz w:val="19"/>
              </w:rPr>
              <w:t>💛</w:t>
            </w:r>
            <w:r w:rsidRPr="001C6D92">
              <w:rPr>
                <w:sz w:val="19"/>
                <w:lang w:val="es-MX"/>
              </w:rPr>
              <w:t xml:space="preserve"> Familias + Escuela = ¡Bumblebees más fuertes!</w:t>
            </w:r>
          </w:p>
          <w:p w14:paraId="2587BC71" w14:textId="1C74017E" w:rsidR="00CE5D84" w:rsidRPr="001C6D92" w:rsidRDefault="00671AC8">
            <w:pPr>
              <w:spacing w:after="100"/>
              <w:rPr>
                <w:sz w:val="16"/>
                <w:szCs w:val="18"/>
                <w:lang w:val="es-MX"/>
              </w:rPr>
            </w:pPr>
            <w:r w:rsidRPr="001C6D92">
              <w:rPr>
                <w:b/>
                <w:szCs w:val="18"/>
              </w:rPr>
              <w:t>🌟</w:t>
            </w:r>
            <w:r w:rsidRPr="001C6D92">
              <w:rPr>
                <w:b/>
                <w:szCs w:val="18"/>
                <w:lang w:val="es-MX"/>
              </w:rPr>
              <w:t xml:space="preserve"> METAS DE APRENDIZAJE DEL ESTUDIANTE</w:t>
            </w:r>
          </w:p>
          <w:p w14:paraId="63550FA5" w14:textId="77777777" w:rsidR="00CE5D84" w:rsidRPr="001C6D92" w:rsidRDefault="00671AC8">
            <w:pPr>
              <w:spacing w:after="60" w:line="240" w:lineRule="auto"/>
              <w:rPr>
                <w:lang w:val="es-MX"/>
              </w:rPr>
            </w:pPr>
            <w:r w:rsidRPr="001C6D92">
              <w:rPr>
                <w:sz w:val="18"/>
                <w:lang w:val="es-MX"/>
              </w:rPr>
              <w:t>Nuestra meta es ayudar a cada estudiante de Pre-K y Kindergarten a aprender, crecer y desarrollar confianza.</w:t>
            </w:r>
          </w:p>
          <w:p w14:paraId="5146098D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Leer y aprender todos los días.</w:t>
            </w:r>
          </w:p>
          <w:p w14:paraId="06E9538C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Practicar letras, sonidos, números y destrezas de aprendizaje temprano.</w:t>
            </w:r>
          </w:p>
          <w:p w14:paraId="4036D5DC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Demostrar crecimiento durante el año escolar.</w:t>
            </w:r>
          </w:p>
          <w:p w14:paraId="12B73503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Usar actividades de aprendizaje en el salón y recursos digitales.</w:t>
            </w:r>
          </w:p>
          <w:p w14:paraId="197970A2" w14:textId="77777777" w:rsidR="00CE5D84" w:rsidRPr="001C6D92" w:rsidRDefault="00671AC8">
            <w:pPr>
              <w:spacing w:after="40"/>
              <w:ind w:left="173" w:hanging="144"/>
              <w:rPr>
                <w:lang w:val="es-MX"/>
              </w:rPr>
            </w:pPr>
            <w:r w:rsidRPr="001C6D92">
              <w:rPr>
                <w:sz w:val="17"/>
                <w:lang w:val="es-MX"/>
              </w:rPr>
              <w:t>• Convertirse en un estudiante independiente y seguro de sí mismo.</w:t>
            </w:r>
          </w:p>
          <w:p w14:paraId="62E2C7B3" w14:textId="77777777" w:rsidR="00CE5D84" w:rsidRPr="001C6D92" w:rsidRDefault="00671AC8">
            <w:pPr>
              <w:spacing w:after="60" w:line="240" w:lineRule="auto"/>
              <w:rPr>
                <w:lang w:val="es-MX"/>
              </w:rPr>
            </w:pPr>
            <w:r>
              <w:rPr>
                <w:sz w:val="18"/>
              </w:rPr>
              <w:t>🐝</w:t>
            </w:r>
            <w:r w:rsidRPr="001C6D92">
              <w:rPr>
                <w:sz w:val="18"/>
                <w:lang w:val="es-MX"/>
              </w:rPr>
              <w:t xml:space="preserve"> ¡Juntos podemos ayudar a cada pequeño Bumblebee a tener éxito!</w:t>
            </w:r>
          </w:p>
        </w:tc>
        <w:tc>
          <w:tcPr>
            <w:tcW w:w="4781" w:type="dxa"/>
            <w:shd w:val="clear" w:color="auto" w:fill="FFFD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13F77E" w14:textId="3B7A15E8" w:rsidR="00CE5D84" w:rsidRDefault="001C6D92">
            <w:pPr>
              <w:spacing w:after="100"/>
            </w:pPr>
            <w:r>
              <w:rPr>
                <w:b/>
                <w:noProof/>
                <w:sz w:val="30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208F2BED" wp14:editId="54D49CEF">
                      <wp:simplePos x="0" y="0"/>
                      <wp:positionH relativeFrom="column">
                        <wp:posOffset>-23610</wp:posOffset>
                      </wp:positionH>
                      <wp:positionV relativeFrom="paragraph">
                        <wp:posOffset>-67570</wp:posOffset>
                      </wp:positionV>
                      <wp:extent cx="3062689" cy="5772150"/>
                      <wp:effectExtent l="0" t="0" r="23495" b="19050"/>
                      <wp:wrapNone/>
                      <wp:docPr id="603309551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62689" cy="5772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FA1380B" w14:textId="77777777" w:rsidR="001C6D92" w:rsidRDefault="001C6D92" w:rsidP="001C6D9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08F2BED" id="_x0000_s1031" type="#_x0000_t202" style="position:absolute;margin-left:-1.85pt;margin-top:-5.3pt;width:241.15pt;height:454.5pt;z-index:251668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" filled="f" strokeweight=".5pt">
                      <v:textbox>
                        <w:txbxContent>
                          <w:p w14:paraId="4FA1380B" w14:textId="77777777" w:rsidR="001C6D92" w:rsidRDefault="001C6D92" w:rsidP="001C6D92"/>
                        </w:txbxContent>
                      </v:textbox>
                    </v:shape>
                  </w:pict>
                </mc:Fallback>
              </mc:AlternateContent>
            </w:r>
            <w:r w:rsidR="00671AC8">
              <w:rPr>
                <w:b/>
                <w:sz w:val="24"/>
              </w:rPr>
              <w:t>Compacto Escuela-Padres</w:t>
            </w:r>
          </w:p>
          <w:p w14:paraId="660A71F7" w14:textId="51229C51" w:rsidR="00CE5D84" w:rsidRDefault="00CE5D84">
            <w:pPr>
              <w:jc w:val="center"/>
            </w:pPr>
          </w:p>
          <w:p w14:paraId="39C2FEBA" w14:textId="4DCC5769" w:rsidR="00CE5D84" w:rsidRDefault="00671AC8">
            <w:pPr>
              <w:spacing w:after="160"/>
              <w:jc w:val="center"/>
            </w:pPr>
            <w:r>
              <w:rPr>
                <w:sz w:val="30"/>
              </w:rPr>
              <w:t>Bellfort Early Childhood Center</w:t>
            </w:r>
          </w:p>
          <w:p w14:paraId="08B2F1ED" w14:textId="13B71902" w:rsidR="00CE5D84" w:rsidRDefault="00671AC8">
            <w:pPr>
              <w:spacing w:after="160"/>
              <w:jc w:val="center"/>
            </w:pPr>
            <w:r>
              <w:rPr>
                <w:b/>
                <w:sz w:val="22"/>
              </w:rPr>
              <w:t>Cashe Alexander, Directora</w:t>
            </w:r>
          </w:p>
          <w:p w14:paraId="53F7C818" w14:textId="443B05E6" w:rsidR="00CE5D84" w:rsidRDefault="00671AC8">
            <w:pPr>
              <w:spacing w:after="160"/>
              <w:jc w:val="center"/>
            </w:pPr>
            <w:r>
              <w:rPr>
                <w:sz w:val="22"/>
              </w:rPr>
              <w:t>Houston Independent School District</w:t>
            </w:r>
          </w:p>
          <w:p w14:paraId="63C426FE" w14:textId="77777777" w:rsidR="00CE5D84" w:rsidRDefault="00671AC8">
            <w:pPr>
              <w:spacing w:after="160"/>
              <w:jc w:val="center"/>
            </w:pPr>
            <w:r>
              <w:rPr>
                <w:sz w:val="22"/>
              </w:rPr>
              <w:t>7647 Bellfort St.</w:t>
            </w:r>
          </w:p>
          <w:p w14:paraId="7718DC26" w14:textId="77777777" w:rsidR="00CE5D84" w:rsidRDefault="00671AC8">
            <w:pPr>
              <w:spacing w:after="160"/>
              <w:jc w:val="center"/>
              <w:rPr>
                <w:sz w:val="22"/>
              </w:rPr>
            </w:pPr>
            <w:r>
              <w:rPr>
                <w:sz w:val="22"/>
              </w:rPr>
              <w:t>Houston, TX 77061</w:t>
            </w:r>
          </w:p>
          <w:p w14:paraId="01F8E53F" w14:textId="77777777" w:rsidR="001C6D92" w:rsidRDefault="001C6D92">
            <w:pPr>
              <w:spacing w:after="160"/>
              <w:jc w:val="center"/>
              <w:rPr>
                <w:sz w:val="22"/>
              </w:rPr>
            </w:pPr>
          </w:p>
          <w:p w14:paraId="62B5D112" w14:textId="6DC49FCC" w:rsidR="001C6D92" w:rsidRDefault="001C6D92">
            <w:pPr>
              <w:spacing w:after="160"/>
              <w:jc w:val="center"/>
            </w:pPr>
            <w:r>
              <w:rPr>
                <w:noProof/>
              </w:rPr>
              <w:drawing>
                <wp:inline distT="0" distB="0" distL="0" distR="0" wp14:anchorId="2B335683" wp14:editId="2146CBF1">
                  <wp:extent cx="2432050" cy="1367861"/>
                  <wp:effectExtent l="0" t="0" r="6350" b="3810"/>
                  <wp:docPr id="20208183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0818300" name="Picture 202081830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81" cy="1371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C2A401" w14:textId="77777777" w:rsidR="00CE5D84" w:rsidRDefault="00CE5D84">
            <w:pPr>
              <w:spacing w:after="160"/>
              <w:jc w:val="center"/>
            </w:pPr>
          </w:p>
          <w:p w14:paraId="391A7A21" w14:textId="77777777" w:rsidR="00CE5D84" w:rsidRDefault="00671AC8">
            <w:pPr>
              <w:spacing w:after="160"/>
              <w:jc w:val="center"/>
            </w:pPr>
            <w:r>
              <w:rPr>
                <w:b/>
              </w:rPr>
              <w:t>Sitio web de la escuela:</w:t>
            </w:r>
          </w:p>
          <w:p w14:paraId="47CC0D91" w14:textId="77777777" w:rsidR="00CE5D84" w:rsidRDefault="00671AC8">
            <w:pPr>
              <w:spacing w:after="160"/>
              <w:jc w:val="center"/>
            </w:pPr>
            <w:r>
              <w:rPr>
                <w:sz w:val="19"/>
              </w:rPr>
              <w:t>http://bellfortecc.houstonisd.org</w:t>
            </w:r>
          </w:p>
          <w:p w14:paraId="7A315BBF" w14:textId="77777777" w:rsidR="00CE5D84" w:rsidRDefault="00671AC8">
            <w:pPr>
              <w:spacing w:after="160"/>
              <w:jc w:val="center"/>
            </w:pPr>
            <w:r>
              <w:rPr>
                <w:b/>
              </w:rPr>
              <w:t>Teléfono de la escuela:</w:t>
            </w:r>
          </w:p>
          <w:p w14:paraId="5299BA0D" w14:textId="77777777" w:rsidR="00CE5D84" w:rsidRDefault="00671AC8">
            <w:pPr>
              <w:spacing w:after="160"/>
              <w:jc w:val="center"/>
            </w:pPr>
            <w:r>
              <w:t>(713) 640-0950</w:t>
            </w:r>
          </w:p>
        </w:tc>
      </w:tr>
    </w:tbl>
    <w:p w14:paraId="442265B4" w14:textId="3C8E55B0" w:rsidR="00671AC8" w:rsidRDefault="00671AC8"/>
    <w:sectPr w:rsidR="00671AC8" w:rsidSect="00034616">
      <w:pgSz w:w="15840" w:h="12240" w:orient="landscape"/>
      <w:pgMar w:top="504" w:right="432" w:bottom="504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2255373">
    <w:abstractNumId w:val="8"/>
  </w:num>
  <w:num w:numId="2" w16cid:durableId="856580038">
    <w:abstractNumId w:val="6"/>
  </w:num>
  <w:num w:numId="3" w16cid:durableId="301155986">
    <w:abstractNumId w:val="5"/>
  </w:num>
  <w:num w:numId="4" w16cid:durableId="1014961804">
    <w:abstractNumId w:val="4"/>
  </w:num>
  <w:num w:numId="5" w16cid:durableId="77220097">
    <w:abstractNumId w:val="7"/>
  </w:num>
  <w:num w:numId="6" w16cid:durableId="504832237">
    <w:abstractNumId w:val="3"/>
  </w:num>
  <w:num w:numId="7" w16cid:durableId="198595087">
    <w:abstractNumId w:val="2"/>
  </w:num>
  <w:num w:numId="8" w16cid:durableId="704984869">
    <w:abstractNumId w:val="1"/>
  </w:num>
  <w:num w:numId="9" w16cid:durableId="2110657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4CCD"/>
    <w:rsid w:val="0006063C"/>
    <w:rsid w:val="0015074B"/>
    <w:rsid w:val="001C6D92"/>
    <w:rsid w:val="0029639D"/>
    <w:rsid w:val="00326F90"/>
    <w:rsid w:val="003F0829"/>
    <w:rsid w:val="00570580"/>
    <w:rsid w:val="00671AC8"/>
    <w:rsid w:val="00744248"/>
    <w:rsid w:val="00AA1D8D"/>
    <w:rsid w:val="00B47730"/>
    <w:rsid w:val="00CB0664"/>
    <w:rsid w:val="00CE5D84"/>
    <w:rsid w:val="00DA49D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6A76AD"/>
  <w14:defaultImageDpi w14:val="300"/>
  <w15:docId w15:val="{AC17EC1B-855F-433B-9DA0-B7A27BD04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Cruz, Lizeth J</cp:lastModifiedBy>
  <cp:revision>2</cp:revision>
  <dcterms:created xsi:type="dcterms:W3CDTF">2026-09-21T16:33:00Z</dcterms:created>
  <dcterms:modified xsi:type="dcterms:W3CDTF">2026-09-21T16:33:00Z</dcterms:modified>
  <cp:category/>
</cp:coreProperties>
</file>