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5943600" cy="12739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put_file_2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739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rFonts w:ascii="Arial" w:hAnsi="Arial"/>
          <w:b/>
          <w:color w:val="A31D31"/>
          <w:sz w:val="32"/>
        </w:rPr>
        <w:t>BEQUEST DISCLOSURE FORM</w:t>
      </w:r>
    </w:p>
    <w:p>
      <w:pPr>
        <w:spacing w:after="160"/>
      </w:pPr>
      <w:r>
        <w:rPr>
          <w:rFonts w:ascii="Arial" w:hAnsi="Arial"/>
          <w:sz w:val="22"/>
        </w:rPr>
        <w:t>Date:  ________________________</w:t>
      </w:r>
    </w:p>
    <w:p>
      <w:pPr>
        <w:spacing w:after="200"/>
      </w:pPr>
      <w:r>
        <w:rPr>
          <w:rFonts w:ascii="Arial" w:hAnsi="Arial"/>
          <w:sz w:val="22"/>
        </w:rPr>
        <w:t>I/We:  __________________________________________________________________________</w:t>
        <w:br/>
      </w:r>
      <w:r>
        <w:rPr>
          <w:rFonts w:ascii="Arial" w:hAnsi="Arial"/>
          <w:i/>
          <w:color w:val="646464"/>
          <w:sz w:val="19"/>
        </w:rPr>
        <w:t>(Please print name or names)</w:t>
      </w:r>
    </w:p>
    <w:p>
      <w:pPr>
        <w:spacing w:after="160"/>
      </w:pPr>
      <w:r>
        <w:rPr>
          <w:rFonts w:ascii="Arial" w:hAnsi="Arial"/>
          <w:sz w:val="21"/>
        </w:rPr>
        <w:t xml:space="preserve">are pleased to acknowledge that I/we have named </w:t>
      </w:r>
      <w:r>
        <w:rPr>
          <w:rFonts w:ascii="Arial" w:hAnsi="Arial"/>
          <w:b/>
          <w:sz w:val="21"/>
        </w:rPr>
        <w:t>Cardinal O’Hara High School</w:t>
      </w:r>
      <w:r>
        <w:rPr>
          <w:rFonts w:ascii="Arial" w:hAnsi="Arial"/>
          <w:sz w:val="21"/>
        </w:rPr>
        <w:t xml:space="preserve"> as a beneficiary under my/our will, trust, retirement plan, or life insurance policy. </w:t>
      </w:r>
      <w:r>
        <w:rPr>
          <w:rFonts w:ascii="Arial" w:hAnsi="Arial"/>
          <w:i/>
          <w:color w:val="505050"/>
          <w:sz w:val="19"/>
        </w:rPr>
        <w:t>(Please attach some form of documentation: page from your will, beneficiary designation form, letter from your attorney etc.)</w:t>
      </w:r>
    </w:p>
    <w:p>
      <w:pPr>
        <w:spacing w:after="240"/>
      </w:pPr>
      <w:r>
        <w:rPr>
          <w:rFonts w:ascii="Arial" w:hAnsi="Arial"/>
          <w:sz w:val="21"/>
        </w:rPr>
        <w:t>I/we are aware that this is a non-binding disclosure form, and in no way constitutes a legally binding or enforceable pledge. *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4680"/>
          </w:tcPr>
          <w:p>
            <w:r>
              <w:rPr>
                <w:sz w:val="20"/>
              </w:rPr>
              <w:t>Signature #1: ________________________</w:t>
            </w:r>
          </w:p>
        </w:tc>
        <w:tc>
          <w:tcPr>
            <w:tcW w:type="dxa" w:w="4680"/>
          </w:tcPr>
          <w:p>
            <w:r>
              <w:rPr>
                <w:sz w:val="20"/>
              </w:rPr>
              <w:t>Signature #2: ________________________</w:t>
            </w:r>
          </w:p>
        </w:tc>
      </w:tr>
    </w:tbl>
    <w:p>
      <w:pPr>
        <w:spacing w:after="160"/>
      </w:pPr>
    </w:p>
    <w:p>
      <w:pPr>
        <w:spacing w:after="40"/>
      </w:pPr>
      <w:r>
        <w:rPr>
          <w:rFonts w:ascii="Arial" w:hAnsi="Arial"/>
          <w:b/>
          <w:color w:val="0F2D59"/>
          <w:sz w:val="22"/>
        </w:rPr>
        <w:t>Optional Details for Internal Planning</w:t>
      </w:r>
    </w:p>
    <w:p>
      <w:pPr>
        <w:spacing w:after="120"/>
      </w:pPr>
      <w:r>
        <w:rPr>
          <w:rFonts w:ascii="Arial" w:hAnsi="Arial"/>
          <w:i/>
          <w:color w:val="646464"/>
          <w:sz w:val="18"/>
        </w:rPr>
        <w:t>This information will be kept strictly confidential and is very helpful for internal planning purposes.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9360"/>
            <w:shd w:val="clear" w:color="auto" w:fill="F9F9F9"/>
          </w:tcPr>
          <w:p>
            <w:pPr>
              <w:spacing w:before="120" w:after="80"/>
            </w:pPr>
            <w:r>
              <w:rPr>
                <w:sz w:val="19"/>
              </w:rPr>
              <w:t>The estimated value of my/our gift is $ _____________ (or ______% of my/our residuary estate, valued at $ _____________________ as of the date above).</w:t>
              <w:br/>
              <w:br/>
            </w:r>
            <w:r>
              <w:rPr>
                <w:b/>
                <w:sz w:val="19"/>
              </w:rPr>
              <w:t>Description of any assets that are specifically designated to Cardinal O’Hara:</w:t>
              <w:br/>
            </w:r>
            <w:r>
              <w:rPr>
                <w:sz w:val="19"/>
              </w:rPr>
              <w:t>_________________________________________________________________________________</w:t>
              <w:br/>
              <w:br/>
            </w:r>
            <w:r>
              <w:rPr>
                <w:b/>
                <w:sz w:val="19"/>
              </w:rPr>
              <w:t>I would like to designate this gift for:</w:t>
              <w:br/>
            </w:r>
            <w:r>
              <w:rPr>
                <w:sz w:val="19"/>
              </w:rPr>
              <w:t>_________________________________________________________________________________</w:t>
            </w:r>
          </w:p>
        </w:tc>
      </w:tr>
    </w:tbl>
    <w:p>
      <w:pPr>
        <w:spacing w:after="160"/>
      </w:pPr>
    </w:p>
    <w:p>
      <w:pPr>
        <w:spacing w:after="200"/>
      </w:pPr>
      <w:r>
        <w:rPr>
          <w:rFonts w:ascii="Arial" w:hAnsi="Arial"/>
          <w:i/>
          <w:color w:val="646464"/>
          <w:sz w:val="17"/>
        </w:rPr>
        <w:t>* To ensure that your gift is used in accordance with your specific wishes, we suggest that you enter into a gift agreement with Cardinal O’Hara High School and refer to that gift agreement in your will and/or beneficiary designation forms. The Director of Institutional Advancement can assist you in drafting such an agreement.</w:t>
      </w:r>
    </w:p>
    <w:p>
      <w:r>
        <w:rPr>
          <w:rFonts w:ascii="Arial" w:hAnsi="Arial"/>
          <w:b/>
          <w:color w:val="A31D31"/>
          <w:sz w:val="18"/>
        </w:rPr>
        <w:t>You may return this form by mail to:</w:t>
        <w:br/>
      </w:r>
      <w:r>
        <w:rPr>
          <w:rFonts w:ascii="Arial" w:hAnsi="Arial"/>
          <w:sz w:val="18"/>
        </w:rPr>
        <w:t>Cardinal O’Hara High School</w:t>
        <w:br/>
        <w:t>Office of Institutional Advancement</w:t>
        <w:br/>
        <w:t>1701 W. Sproul Road</w:t>
        <w:br/>
        <w:t>Springfield, PA 19064</w:t>
      </w:r>
    </w:p>
    <w:sectPr w:rsidR="00FC693F" w:rsidRPr="0006063C" w:rsidSect="00034616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