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024D" w14:textId="77777777" w:rsidR="007257BD" w:rsidRDefault="00F0684F">
      <w:pPr>
        <w:spacing w:after="80"/>
        <w:jc w:val="center"/>
      </w:pPr>
      <w:r>
        <w:rPr>
          <w:b/>
          <w:color w:val="1F4E79"/>
          <w:sz w:val="34"/>
        </w:rPr>
        <w:t>WRITTEN QUOTE PROCEDURES</w:t>
      </w:r>
    </w:p>
    <w:p w14:paraId="1677FECB" w14:textId="77777777" w:rsidR="007257BD" w:rsidRDefault="00F0684F">
      <w:pPr>
        <w:jc w:val="center"/>
      </w:pPr>
      <w:r>
        <w:rPr>
          <w:i/>
          <w:sz w:val="20"/>
        </w:rPr>
        <w:t>Purchases requiring informal written quotations</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12"/>
      </w:tblGrid>
      <w:tr w:rsidR="007257BD" w14:paraId="20774674" w14:textId="77777777" w:rsidTr="0088247D">
        <w:trPr>
          <w:trHeight w:val="1215"/>
          <w:jc w:val="center"/>
        </w:trPr>
        <w:tc>
          <w:tcPr>
            <w:tcW w:w="10512" w:type="dxa"/>
            <w:shd w:val="clear" w:color="auto" w:fill="EAF2F8"/>
            <w:tcMar>
              <w:top w:w="160" w:type="dxa"/>
              <w:left w:w="180" w:type="dxa"/>
              <w:bottom w:w="160" w:type="dxa"/>
              <w:right w:w="180" w:type="dxa"/>
            </w:tcMar>
          </w:tcPr>
          <w:p w14:paraId="14767BC7" w14:textId="102FE4D5" w:rsidR="007257BD" w:rsidRDefault="00F0684F">
            <w:pPr>
              <w:spacing w:after="0"/>
            </w:pPr>
            <w:r>
              <w:rPr>
                <w:b/>
              </w:rPr>
              <w:t xml:space="preserve">When written quotes are required: </w:t>
            </w:r>
            <w:r w:rsidR="0088247D" w:rsidRPr="0088247D">
              <w:t xml:space="preserve">Written quotes are required when the </w:t>
            </w:r>
            <w:proofErr w:type="gramStart"/>
            <w:r w:rsidR="0088247D" w:rsidRPr="0088247D">
              <w:t>District</w:t>
            </w:r>
            <w:proofErr w:type="gramEnd"/>
            <w:r w:rsidR="0088247D" w:rsidRPr="0088247D">
              <w:t xml:space="preserve"> has spent, or expects to spend, </w:t>
            </w:r>
            <w:r w:rsidR="0088247D" w:rsidRPr="0088247D">
              <w:rPr>
                <w:b/>
                <w:bCs/>
              </w:rPr>
              <w:t xml:space="preserve">$10,000 or more during the fiscal year </w:t>
            </w:r>
            <w:r w:rsidR="0088247D">
              <w:rPr>
                <w:b/>
                <w:bCs/>
              </w:rPr>
              <w:t>with</w:t>
            </w:r>
            <w:r w:rsidR="0088247D" w:rsidRPr="0088247D">
              <w:rPr>
                <w:b/>
                <w:bCs/>
              </w:rPr>
              <w:t xml:space="preserve"> the same </w:t>
            </w:r>
            <w:r w:rsidR="0088247D">
              <w:rPr>
                <w:b/>
                <w:bCs/>
              </w:rPr>
              <w:t xml:space="preserve">vendor or on </w:t>
            </w:r>
            <w:r w:rsidR="0088247D" w:rsidRPr="0088247D">
              <w:rPr>
                <w:b/>
                <w:bCs/>
              </w:rPr>
              <w:t>similar items or services</w:t>
            </w:r>
            <w:r w:rsidR="0088247D" w:rsidRPr="0088247D">
              <w:t xml:space="preserve">. This includes purchases made by </w:t>
            </w:r>
            <w:r w:rsidR="0088247D" w:rsidRPr="0088247D">
              <w:rPr>
                <w:b/>
                <w:bCs/>
              </w:rPr>
              <w:t xml:space="preserve">all schools and departments across the </w:t>
            </w:r>
            <w:proofErr w:type="gramStart"/>
            <w:r w:rsidR="0088247D" w:rsidRPr="0088247D">
              <w:rPr>
                <w:b/>
                <w:bCs/>
              </w:rPr>
              <w:t>District</w:t>
            </w:r>
            <w:proofErr w:type="gramEnd"/>
            <w:r w:rsidR="0088247D" w:rsidRPr="0088247D">
              <w:t>, not just your individual purchase.</w:t>
            </w:r>
          </w:p>
        </w:tc>
      </w:tr>
    </w:tbl>
    <w:p w14:paraId="2A7C4FB5" w14:textId="77777777" w:rsidR="0088247D" w:rsidRDefault="0088247D">
      <w:pPr>
        <w:spacing w:after="100"/>
        <w:rPr>
          <w:b/>
          <w:color w:val="1F4E79"/>
          <w:sz w:val="28"/>
          <w:szCs w:val="24"/>
        </w:rPr>
      </w:pPr>
    </w:p>
    <w:p w14:paraId="36470ABF" w14:textId="10D0849E" w:rsidR="007257BD" w:rsidRPr="0088247D" w:rsidRDefault="00F0684F">
      <w:pPr>
        <w:spacing w:after="100"/>
        <w:rPr>
          <w:rFonts w:ascii="Times New Roman" w:hAnsi="Times New Roman" w:cs="Times New Roman"/>
          <w:b/>
          <w:sz w:val="22"/>
          <w:szCs w:val="24"/>
        </w:rPr>
      </w:pPr>
      <w:r w:rsidRPr="0088247D">
        <w:rPr>
          <w:rFonts w:ascii="Times New Roman" w:hAnsi="Times New Roman" w:cs="Times New Roman"/>
          <w:b/>
          <w:color w:val="1F4E79"/>
          <w:sz w:val="28"/>
          <w:szCs w:val="24"/>
        </w:rPr>
        <w:t>How to Obtain Quotes</w:t>
      </w:r>
    </w:p>
    <w:p w14:paraId="663AF77E" w14:textId="1348B23C"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Obtain</w:t>
      </w:r>
      <w:r w:rsidRPr="0088247D">
        <w:rPr>
          <w:rFonts w:ascii="Times New Roman" w:eastAsia="Times New Roman" w:hAnsi="Times New Roman" w:cs="Times New Roman"/>
          <w:sz w:val="24"/>
          <w:szCs w:val="24"/>
        </w:rPr>
        <w:t xml:space="preserve"> pricing from at least three different vendors. Quotes can be obtained online or directly from the vendor. </w:t>
      </w:r>
    </w:p>
    <w:p w14:paraId="510E105B"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7F359554" w14:textId="1E76809C"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Online</w:t>
      </w:r>
      <w:r w:rsidRPr="0088247D">
        <w:rPr>
          <w:rFonts w:ascii="Times New Roman" w:eastAsia="Times New Roman" w:hAnsi="Times New Roman" w:cs="Times New Roman"/>
          <w:sz w:val="24"/>
          <w:szCs w:val="24"/>
        </w:rPr>
        <w:t xml:space="preserve"> pricing is acceptable. If the item and price are shown on a vendor's website, simply take a screenshot showing the vendor, item, price</w:t>
      </w:r>
      <w:r w:rsidRPr="0088247D">
        <w:rPr>
          <w:rFonts w:ascii="Times New Roman" w:eastAsia="Times New Roman" w:hAnsi="Times New Roman" w:cs="Times New Roman"/>
          <w:sz w:val="24"/>
          <w:szCs w:val="24"/>
        </w:rPr>
        <w:t>, and website URL.</w:t>
      </w:r>
      <w:r w:rsidRPr="0088247D">
        <w:rPr>
          <w:rFonts w:ascii="Times New Roman" w:eastAsia="Times New Roman" w:hAnsi="Times New Roman" w:cs="Times New Roman"/>
          <w:sz w:val="24"/>
          <w:szCs w:val="24"/>
        </w:rPr>
        <w:t xml:space="preserve"> A shopping cart showing the total is also acceptable. </w:t>
      </w:r>
    </w:p>
    <w:p w14:paraId="58FF7A7E"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45AEC1AF" w14:textId="0DFEB696"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If</w:t>
      </w:r>
      <w:r w:rsidRPr="0088247D">
        <w:rPr>
          <w:rFonts w:ascii="Times New Roman" w:eastAsia="Times New Roman" w:hAnsi="Times New Roman" w:cs="Times New Roman"/>
          <w:sz w:val="24"/>
          <w:szCs w:val="24"/>
        </w:rPr>
        <w:t xml:space="preserve"> pricing is not available online, you may request a quote by email or contact the vendor directly. </w:t>
      </w:r>
    </w:p>
    <w:p w14:paraId="2F806CEC"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5C492E50" w14:textId="3010513B"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Compare</w:t>
      </w:r>
      <w:r w:rsidRPr="0088247D">
        <w:rPr>
          <w:rFonts w:ascii="Times New Roman" w:eastAsia="Times New Roman" w:hAnsi="Times New Roman" w:cs="Times New Roman"/>
          <w:sz w:val="24"/>
          <w:szCs w:val="24"/>
        </w:rPr>
        <w:t xml:space="preserve"> the same or similar items/services whenever possible. The items do not have to be </w:t>
      </w:r>
      <w:proofErr w:type="gramStart"/>
      <w:r w:rsidRPr="0088247D">
        <w:rPr>
          <w:rFonts w:ascii="Times New Roman" w:eastAsia="Times New Roman" w:hAnsi="Times New Roman" w:cs="Times New Roman"/>
          <w:sz w:val="24"/>
          <w:szCs w:val="24"/>
        </w:rPr>
        <w:t>exactly the same</w:t>
      </w:r>
      <w:proofErr w:type="gramEnd"/>
      <w:r w:rsidRPr="0088247D">
        <w:rPr>
          <w:rFonts w:ascii="Times New Roman" w:eastAsia="Times New Roman" w:hAnsi="Times New Roman" w:cs="Times New Roman"/>
          <w:sz w:val="24"/>
          <w:szCs w:val="24"/>
        </w:rPr>
        <w:t xml:space="preserve">, but they should be reasonably comparable. </w:t>
      </w:r>
    </w:p>
    <w:p w14:paraId="5375BF2B"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7E82A7CC" w14:textId="217B5771"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Make</w:t>
      </w:r>
      <w:r w:rsidRPr="0088247D">
        <w:rPr>
          <w:rFonts w:ascii="Times New Roman" w:eastAsia="Times New Roman" w:hAnsi="Times New Roman" w:cs="Times New Roman"/>
          <w:sz w:val="24"/>
          <w:szCs w:val="24"/>
        </w:rPr>
        <w:t xml:space="preserve"> sure the pricing includes shipping/freight, taxes, fees, or other charges, when applicable, so the total costs can be compared. </w:t>
      </w:r>
    </w:p>
    <w:p w14:paraId="461766C3"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67700D0F" w14:textId="77777777" w:rsidR="0088247D" w:rsidRP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If</w:t>
      </w:r>
      <w:r w:rsidRPr="0088247D">
        <w:rPr>
          <w:rFonts w:ascii="Times New Roman" w:eastAsia="Times New Roman" w:hAnsi="Times New Roman" w:cs="Times New Roman"/>
          <w:sz w:val="24"/>
          <w:szCs w:val="24"/>
        </w:rPr>
        <w:t xml:space="preserve"> a vendor does not respond or cannot provide the item/service, keep the email or other documentation showing that you attempted to obtain a quote. </w:t>
      </w:r>
    </w:p>
    <w:p w14:paraId="201C0CA5"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23C8FA7B" w14:textId="3903F237" w:rsidR="0088247D" w:rsidRDefault="0088247D" w:rsidP="0088247D">
      <w:pPr>
        <w:spacing w:after="0" w:line="240" w:lineRule="auto"/>
        <w:rPr>
          <w:rFonts w:ascii="Times New Roman" w:eastAsia="Times New Roman" w:hAnsi="Times New Roman" w:cs="Times New Roman"/>
          <w:sz w:val="24"/>
          <w:szCs w:val="24"/>
        </w:rPr>
      </w:pPr>
      <w:r w:rsidRPr="0088247D">
        <w:rPr>
          <w:rFonts w:ascii="Times New Roman" w:eastAsia="Times New Roman" w:hAnsi="Times New Roman" w:cs="Times New Roman"/>
          <w:sz w:val="24"/>
          <w:szCs w:val="24"/>
        </w:rPr>
        <w:t> Attach</w:t>
      </w:r>
      <w:r w:rsidRPr="0088247D">
        <w:rPr>
          <w:rFonts w:ascii="Times New Roman" w:eastAsia="Times New Roman" w:hAnsi="Times New Roman" w:cs="Times New Roman"/>
          <w:sz w:val="24"/>
          <w:szCs w:val="24"/>
        </w:rPr>
        <w:t xml:space="preserve"> the three quotes/screenshots and the completed Written Quote Form to your requisition in School ERP Pro.</w:t>
      </w:r>
    </w:p>
    <w:p w14:paraId="448AC6C4" w14:textId="77777777" w:rsidR="0088247D" w:rsidRPr="0088247D" w:rsidRDefault="0088247D" w:rsidP="0088247D">
      <w:pPr>
        <w:spacing w:after="0" w:line="240" w:lineRule="auto"/>
        <w:rPr>
          <w:rFonts w:ascii="Times New Roman" w:eastAsia="Times New Roman" w:hAnsi="Times New Roman" w:cs="Times New Roman"/>
          <w:sz w:val="24"/>
          <w:szCs w:val="24"/>
        </w:rPr>
      </w:pPr>
    </w:p>
    <w:p w14:paraId="137F9124" w14:textId="370DB441" w:rsidR="007257BD" w:rsidRPr="0088247D" w:rsidRDefault="00F0684F" w:rsidP="0088247D">
      <w:pPr>
        <w:spacing w:before="140" w:after="100"/>
        <w:rPr>
          <w:rFonts w:ascii="Times New Roman" w:hAnsi="Times New Roman" w:cs="Times New Roman"/>
          <w:sz w:val="22"/>
          <w:szCs w:val="24"/>
        </w:rPr>
      </w:pPr>
      <w:r w:rsidRPr="0088247D">
        <w:rPr>
          <w:rFonts w:ascii="Times New Roman" w:hAnsi="Times New Roman" w:cs="Times New Roman"/>
          <w:b/>
          <w:color w:val="1F4E79"/>
          <w:sz w:val="28"/>
          <w:szCs w:val="24"/>
        </w:rPr>
        <w:t>Selecting a Vendor</w:t>
      </w:r>
    </w:p>
    <w:p w14:paraId="1FEFDBF6" w14:textId="77777777" w:rsidR="007257BD" w:rsidRPr="0088247D" w:rsidRDefault="00F0684F">
      <w:pPr>
        <w:pStyle w:val="ListBullet"/>
        <w:spacing w:after="60"/>
        <w:rPr>
          <w:rFonts w:ascii="Times New Roman" w:hAnsi="Times New Roman" w:cs="Times New Roman"/>
          <w:sz w:val="24"/>
          <w:szCs w:val="28"/>
        </w:rPr>
      </w:pPr>
      <w:r w:rsidRPr="0088247D">
        <w:rPr>
          <w:rFonts w:ascii="Times New Roman" w:hAnsi="Times New Roman" w:cs="Times New Roman"/>
          <w:sz w:val="24"/>
          <w:szCs w:val="28"/>
        </w:rPr>
        <w:t xml:space="preserve">Select the offer that is most advantageous to the </w:t>
      </w:r>
      <w:proofErr w:type="gramStart"/>
      <w:r w:rsidRPr="0088247D">
        <w:rPr>
          <w:rFonts w:ascii="Times New Roman" w:hAnsi="Times New Roman" w:cs="Times New Roman"/>
          <w:sz w:val="24"/>
          <w:szCs w:val="28"/>
        </w:rPr>
        <w:t>District</w:t>
      </w:r>
      <w:proofErr w:type="gramEnd"/>
      <w:r w:rsidRPr="0088247D">
        <w:rPr>
          <w:rFonts w:ascii="Times New Roman" w:hAnsi="Times New Roman" w:cs="Times New Roman"/>
          <w:sz w:val="24"/>
          <w:szCs w:val="28"/>
        </w:rPr>
        <w:t xml:space="preserve"> based on the factors communicated to the vendors, such as price, delivery, compatibility, warranty, availability, or other relevant requirements.</w:t>
      </w:r>
    </w:p>
    <w:p w14:paraId="4FD62397" w14:textId="77777777" w:rsidR="007257BD" w:rsidRPr="0088247D" w:rsidRDefault="00F0684F">
      <w:pPr>
        <w:pStyle w:val="ListBullet"/>
        <w:spacing w:after="60"/>
        <w:rPr>
          <w:rFonts w:ascii="Times New Roman" w:hAnsi="Times New Roman" w:cs="Times New Roman"/>
          <w:sz w:val="24"/>
          <w:szCs w:val="28"/>
        </w:rPr>
      </w:pPr>
      <w:r w:rsidRPr="0088247D">
        <w:rPr>
          <w:rFonts w:ascii="Times New Roman" w:hAnsi="Times New Roman" w:cs="Times New Roman"/>
          <w:sz w:val="24"/>
          <w:szCs w:val="28"/>
        </w:rPr>
        <w:t>If the selected vendor is not the lowest total price, clearly document the business reason for the selection on this form.</w:t>
      </w:r>
    </w:p>
    <w:p w14:paraId="65202CAC" w14:textId="77777777" w:rsidR="007257BD" w:rsidRPr="0088247D" w:rsidRDefault="00F0684F">
      <w:pPr>
        <w:pStyle w:val="ListBullet"/>
        <w:spacing w:after="60"/>
        <w:rPr>
          <w:rFonts w:ascii="Times New Roman" w:hAnsi="Times New Roman" w:cs="Times New Roman"/>
          <w:sz w:val="24"/>
          <w:szCs w:val="28"/>
        </w:rPr>
      </w:pPr>
      <w:r w:rsidRPr="0088247D">
        <w:rPr>
          <w:rFonts w:ascii="Times New Roman" w:hAnsi="Times New Roman" w:cs="Times New Roman"/>
          <w:sz w:val="24"/>
          <w:szCs w:val="28"/>
        </w:rPr>
        <w:t>Purchasing may request additional information or determine that another procurement method is required before a purchase can proceed.</w:t>
      </w:r>
    </w:p>
    <w:p w14:paraId="21D45530" w14:textId="77777777" w:rsidR="0088247D" w:rsidRPr="0088247D" w:rsidRDefault="0088247D" w:rsidP="0088247D">
      <w:pPr>
        <w:pStyle w:val="ListBullet"/>
        <w:numPr>
          <w:ilvl w:val="0"/>
          <w:numId w:val="0"/>
        </w:numPr>
        <w:spacing w:after="60"/>
        <w:ind w:left="360"/>
        <w:rPr>
          <w:sz w:val="22"/>
          <w:szCs w:val="24"/>
        </w:rPr>
      </w:pPr>
    </w:p>
    <w:tbl>
      <w:tblPr>
        <w:tblW w:w="0" w:type="auto"/>
        <w:tblBorders>
          <w:top w:val="single" w:sz="6" w:space="0" w:color="D6B656"/>
          <w:left w:val="single" w:sz="6" w:space="0" w:color="D6B656"/>
          <w:bottom w:val="single" w:sz="6" w:space="0" w:color="D6B656"/>
          <w:right w:val="single" w:sz="6" w:space="0" w:color="D6B656"/>
          <w:insideH w:val="single" w:sz="6" w:space="0" w:color="D6B656"/>
          <w:insideV w:val="single" w:sz="6" w:space="0" w:color="D6B656"/>
        </w:tblBorders>
        <w:tblLook w:val="04A0" w:firstRow="1" w:lastRow="0" w:firstColumn="1" w:lastColumn="0" w:noHBand="0" w:noVBand="1"/>
      </w:tblPr>
      <w:tblGrid>
        <w:gridCol w:w="10512"/>
      </w:tblGrid>
      <w:tr w:rsidR="007257BD" w14:paraId="322C44F5" w14:textId="77777777">
        <w:tc>
          <w:tcPr>
            <w:tcW w:w="10512" w:type="dxa"/>
            <w:shd w:val="clear" w:color="auto" w:fill="FFF8E1"/>
            <w:tcMar>
              <w:top w:w="120" w:type="dxa"/>
              <w:left w:w="160" w:type="dxa"/>
              <w:bottom w:w="120" w:type="dxa"/>
              <w:right w:w="160" w:type="dxa"/>
            </w:tcMar>
          </w:tcPr>
          <w:p w14:paraId="1E5EB401" w14:textId="77777777" w:rsidR="007257BD" w:rsidRDefault="00F0684F">
            <w:pPr>
              <w:spacing w:after="0"/>
            </w:pPr>
            <w:r>
              <w:rPr>
                <w:b/>
              </w:rPr>
              <w:t xml:space="preserve">Important: </w:t>
            </w:r>
            <w:r>
              <w:t>Do not place the order or authorize work until the requisition has been approved and a purchase order has been issued, unless Purchasing has specifically authorized another process.</w:t>
            </w:r>
          </w:p>
        </w:tc>
      </w:tr>
    </w:tbl>
    <w:p w14:paraId="675E467D" w14:textId="69D4E169" w:rsidR="007257BD" w:rsidRDefault="007257BD"/>
    <w:p w14:paraId="3B217823" w14:textId="77777777" w:rsidR="0088247D" w:rsidRDefault="0088247D"/>
    <w:p w14:paraId="4A1B9528" w14:textId="77777777" w:rsidR="0088247D" w:rsidRDefault="0088247D"/>
    <w:p w14:paraId="26C3214C" w14:textId="77777777" w:rsidR="007257BD" w:rsidRDefault="00F0684F">
      <w:pPr>
        <w:spacing w:after="80"/>
        <w:jc w:val="center"/>
      </w:pPr>
      <w:r>
        <w:rPr>
          <w:b/>
          <w:color w:val="1F4E79"/>
          <w:sz w:val="34"/>
        </w:rPr>
        <w:lastRenderedPageBreak/>
        <w:t>WRITTEN QUOTE DOCUMENTATION</w:t>
      </w:r>
    </w:p>
    <w:p w14:paraId="26E12C10" w14:textId="77777777" w:rsidR="007257BD" w:rsidRDefault="00F0684F">
      <w:pPr>
        <w:jc w:val="center"/>
      </w:pPr>
      <w:r>
        <w:rPr>
          <w:i/>
          <w:sz w:val="20"/>
        </w:rPr>
        <w:t>Complete and attach all quote documentation to the requisition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5112"/>
        <w:gridCol w:w="5112"/>
      </w:tblGrid>
      <w:tr w:rsidR="007257BD" w14:paraId="25CA10EB" w14:textId="77777777">
        <w:trPr>
          <w:trHeight w:val="520"/>
          <w:jc w:val="center"/>
        </w:trPr>
        <w:tc>
          <w:tcPr>
            <w:tcW w:w="5112" w:type="dxa"/>
            <w:tcMar>
              <w:top w:w="110" w:type="dxa"/>
              <w:left w:w="120" w:type="dxa"/>
              <w:bottom w:w="110" w:type="dxa"/>
              <w:right w:w="120" w:type="dxa"/>
            </w:tcMar>
          </w:tcPr>
          <w:p w14:paraId="27643848" w14:textId="6F1D33B3" w:rsidR="007257BD" w:rsidRDefault="00F0684F">
            <w:r>
              <w:rPr>
                <w:b/>
              </w:rPr>
              <w:t>Requestor / Department</w:t>
            </w:r>
            <w:r w:rsidR="0088247D">
              <w:rPr>
                <w:b/>
              </w:rPr>
              <w:t>:</w:t>
            </w:r>
          </w:p>
        </w:tc>
        <w:tc>
          <w:tcPr>
            <w:tcW w:w="5112" w:type="dxa"/>
            <w:tcMar>
              <w:top w:w="110" w:type="dxa"/>
              <w:left w:w="120" w:type="dxa"/>
              <w:bottom w:w="110" w:type="dxa"/>
              <w:right w:w="120" w:type="dxa"/>
            </w:tcMar>
          </w:tcPr>
          <w:p w14:paraId="4ACFED29" w14:textId="06C78723" w:rsidR="007257BD" w:rsidRDefault="00F0684F">
            <w:r>
              <w:rPr>
                <w:b/>
              </w:rPr>
              <w:t>Date</w:t>
            </w:r>
            <w:r w:rsidR="0088247D">
              <w:rPr>
                <w:b/>
              </w:rPr>
              <w:t>:</w:t>
            </w:r>
          </w:p>
        </w:tc>
      </w:tr>
      <w:tr w:rsidR="007257BD" w14:paraId="297E0FD2" w14:textId="77777777">
        <w:trPr>
          <w:trHeight w:val="520"/>
          <w:jc w:val="center"/>
        </w:trPr>
        <w:tc>
          <w:tcPr>
            <w:tcW w:w="5112" w:type="dxa"/>
            <w:tcMar>
              <w:top w:w="110" w:type="dxa"/>
              <w:left w:w="120" w:type="dxa"/>
              <w:bottom w:w="110" w:type="dxa"/>
              <w:right w:w="120" w:type="dxa"/>
            </w:tcMar>
          </w:tcPr>
          <w:p w14:paraId="53F7C4BD" w14:textId="2808F220" w:rsidR="007257BD" w:rsidRDefault="00F0684F">
            <w:r>
              <w:rPr>
                <w:b/>
              </w:rPr>
              <w:t xml:space="preserve">Requisition </w:t>
            </w:r>
            <w:proofErr w:type="gramStart"/>
            <w:r>
              <w:rPr>
                <w:b/>
              </w:rPr>
              <w:t>#</w:t>
            </w:r>
            <w:r w:rsidR="0088247D">
              <w:rPr>
                <w:b/>
              </w:rPr>
              <w:t xml:space="preserve"> :</w:t>
            </w:r>
            <w:proofErr w:type="gramEnd"/>
          </w:p>
        </w:tc>
        <w:tc>
          <w:tcPr>
            <w:tcW w:w="5112" w:type="dxa"/>
            <w:tcMar>
              <w:top w:w="110" w:type="dxa"/>
              <w:left w:w="120" w:type="dxa"/>
              <w:bottom w:w="110" w:type="dxa"/>
              <w:right w:w="120" w:type="dxa"/>
            </w:tcMar>
          </w:tcPr>
          <w:p w14:paraId="6343576E" w14:textId="0B532718" w:rsidR="007257BD" w:rsidRDefault="00F0684F">
            <w:r>
              <w:rPr>
                <w:b/>
              </w:rPr>
              <w:t>Estimated Purchase Total</w:t>
            </w:r>
            <w:r w:rsidR="0088247D">
              <w:rPr>
                <w:b/>
              </w:rPr>
              <w:t>:</w:t>
            </w:r>
          </w:p>
        </w:tc>
      </w:tr>
      <w:tr w:rsidR="007257BD" w14:paraId="7423CB8C" w14:textId="77777777">
        <w:trPr>
          <w:trHeight w:val="520"/>
          <w:jc w:val="center"/>
        </w:trPr>
        <w:tc>
          <w:tcPr>
            <w:tcW w:w="5112" w:type="dxa"/>
            <w:tcMar>
              <w:top w:w="110" w:type="dxa"/>
              <w:left w:w="120" w:type="dxa"/>
              <w:bottom w:w="110" w:type="dxa"/>
              <w:right w:w="120" w:type="dxa"/>
            </w:tcMar>
          </w:tcPr>
          <w:p w14:paraId="6431C49A" w14:textId="5332DB1D" w:rsidR="007257BD" w:rsidRDefault="00F0684F">
            <w:r>
              <w:rPr>
                <w:b/>
              </w:rPr>
              <w:t>Description of Product or Service</w:t>
            </w:r>
            <w:r w:rsidR="0088247D">
              <w:rPr>
                <w:b/>
              </w:rPr>
              <w:t>:</w:t>
            </w:r>
          </w:p>
        </w:tc>
        <w:tc>
          <w:tcPr>
            <w:tcW w:w="5112" w:type="dxa"/>
            <w:tcMar>
              <w:top w:w="110" w:type="dxa"/>
              <w:left w:w="120" w:type="dxa"/>
              <w:bottom w:w="110" w:type="dxa"/>
              <w:right w:w="120" w:type="dxa"/>
            </w:tcMar>
          </w:tcPr>
          <w:p w14:paraId="64503590" w14:textId="100F71BA" w:rsidR="007257BD" w:rsidRDefault="00F0684F">
            <w:r>
              <w:rPr>
                <w:b/>
              </w:rPr>
              <w:t>Fiscal Year</w:t>
            </w:r>
            <w:r w:rsidR="0088247D">
              <w:rPr>
                <w:b/>
              </w:rPr>
              <w:t>:</w:t>
            </w:r>
          </w:p>
        </w:tc>
      </w:tr>
      <w:tr w:rsidR="007257BD" w14:paraId="1180A222" w14:textId="77777777">
        <w:trPr>
          <w:trHeight w:val="900"/>
          <w:jc w:val="center"/>
        </w:trPr>
        <w:tc>
          <w:tcPr>
            <w:tcW w:w="10224" w:type="dxa"/>
            <w:gridSpan w:val="2"/>
            <w:tcMar>
              <w:top w:w="110" w:type="dxa"/>
              <w:left w:w="120" w:type="dxa"/>
              <w:bottom w:w="110" w:type="dxa"/>
              <w:right w:w="120" w:type="dxa"/>
            </w:tcMar>
          </w:tcPr>
          <w:p w14:paraId="1C44ABD4" w14:textId="430C341E" w:rsidR="007257BD" w:rsidRDefault="0088247D">
            <w:r>
              <w:rPr>
                <w:b/>
              </w:rPr>
              <w:t>Notes:</w:t>
            </w:r>
          </w:p>
        </w:tc>
      </w:tr>
    </w:tbl>
    <w:p w14:paraId="0ED8BC16" w14:textId="77777777" w:rsidR="007257BD" w:rsidRDefault="007257BD">
      <w:pPr>
        <w:spacing w:after="60"/>
      </w:pP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944"/>
        <w:gridCol w:w="1123"/>
        <w:gridCol w:w="1440"/>
        <w:gridCol w:w="1296"/>
        <w:gridCol w:w="1224"/>
        <w:gridCol w:w="1296"/>
        <w:gridCol w:w="1800"/>
      </w:tblGrid>
      <w:tr w:rsidR="007257BD" w14:paraId="26B088B6" w14:textId="77777777" w:rsidTr="0088247D">
        <w:trPr>
          <w:trHeight w:val="1090"/>
          <w:tblHeader/>
          <w:jc w:val="center"/>
        </w:trPr>
        <w:tc>
          <w:tcPr>
            <w:tcW w:w="1944" w:type="dxa"/>
            <w:shd w:val="clear" w:color="auto" w:fill="D9EAF7"/>
            <w:tcMar>
              <w:top w:w="110" w:type="dxa"/>
              <w:left w:w="80" w:type="dxa"/>
              <w:bottom w:w="110" w:type="dxa"/>
              <w:right w:w="80" w:type="dxa"/>
            </w:tcMar>
          </w:tcPr>
          <w:p w14:paraId="2BB44147" w14:textId="77777777" w:rsidR="007257BD" w:rsidRDefault="00F0684F">
            <w:pPr>
              <w:jc w:val="center"/>
            </w:pPr>
            <w:r>
              <w:rPr>
                <w:b/>
                <w:sz w:val="18"/>
              </w:rPr>
              <w:t>Vendor</w:t>
            </w:r>
          </w:p>
        </w:tc>
        <w:tc>
          <w:tcPr>
            <w:tcW w:w="1123" w:type="dxa"/>
            <w:shd w:val="clear" w:color="auto" w:fill="D9EAF7"/>
            <w:tcMar>
              <w:top w:w="110" w:type="dxa"/>
              <w:left w:w="80" w:type="dxa"/>
              <w:bottom w:w="110" w:type="dxa"/>
              <w:right w:w="80" w:type="dxa"/>
            </w:tcMar>
          </w:tcPr>
          <w:p w14:paraId="3D391DDB" w14:textId="77777777" w:rsidR="007257BD" w:rsidRDefault="00F0684F">
            <w:pPr>
              <w:jc w:val="center"/>
            </w:pPr>
            <w:r>
              <w:rPr>
                <w:b/>
                <w:sz w:val="18"/>
              </w:rPr>
              <w:t>Date</w:t>
            </w:r>
          </w:p>
        </w:tc>
        <w:tc>
          <w:tcPr>
            <w:tcW w:w="1440" w:type="dxa"/>
            <w:shd w:val="clear" w:color="auto" w:fill="D9EAF7"/>
            <w:tcMar>
              <w:top w:w="110" w:type="dxa"/>
              <w:left w:w="80" w:type="dxa"/>
              <w:bottom w:w="110" w:type="dxa"/>
              <w:right w:w="80" w:type="dxa"/>
            </w:tcMar>
          </w:tcPr>
          <w:p w14:paraId="533B24F6" w14:textId="36BA5E93" w:rsidR="007257BD" w:rsidRDefault="00F0684F">
            <w:pPr>
              <w:jc w:val="center"/>
            </w:pPr>
            <w:r>
              <w:rPr>
                <w:b/>
                <w:sz w:val="18"/>
              </w:rPr>
              <w:t>Contact</w:t>
            </w:r>
            <w:r w:rsidR="0088247D">
              <w:rPr>
                <w:b/>
                <w:sz w:val="18"/>
              </w:rPr>
              <w:t xml:space="preserve"> Email, Website, and/or phone number</w:t>
            </w:r>
          </w:p>
        </w:tc>
        <w:tc>
          <w:tcPr>
            <w:tcW w:w="1296" w:type="dxa"/>
            <w:shd w:val="clear" w:color="auto" w:fill="D9EAF7"/>
            <w:tcMar>
              <w:top w:w="110" w:type="dxa"/>
              <w:left w:w="80" w:type="dxa"/>
              <w:bottom w:w="110" w:type="dxa"/>
              <w:right w:w="80" w:type="dxa"/>
            </w:tcMar>
          </w:tcPr>
          <w:p w14:paraId="1F05D95F" w14:textId="77777777" w:rsidR="007257BD" w:rsidRDefault="00F0684F">
            <w:pPr>
              <w:jc w:val="center"/>
            </w:pPr>
            <w:r>
              <w:rPr>
                <w:b/>
                <w:sz w:val="18"/>
              </w:rPr>
              <w:t>Base Price</w:t>
            </w:r>
          </w:p>
        </w:tc>
        <w:tc>
          <w:tcPr>
            <w:tcW w:w="1224" w:type="dxa"/>
            <w:shd w:val="clear" w:color="auto" w:fill="D9EAF7"/>
            <w:tcMar>
              <w:top w:w="110" w:type="dxa"/>
              <w:left w:w="80" w:type="dxa"/>
              <w:bottom w:w="110" w:type="dxa"/>
              <w:right w:w="80" w:type="dxa"/>
            </w:tcMar>
          </w:tcPr>
          <w:p w14:paraId="3E70C97C" w14:textId="77777777" w:rsidR="007257BD" w:rsidRDefault="00F0684F">
            <w:pPr>
              <w:jc w:val="center"/>
            </w:pPr>
            <w:r>
              <w:rPr>
                <w:b/>
                <w:sz w:val="18"/>
              </w:rPr>
              <w:t>Freight / Tax / Fees</w:t>
            </w:r>
          </w:p>
        </w:tc>
        <w:tc>
          <w:tcPr>
            <w:tcW w:w="1296" w:type="dxa"/>
            <w:shd w:val="clear" w:color="auto" w:fill="D9EAF7"/>
            <w:tcMar>
              <w:top w:w="110" w:type="dxa"/>
              <w:left w:w="80" w:type="dxa"/>
              <w:bottom w:w="110" w:type="dxa"/>
              <w:right w:w="80" w:type="dxa"/>
            </w:tcMar>
          </w:tcPr>
          <w:p w14:paraId="07EE67D4" w14:textId="77777777" w:rsidR="007257BD" w:rsidRDefault="00F0684F">
            <w:pPr>
              <w:jc w:val="center"/>
            </w:pPr>
            <w:r>
              <w:rPr>
                <w:b/>
                <w:sz w:val="18"/>
              </w:rPr>
              <w:t>Total</w:t>
            </w:r>
          </w:p>
        </w:tc>
        <w:tc>
          <w:tcPr>
            <w:tcW w:w="1800" w:type="dxa"/>
            <w:shd w:val="clear" w:color="auto" w:fill="D9EAF7"/>
            <w:tcMar>
              <w:top w:w="110" w:type="dxa"/>
              <w:left w:w="80" w:type="dxa"/>
              <w:bottom w:w="110" w:type="dxa"/>
              <w:right w:w="80" w:type="dxa"/>
            </w:tcMar>
          </w:tcPr>
          <w:p w14:paraId="6011D1F5" w14:textId="77777777" w:rsidR="007257BD" w:rsidRDefault="00F0684F">
            <w:pPr>
              <w:jc w:val="center"/>
            </w:pPr>
            <w:r>
              <w:rPr>
                <w:b/>
                <w:sz w:val="18"/>
              </w:rPr>
              <w:t>Result / Notes</w:t>
            </w:r>
          </w:p>
        </w:tc>
      </w:tr>
      <w:tr w:rsidR="007257BD" w14:paraId="61EE51F4" w14:textId="77777777">
        <w:trPr>
          <w:trHeight w:val="1150"/>
          <w:jc w:val="center"/>
        </w:trPr>
        <w:tc>
          <w:tcPr>
            <w:tcW w:w="1944" w:type="dxa"/>
            <w:tcMar>
              <w:top w:w="100" w:type="dxa"/>
              <w:left w:w="80" w:type="dxa"/>
              <w:bottom w:w="100" w:type="dxa"/>
              <w:right w:w="80" w:type="dxa"/>
            </w:tcMar>
          </w:tcPr>
          <w:p w14:paraId="5D796663" w14:textId="311CF0FE" w:rsidR="007257BD" w:rsidRPr="0088247D" w:rsidRDefault="00F0684F">
            <w:pPr>
              <w:rPr>
                <w:i/>
                <w:iCs/>
              </w:rPr>
            </w:pPr>
            <w:r w:rsidRPr="0088247D">
              <w:rPr>
                <w:i/>
                <w:iCs/>
              </w:rPr>
              <w:t xml:space="preserve">1. </w:t>
            </w:r>
          </w:p>
        </w:tc>
        <w:tc>
          <w:tcPr>
            <w:tcW w:w="1123" w:type="dxa"/>
            <w:tcMar>
              <w:top w:w="100" w:type="dxa"/>
              <w:left w:w="80" w:type="dxa"/>
              <w:bottom w:w="100" w:type="dxa"/>
              <w:right w:w="80" w:type="dxa"/>
            </w:tcMar>
          </w:tcPr>
          <w:p w14:paraId="1559CD9E" w14:textId="3E55FDA4" w:rsidR="007257BD" w:rsidRDefault="007257BD"/>
        </w:tc>
        <w:tc>
          <w:tcPr>
            <w:tcW w:w="1440" w:type="dxa"/>
            <w:tcMar>
              <w:top w:w="100" w:type="dxa"/>
              <w:left w:w="80" w:type="dxa"/>
              <w:bottom w:w="100" w:type="dxa"/>
              <w:right w:w="80" w:type="dxa"/>
            </w:tcMar>
          </w:tcPr>
          <w:p w14:paraId="3131DE39" w14:textId="34D44831" w:rsidR="007257BD" w:rsidRDefault="007257BD"/>
        </w:tc>
        <w:tc>
          <w:tcPr>
            <w:tcW w:w="1296" w:type="dxa"/>
            <w:tcMar>
              <w:top w:w="100" w:type="dxa"/>
              <w:left w:w="80" w:type="dxa"/>
              <w:bottom w:w="100" w:type="dxa"/>
              <w:right w:w="80" w:type="dxa"/>
            </w:tcMar>
          </w:tcPr>
          <w:p w14:paraId="6126F08B" w14:textId="5C819B27" w:rsidR="007257BD" w:rsidRDefault="007257BD"/>
        </w:tc>
        <w:tc>
          <w:tcPr>
            <w:tcW w:w="1224" w:type="dxa"/>
            <w:tcMar>
              <w:top w:w="100" w:type="dxa"/>
              <w:left w:w="80" w:type="dxa"/>
              <w:bottom w:w="100" w:type="dxa"/>
              <w:right w:w="80" w:type="dxa"/>
            </w:tcMar>
          </w:tcPr>
          <w:p w14:paraId="2DE6FB69" w14:textId="77777777" w:rsidR="007257BD" w:rsidRDefault="007257BD"/>
        </w:tc>
        <w:tc>
          <w:tcPr>
            <w:tcW w:w="1296" w:type="dxa"/>
            <w:tcMar>
              <w:top w:w="100" w:type="dxa"/>
              <w:left w:w="80" w:type="dxa"/>
              <w:bottom w:w="100" w:type="dxa"/>
              <w:right w:w="80" w:type="dxa"/>
            </w:tcMar>
          </w:tcPr>
          <w:p w14:paraId="1147A8BD" w14:textId="77777777" w:rsidR="007257BD" w:rsidRDefault="007257BD"/>
        </w:tc>
        <w:tc>
          <w:tcPr>
            <w:tcW w:w="1800" w:type="dxa"/>
            <w:tcMar>
              <w:top w:w="100" w:type="dxa"/>
              <w:left w:w="80" w:type="dxa"/>
              <w:bottom w:w="100" w:type="dxa"/>
              <w:right w:w="80" w:type="dxa"/>
            </w:tcMar>
          </w:tcPr>
          <w:p w14:paraId="052119FA" w14:textId="77777777" w:rsidR="007257BD" w:rsidRDefault="007257BD"/>
        </w:tc>
      </w:tr>
      <w:tr w:rsidR="007257BD" w14:paraId="721036F4" w14:textId="77777777">
        <w:trPr>
          <w:trHeight w:val="1150"/>
          <w:jc w:val="center"/>
        </w:trPr>
        <w:tc>
          <w:tcPr>
            <w:tcW w:w="1944" w:type="dxa"/>
            <w:tcMar>
              <w:top w:w="100" w:type="dxa"/>
              <w:left w:w="80" w:type="dxa"/>
              <w:bottom w:w="100" w:type="dxa"/>
              <w:right w:w="80" w:type="dxa"/>
            </w:tcMar>
          </w:tcPr>
          <w:p w14:paraId="0ECAD815" w14:textId="77777777" w:rsidR="007257BD" w:rsidRDefault="00F0684F">
            <w:r>
              <w:t xml:space="preserve">2. </w:t>
            </w:r>
          </w:p>
        </w:tc>
        <w:tc>
          <w:tcPr>
            <w:tcW w:w="1123" w:type="dxa"/>
            <w:tcMar>
              <w:top w:w="100" w:type="dxa"/>
              <w:left w:w="80" w:type="dxa"/>
              <w:bottom w:w="100" w:type="dxa"/>
              <w:right w:w="80" w:type="dxa"/>
            </w:tcMar>
          </w:tcPr>
          <w:p w14:paraId="16D05A53" w14:textId="77777777" w:rsidR="007257BD" w:rsidRDefault="007257BD"/>
        </w:tc>
        <w:tc>
          <w:tcPr>
            <w:tcW w:w="1440" w:type="dxa"/>
            <w:tcMar>
              <w:top w:w="100" w:type="dxa"/>
              <w:left w:w="80" w:type="dxa"/>
              <w:bottom w:w="100" w:type="dxa"/>
              <w:right w:w="80" w:type="dxa"/>
            </w:tcMar>
          </w:tcPr>
          <w:p w14:paraId="5225DA93" w14:textId="77777777" w:rsidR="007257BD" w:rsidRDefault="007257BD"/>
        </w:tc>
        <w:tc>
          <w:tcPr>
            <w:tcW w:w="1296" w:type="dxa"/>
            <w:tcMar>
              <w:top w:w="100" w:type="dxa"/>
              <w:left w:w="80" w:type="dxa"/>
              <w:bottom w:w="100" w:type="dxa"/>
              <w:right w:w="80" w:type="dxa"/>
            </w:tcMar>
          </w:tcPr>
          <w:p w14:paraId="113F0AA1" w14:textId="77777777" w:rsidR="007257BD" w:rsidRDefault="007257BD"/>
        </w:tc>
        <w:tc>
          <w:tcPr>
            <w:tcW w:w="1224" w:type="dxa"/>
            <w:tcMar>
              <w:top w:w="100" w:type="dxa"/>
              <w:left w:w="80" w:type="dxa"/>
              <w:bottom w:w="100" w:type="dxa"/>
              <w:right w:w="80" w:type="dxa"/>
            </w:tcMar>
          </w:tcPr>
          <w:p w14:paraId="3A877212" w14:textId="77777777" w:rsidR="007257BD" w:rsidRDefault="007257BD"/>
        </w:tc>
        <w:tc>
          <w:tcPr>
            <w:tcW w:w="1296" w:type="dxa"/>
            <w:tcMar>
              <w:top w:w="100" w:type="dxa"/>
              <w:left w:w="80" w:type="dxa"/>
              <w:bottom w:w="100" w:type="dxa"/>
              <w:right w:w="80" w:type="dxa"/>
            </w:tcMar>
          </w:tcPr>
          <w:p w14:paraId="792FDD20" w14:textId="77777777" w:rsidR="007257BD" w:rsidRDefault="007257BD"/>
        </w:tc>
        <w:tc>
          <w:tcPr>
            <w:tcW w:w="1800" w:type="dxa"/>
            <w:tcMar>
              <w:top w:w="100" w:type="dxa"/>
              <w:left w:w="80" w:type="dxa"/>
              <w:bottom w:w="100" w:type="dxa"/>
              <w:right w:w="80" w:type="dxa"/>
            </w:tcMar>
          </w:tcPr>
          <w:p w14:paraId="3C43047E" w14:textId="77777777" w:rsidR="007257BD" w:rsidRDefault="007257BD"/>
        </w:tc>
      </w:tr>
      <w:tr w:rsidR="007257BD" w14:paraId="7EF06954" w14:textId="77777777">
        <w:trPr>
          <w:trHeight w:val="1150"/>
          <w:jc w:val="center"/>
        </w:trPr>
        <w:tc>
          <w:tcPr>
            <w:tcW w:w="1944" w:type="dxa"/>
            <w:tcMar>
              <w:top w:w="100" w:type="dxa"/>
              <w:left w:w="80" w:type="dxa"/>
              <w:bottom w:w="100" w:type="dxa"/>
              <w:right w:w="80" w:type="dxa"/>
            </w:tcMar>
          </w:tcPr>
          <w:p w14:paraId="73191F08" w14:textId="77777777" w:rsidR="007257BD" w:rsidRDefault="00F0684F">
            <w:r>
              <w:t xml:space="preserve">3. </w:t>
            </w:r>
          </w:p>
        </w:tc>
        <w:tc>
          <w:tcPr>
            <w:tcW w:w="1123" w:type="dxa"/>
            <w:tcMar>
              <w:top w:w="100" w:type="dxa"/>
              <w:left w:w="80" w:type="dxa"/>
              <w:bottom w:w="100" w:type="dxa"/>
              <w:right w:w="80" w:type="dxa"/>
            </w:tcMar>
          </w:tcPr>
          <w:p w14:paraId="25C8616E" w14:textId="77777777" w:rsidR="007257BD" w:rsidRDefault="007257BD"/>
        </w:tc>
        <w:tc>
          <w:tcPr>
            <w:tcW w:w="1440" w:type="dxa"/>
            <w:tcMar>
              <w:top w:w="100" w:type="dxa"/>
              <w:left w:w="80" w:type="dxa"/>
              <w:bottom w:w="100" w:type="dxa"/>
              <w:right w:w="80" w:type="dxa"/>
            </w:tcMar>
          </w:tcPr>
          <w:p w14:paraId="134E859E" w14:textId="77777777" w:rsidR="007257BD" w:rsidRDefault="007257BD"/>
        </w:tc>
        <w:tc>
          <w:tcPr>
            <w:tcW w:w="1296" w:type="dxa"/>
            <w:tcMar>
              <w:top w:w="100" w:type="dxa"/>
              <w:left w:w="80" w:type="dxa"/>
              <w:bottom w:w="100" w:type="dxa"/>
              <w:right w:w="80" w:type="dxa"/>
            </w:tcMar>
          </w:tcPr>
          <w:p w14:paraId="4668AAE8" w14:textId="77777777" w:rsidR="007257BD" w:rsidRDefault="007257BD"/>
        </w:tc>
        <w:tc>
          <w:tcPr>
            <w:tcW w:w="1224" w:type="dxa"/>
            <w:tcMar>
              <w:top w:w="100" w:type="dxa"/>
              <w:left w:w="80" w:type="dxa"/>
              <w:bottom w:w="100" w:type="dxa"/>
              <w:right w:w="80" w:type="dxa"/>
            </w:tcMar>
          </w:tcPr>
          <w:p w14:paraId="38715C13" w14:textId="77777777" w:rsidR="007257BD" w:rsidRDefault="007257BD"/>
        </w:tc>
        <w:tc>
          <w:tcPr>
            <w:tcW w:w="1296" w:type="dxa"/>
            <w:tcMar>
              <w:top w:w="100" w:type="dxa"/>
              <w:left w:w="80" w:type="dxa"/>
              <w:bottom w:w="100" w:type="dxa"/>
              <w:right w:w="80" w:type="dxa"/>
            </w:tcMar>
          </w:tcPr>
          <w:p w14:paraId="6FE61DEA" w14:textId="77777777" w:rsidR="007257BD" w:rsidRDefault="007257BD"/>
        </w:tc>
        <w:tc>
          <w:tcPr>
            <w:tcW w:w="1800" w:type="dxa"/>
            <w:tcMar>
              <w:top w:w="100" w:type="dxa"/>
              <w:left w:w="80" w:type="dxa"/>
              <w:bottom w:w="100" w:type="dxa"/>
              <w:right w:w="80" w:type="dxa"/>
            </w:tcMar>
          </w:tcPr>
          <w:p w14:paraId="6A16921E" w14:textId="77777777" w:rsidR="007257BD" w:rsidRDefault="007257BD"/>
        </w:tc>
      </w:tr>
    </w:tbl>
    <w:p w14:paraId="6805B2F3" w14:textId="77777777" w:rsidR="007257BD" w:rsidRDefault="007257BD">
      <w:pPr>
        <w:spacing w:after="40"/>
      </w:pPr>
    </w:p>
    <w:p w14:paraId="3DAF02CC" w14:textId="77777777" w:rsidR="007257BD" w:rsidRDefault="00F0684F">
      <w:pPr>
        <w:spacing w:after="60"/>
      </w:pPr>
      <w:r>
        <w:rPr>
          <w:b/>
          <w:color w:val="1F4E79"/>
          <w:sz w:val="22"/>
        </w:rPr>
        <w:t>If fewer than three quotes were received</w:t>
      </w:r>
    </w:p>
    <w:p w14:paraId="7E0B22DF" w14:textId="77777777" w:rsidR="007257BD" w:rsidRDefault="00F0684F">
      <w:pPr>
        <w:spacing w:after="80"/>
      </w:pPr>
      <w:r>
        <w:t>Document the vendors contacted and the outcome (no response, declined, unavailable, etc.). Attach supporting emails or other documentation.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504"/>
        <w:gridCol w:w="3504"/>
        <w:gridCol w:w="3504"/>
      </w:tblGrid>
      <w:tr w:rsidR="007257BD" w14:paraId="6216FAD8" w14:textId="77777777">
        <w:trPr>
          <w:jc w:val="center"/>
        </w:trPr>
        <w:tc>
          <w:tcPr>
            <w:tcW w:w="3504" w:type="dxa"/>
            <w:shd w:val="clear" w:color="auto" w:fill="F2F2F2"/>
          </w:tcPr>
          <w:p w14:paraId="0C45D241" w14:textId="77777777" w:rsidR="007257BD" w:rsidRDefault="00F0684F">
            <w:r>
              <w:rPr>
                <w:b/>
              </w:rPr>
              <w:t>Vendor Contacted</w:t>
            </w:r>
          </w:p>
        </w:tc>
        <w:tc>
          <w:tcPr>
            <w:tcW w:w="3504" w:type="dxa"/>
            <w:shd w:val="clear" w:color="auto" w:fill="F2F2F2"/>
          </w:tcPr>
          <w:p w14:paraId="6D9FCA39" w14:textId="77777777" w:rsidR="007257BD" w:rsidRDefault="00F0684F">
            <w:r>
              <w:rPr>
                <w:b/>
              </w:rPr>
              <w:t>Date / Method</w:t>
            </w:r>
          </w:p>
        </w:tc>
        <w:tc>
          <w:tcPr>
            <w:tcW w:w="3504" w:type="dxa"/>
            <w:shd w:val="clear" w:color="auto" w:fill="F2F2F2"/>
          </w:tcPr>
          <w:p w14:paraId="261DD8E8" w14:textId="77777777" w:rsidR="007257BD" w:rsidRDefault="00F0684F">
            <w:r>
              <w:rPr>
                <w:b/>
              </w:rPr>
              <w:t>Outcome / Reason</w:t>
            </w:r>
          </w:p>
        </w:tc>
      </w:tr>
      <w:tr w:rsidR="007257BD" w14:paraId="4DC19CB1" w14:textId="77777777">
        <w:trPr>
          <w:trHeight w:val="800"/>
          <w:jc w:val="center"/>
        </w:trPr>
        <w:tc>
          <w:tcPr>
            <w:tcW w:w="3504" w:type="dxa"/>
            <w:tcMar>
              <w:top w:w="100" w:type="dxa"/>
              <w:left w:w="100" w:type="dxa"/>
              <w:bottom w:w="100" w:type="dxa"/>
              <w:right w:w="100" w:type="dxa"/>
            </w:tcMar>
          </w:tcPr>
          <w:p w14:paraId="26A22403" w14:textId="77777777" w:rsidR="007257BD" w:rsidRDefault="007257BD"/>
        </w:tc>
        <w:tc>
          <w:tcPr>
            <w:tcW w:w="3504" w:type="dxa"/>
            <w:tcMar>
              <w:top w:w="100" w:type="dxa"/>
              <w:left w:w="100" w:type="dxa"/>
              <w:bottom w:w="100" w:type="dxa"/>
              <w:right w:w="100" w:type="dxa"/>
            </w:tcMar>
          </w:tcPr>
          <w:p w14:paraId="354C3E03" w14:textId="77777777" w:rsidR="007257BD" w:rsidRDefault="007257BD"/>
        </w:tc>
        <w:tc>
          <w:tcPr>
            <w:tcW w:w="3504" w:type="dxa"/>
            <w:tcMar>
              <w:top w:w="100" w:type="dxa"/>
              <w:left w:w="100" w:type="dxa"/>
              <w:bottom w:w="100" w:type="dxa"/>
              <w:right w:w="100" w:type="dxa"/>
            </w:tcMar>
          </w:tcPr>
          <w:p w14:paraId="48F3D866" w14:textId="77777777" w:rsidR="007257BD" w:rsidRDefault="007257BD"/>
        </w:tc>
      </w:tr>
    </w:tbl>
    <w:p w14:paraId="17A511C3" w14:textId="77777777" w:rsidR="007257BD" w:rsidRDefault="00F0684F">
      <w:r>
        <w:br w:type="page"/>
      </w:r>
    </w:p>
    <w:p w14:paraId="32A7290D" w14:textId="77777777" w:rsidR="007257BD" w:rsidRDefault="00F0684F">
      <w:pPr>
        <w:spacing w:after="80"/>
        <w:jc w:val="center"/>
      </w:pPr>
      <w:r>
        <w:rPr>
          <w:b/>
          <w:color w:val="1F4E79"/>
          <w:sz w:val="34"/>
        </w:rPr>
        <w:lastRenderedPageBreak/>
        <w:t>AWARD SELECTION &amp; CERTIFICATION</w:t>
      </w: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256"/>
        <w:gridCol w:w="5256"/>
      </w:tblGrid>
      <w:tr w:rsidR="007257BD" w14:paraId="3D94CCC3" w14:textId="77777777" w:rsidTr="00747072">
        <w:trPr>
          <w:trHeight w:val="560"/>
        </w:trPr>
        <w:tc>
          <w:tcPr>
            <w:tcW w:w="5256" w:type="dxa"/>
            <w:tcMar>
              <w:top w:w="120" w:type="dxa"/>
              <w:left w:w="120" w:type="dxa"/>
              <w:bottom w:w="120" w:type="dxa"/>
              <w:right w:w="120" w:type="dxa"/>
            </w:tcMar>
          </w:tcPr>
          <w:p w14:paraId="51DEAEF0" w14:textId="410B2A5A" w:rsidR="007257BD" w:rsidRDefault="00F0684F">
            <w:r>
              <w:rPr>
                <w:b/>
              </w:rPr>
              <w:t>Selected Vendor</w:t>
            </w:r>
            <w:r w:rsidR="00747072">
              <w:rPr>
                <w:b/>
              </w:rPr>
              <w:t>:</w:t>
            </w:r>
          </w:p>
        </w:tc>
        <w:tc>
          <w:tcPr>
            <w:tcW w:w="5256" w:type="dxa"/>
            <w:tcMar>
              <w:top w:w="120" w:type="dxa"/>
              <w:left w:w="120" w:type="dxa"/>
              <w:bottom w:w="120" w:type="dxa"/>
              <w:right w:w="120" w:type="dxa"/>
            </w:tcMar>
          </w:tcPr>
          <w:p w14:paraId="66EA1782" w14:textId="02B26C25" w:rsidR="007257BD" w:rsidRDefault="00F0684F">
            <w:r>
              <w:rPr>
                <w:b/>
              </w:rPr>
              <w:t>Selected Total</w:t>
            </w:r>
            <w:r w:rsidR="00747072">
              <w:rPr>
                <w:b/>
              </w:rPr>
              <w:t xml:space="preserve">: </w:t>
            </w:r>
          </w:p>
        </w:tc>
      </w:tr>
      <w:tr w:rsidR="007257BD" w14:paraId="2296C359" w14:textId="77777777" w:rsidTr="00747072">
        <w:trPr>
          <w:trHeight w:val="1987"/>
        </w:trPr>
        <w:tc>
          <w:tcPr>
            <w:tcW w:w="10512" w:type="dxa"/>
            <w:gridSpan w:val="2"/>
            <w:tcMar>
              <w:top w:w="140" w:type="dxa"/>
              <w:left w:w="140" w:type="dxa"/>
              <w:bottom w:w="140" w:type="dxa"/>
              <w:right w:w="140" w:type="dxa"/>
            </w:tcMar>
          </w:tcPr>
          <w:p w14:paraId="10803C52" w14:textId="3E9A5066" w:rsidR="007257BD" w:rsidRDefault="00F0684F">
            <w:r>
              <w:rPr>
                <w:b/>
              </w:rPr>
              <w:t>Reason for Selection</w:t>
            </w:r>
            <w:r w:rsidR="00747072">
              <w:rPr>
                <w:b/>
              </w:rPr>
              <w:t>:</w:t>
            </w:r>
            <w:r>
              <w:br/>
            </w:r>
            <w:r w:rsidRPr="00747072">
              <w:rPr>
                <w:i/>
                <w:iCs/>
              </w:rPr>
              <w:t xml:space="preserve">Explain the basis for the award. If the selected vendor is not the lowest total price, explain why the selection is most advantageous to the </w:t>
            </w:r>
            <w:proofErr w:type="gramStart"/>
            <w:r w:rsidRPr="00747072">
              <w:rPr>
                <w:i/>
                <w:iCs/>
              </w:rPr>
              <w:t>District</w:t>
            </w:r>
            <w:proofErr w:type="gramEnd"/>
            <w:r w:rsidRPr="00747072">
              <w:rPr>
                <w:i/>
                <w:iCs/>
              </w:rPr>
              <w:t>.</w:t>
            </w:r>
          </w:p>
        </w:tc>
      </w:tr>
    </w:tbl>
    <w:p w14:paraId="0CD0F198" w14:textId="77777777" w:rsidR="007257BD" w:rsidRDefault="007257BD">
      <w:pPr>
        <w:spacing w:after="40"/>
      </w:pPr>
    </w:p>
    <w:tbl>
      <w:tblPr>
        <w:tblW w:w="0" w:type="auto"/>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0512"/>
      </w:tblGrid>
      <w:tr w:rsidR="007257BD" w14:paraId="5EDB89E8" w14:textId="77777777">
        <w:tc>
          <w:tcPr>
            <w:tcW w:w="10512" w:type="dxa"/>
            <w:shd w:val="clear" w:color="auto" w:fill="F2F2F2"/>
          </w:tcPr>
          <w:p w14:paraId="46D119E7" w14:textId="77777777" w:rsidR="007257BD" w:rsidRDefault="00F0684F">
            <w:r>
              <w:rPr>
                <w:b/>
              </w:rPr>
              <w:t>Factors Considered (check or describe as applicable)</w:t>
            </w:r>
          </w:p>
        </w:tc>
      </w:tr>
      <w:tr w:rsidR="007257BD" w14:paraId="576B9359" w14:textId="77777777">
        <w:trPr>
          <w:trHeight w:val="900"/>
        </w:trPr>
        <w:tc>
          <w:tcPr>
            <w:tcW w:w="10512" w:type="dxa"/>
            <w:tcMar>
              <w:top w:w="160" w:type="dxa"/>
              <w:left w:w="160" w:type="dxa"/>
              <w:bottom w:w="160" w:type="dxa"/>
              <w:right w:w="160" w:type="dxa"/>
            </w:tcMar>
          </w:tcPr>
          <w:p w14:paraId="4D368AAD" w14:textId="77777777" w:rsidR="00747072" w:rsidRDefault="00F0684F">
            <w:r>
              <w:t xml:space="preserve">Price     Delivery / Availability     Specifications / Compatibility     Warranty / Service     </w:t>
            </w:r>
          </w:p>
          <w:p w14:paraId="27468511" w14:textId="0F731698" w:rsidR="007257BD" w:rsidRDefault="00F0684F">
            <w:r>
              <w:t xml:space="preserve">Other: </w:t>
            </w:r>
          </w:p>
        </w:tc>
      </w:tr>
    </w:tbl>
    <w:p w14:paraId="5500A3AF" w14:textId="77777777" w:rsidR="007257BD" w:rsidRDefault="007257BD">
      <w:pPr>
        <w:spacing w:after="60"/>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0512"/>
      </w:tblGrid>
      <w:tr w:rsidR="007257BD" w14:paraId="4556E152" w14:textId="77777777">
        <w:tc>
          <w:tcPr>
            <w:tcW w:w="10512" w:type="dxa"/>
            <w:shd w:val="clear" w:color="auto" w:fill="EAF2F8"/>
            <w:tcMar>
              <w:top w:w="150" w:type="dxa"/>
              <w:left w:w="170" w:type="dxa"/>
              <w:bottom w:w="150" w:type="dxa"/>
              <w:right w:w="170" w:type="dxa"/>
            </w:tcMar>
          </w:tcPr>
          <w:p w14:paraId="14944F10" w14:textId="77777777" w:rsidR="007257BD" w:rsidRDefault="00F0684F">
            <w:r>
              <w:rPr>
                <w:b/>
              </w:rPr>
              <w:t>Requestor Certification</w:t>
            </w:r>
          </w:p>
          <w:p w14:paraId="18A9CE2A" w14:textId="77777777" w:rsidR="007257BD" w:rsidRDefault="00F0684F">
            <w:pPr>
              <w:spacing w:after="120"/>
            </w:pPr>
            <w:r>
              <w:t>I certify that the information above is accurate, the vendors were given comparable requirements to the extent practicable, and the attached documentation represents the written quotations or solicitation attempts obtained for this purchase.</w:t>
            </w:r>
          </w:p>
        </w:tc>
      </w:tr>
    </w:tbl>
    <w:tbl>
      <w:tblPr>
        <w:tblW w:w="0" w:type="auto"/>
        <w:tblInd w:w="-190" w:type="dxa"/>
        <w:tblLayout w:type="fixed"/>
        <w:tblLook w:val="04A0" w:firstRow="1" w:lastRow="0" w:firstColumn="1" w:lastColumn="0" w:noHBand="0" w:noVBand="1"/>
      </w:tblPr>
      <w:tblGrid>
        <w:gridCol w:w="3694"/>
        <w:gridCol w:w="3504"/>
        <w:gridCol w:w="3504"/>
      </w:tblGrid>
      <w:tr w:rsidR="007257BD" w14:paraId="1ADCF62D" w14:textId="77777777" w:rsidTr="00747072">
        <w:tc>
          <w:tcPr>
            <w:tcW w:w="3694" w:type="dxa"/>
            <w:tcBorders>
              <w:top w:val="nil"/>
              <w:left w:val="nil"/>
              <w:bottom w:val="nil"/>
              <w:right w:val="nil"/>
            </w:tcBorders>
            <w:tcMar>
              <w:top w:w="80" w:type="dxa"/>
              <w:left w:w="80" w:type="dxa"/>
              <w:bottom w:w="80" w:type="dxa"/>
              <w:right w:w="80" w:type="dxa"/>
            </w:tcMar>
          </w:tcPr>
          <w:p w14:paraId="310EEC3E" w14:textId="77777777" w:rsidR="007257BD" w:rsidRDefault="00F0684F">
            <w:pPr>
              <w:pBdr>
                <w:bottom w:val="single" w:sz="4" w:space="0" w:color="808080"/>
              </w:pBdr>
              <w:spacing w:after="80"/>
            </w:pPr>
            <w:r>
              <w:br/>
            </w:r>
            <w:r>
              <w:br/>
            </w:r>
          </w:p>
        </w:tc>
        <w:tc>
          <w:tcPr>
            <w:tcW w:w="3504" w:type="dxa"/>
            <w:tcBorders>
              <w:top w:val="nil"/>
              <w:left w:val="nil"/>
              <w:bottom w:val="nil"/>
              <w:right w:val="nil"/>
            </w:tcBorders>
            <w:tcMar>
              <w:top w:w="80" w:type="dxa"/>
              <w:left w:w="80" w:type="dxa"/>
              <w:bottom w:w="80" w:type="dxa"/>
              <w:right w:w="80" w:type="dxa"/>
            </w:tcMar>
          </w:tcPr>
          <w:p w14:paraId="2489DE1E" w14:textId="77777777" w:rsidR="007257BD" w:rsidRDefault="00F0684F">
            <w:pPr>
              <w:pBdr>
                <w:bottom w:val="single" w:sz="4" w:space="0" w:color="808080"/>
              </w:pBdr>
              <w:spacing w:after="80"/>
            </w:pPr>
            <w:r>
              <w:br/>
            </w:r>
            <w:r>
              <w:br/>
            </w:r>
          </w:p>
        </w:tc>
        <w:tc>
          <w:tcPr>
            <w:tcW w:w="3504" w:type="dxa"/>
            <w:tcBorders>
              <w:top w:val="nil"/>
              <w:left w:val="nil"/>
              <w:bottom w:val="nil"/>
              <w:right w:val="nil"/>
            </w:tcBorders>
            <w:tcMar>
              <w:top w:w="80" w:type="dxa"/>
              <w:left w:w="80" w:type="dxa"/>
              <w:bottom w:w="80" w:type="dxa"/>
              <w:right w:w="80" w:type="dxa"/>
            </w:tcMar>
          </w:tcPr>
          <w:p w14:paraId="581AE556" w14:textId="77777777" w:rsidR="007257BD" w:rsidRDefault="00F0684F">
            <w:pPr>
              <w:pBdr>
                <w:bottom w:val="single" w:sz="4" w:space="0" w:color="808080"/>
              </w:pBdr>
              <w:spacing w:after="80"/>
            </w:pPr>
            <w:r>
              <w:br/>
            </w:r>
            <w:r>
              <w:br/>
            </w:r>
          </w:p>
        </w:tc>
      </w:tr>
      <w:tr w:rsidR="007257BD" w14:paraId="0377FCB3" w14:textId="77777777" w:rsidTr="00747072">
        <w:tc>
          <w:tcPr>
            <w:tcW w:w="3694" w:type="dxa"/>
            <w:tcBorders>
              <w:top w:val="nil"/>
              <w:left w:val="nil"/>
              <w:bottom w:val="nil"/>
              <w:right w:val="nil"/>
            </w:tcBorders>
            <w:tcMar>
              <w:top w:w="80" w:type="dxa"/>
              <w:left w:w="80" w:type="dxa"/>
              <w:bottom w:w="80" w:type="dxa"/>
              <w:right w:w="80" w:type="dxa"/>
            </w:tcMar>
          </w:tcPr>
          <w:p w14:paraId="29DCDF56" w14:textId="77777777" w:rsidR="007257BD" w:rsidRDefault="00F0684F">
            <w:pPr>
              <w:jc w:val="center"/>
            </w:pPr>
            <w:r>
              <w:rPr>
                <w:sz w:val="17"/>
              </w:rPr>
              <w:t>Signature</w:t>
            </w:r>
          </w:p>
        </w:tc>
        <w:tc>
          <w:tcPr>
            <w:tcW w:w="3504" w:type="dxa"/>
            <w:tcBorders>
              <w:top w:val="nil"/>
              <w:left w:val="nil"/>
              <w:bottom w:val="nil"/>
              <w:right w:val="nil"/>
            </w:tcBorders>
            <w:tcMar>
              <w:top w:w="80" w:type="dxa"/>
              <w:left w:w="80" w:type="dxa"/>
              <w:bottom w:w="80" w:type="dxa"/>
              <w:right w:w="80" w:type="dxa"/>
            </w:tcMar>
          </w:tcPr>
          <w:p w14:paraId="1970A88E" w14:textId="77777777" w:rsidR="007257BD" w:rsidRDefault="00F0684F">
            <w:pPr>
              <w:jc w:val="center"/>
            </w:pPr>
            <w:r>
              <w:rPr>
                <w:sz w:val="17"/>
              </w:rPr>
              <w:t>Printed Name / Department</w:t>
            </w:r>
          </w:p>
        </w:tc>
        <w:tc>
          <w:tcPr>
            <w:tcW w:w="3504" w:type="dxa"/>
            <w:tcBorders>
              <w:top w:val="nil"/>
              <w:left w:val="nil"/>
              <w:bottom w:val="nil"/>
              <w:right w:val="nil"/>
            </w:tcBorders>
            <w:tcMar>
              <w:top w:w="80" w:type="dxa"/>
              <w:left w:w="80" w:type="dxa"/>
              <w:bottom w:w="80" w:type="dxa"/>
              <w:right w:w="80" w:type="dxa"/>
            </w:tcMar>
          </w:tcPr>
          <w:p w14:paraId="11FF1FEA" w14:textId="77777777" w:rsidR="007257BD" w:rsidRDefault="00F0684F">
            <w:pPr>
              <w:jc w:val="center"/>
            </w:pPr>
            <w:r>
              <w:rPr>
                <w:sz w:val="17"/>
              </w:rPr>
              <w:t>Date</w:t>
            </w:r>
          </w:p>
        </w:tc>
      </w:tr>
    </w:tbl>
    <w:p w14:paraId="2D260458" w14:textId="77777777" w:rsidR="007257BD" w:rsidRDefault="00F0684F">
      <w:pPr>
        <w:spacing w:before="200" w:after="80"/>
      </w:pPr>
      <w:r>
        <w:rPr>
          <w:b/>
          <w:color w:val="1F4E79"/>
          <w:sz w:val="22"/>
        </w:rPr>
        <w:t>Attachments</w:t>
      </w:r>
    </w:p>
    <w:p w14:paraId="268168FB" w14:textId="77777777" w:rsidR="007257BD" w:rsidRDefault="00F0684F">
      <w:r>
        <w:t>☐</w:t>
      </w:r>
      <w:r>
        <w:t xml:space="preserve"> Quote 1    ☐ Quote 2    ☐ Quote 3    ☐ Documentation of unsuccessful quote attempts (if applicable)    ☐ Other supporting documentation</w:t>
      </w:r>
    </w:p>
    <w:p w14:paraId="60BF2716" w14:textId="77777777" w:rsidR="00F0684F" w:rsidRDefault="00F0684F"/>
    <w:sectPr w:rsidR="00F0684F" w:rsidSect="0088247D">
      <w:footerReference w:type="default" r:id="rId8"/>
      <w:pgSz w:w="12240" w:h="15840"/>
      <w:pgMar w:top="45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5C5F" w14:textId="77777777" w:rsidR="00F0684F" w:rsidRDefault="00F0684F">
      <w:pPr>
        <w:spacing w:after="0" w:line="240" w:lineRule="auto"/>
      </w:pPr>
      <w:r>
        <w:separator/>
      </w:r>
    </w:p>
  </w:endnote>
  <w:endnote w:type="continuationSeparator" w:id="0">
    <w:p w14:paraId="2FD44705" w14:textId="77777777" w:rsidR="00F0684F" w:rsidRDefault="00F0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FF2B0" w14:textId="77777777" w:rsidR="007257BD" w:rsidRDefault="00F0684F">
    <w:pPr>
      <w:pStyle w:val="Footer"/>
      <w:jc w:val="center"/>
    </w:pPr>
    <w:r>
      <w:rPr>
        <w:color w:val="757575"/>
        <w:sz w:val="16"/>
      </w:rPr>
      <w:t>Kyrene School District - Written Quote Documentation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C099D" w14:textId="77777777" w:rsidR="00F0684F" w:rsidRDefault="00F0684F">
      <w:pPr>
        <w:spacing w:after="0" w:line="240" w:lineRule="auto"/>
      </w:pPr>
      <w:r>
        <w:separator/>
      </w:r>
    </w:p>
  </w:footnote>
  <w:footnote w:type="continuationSeparator" w:id="0">
    <w:p w14:paraId="7F99E764" w14:textId="77777777" w:rsidR="00F0684F" w:rsidRDefault="00F06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5426AE4"/>
    <w:lvl w:ilvl="0">
      <w:start w:val="1"/>
      <w:numFmt w:val="bullet"/>
      <w:pStyle w:val="ListBullet"/>
      <w:lvlText w:val=""/>
      <w:lvlJc w:val="left"/>
      <w:pPr>
        <w:tabs>
          <w:tab w:val="num" w:pos="360"/>
        </w:tabs>
        <w:ind w:left="360" w:hanging="360"/>
      </w:pPr>
      <w:rPr>
        <w:rFonts w:ascii="Symbol" w:hAnsi="Symbol" w:hint="default"/>
      </w:rPr>
    </w:lvl>
  </w:abstractNum>
  <w:num w:numId="1" w16cid:durableId="205220169">
    <w:abstractNumId w:val="8"/>
  </w:num>
  <w:num w:numId="2" w16cid:durableId="247429256">
    <w:abstractNumId w:val="6"/>
  </w:num>
  <w:num w:numId="3" w16cid:durableId="435444146">
    <w:abstractNumId w:val="5"/>
  </w:num>
  <w:num w:numId="4" w16cid:durableId="2043170061">
    <w:abstractNumId w:val="4"/>
  </w:num>
  <w:num w:numId="5" w16cid:durableId="1900627982">
    <w:abstractNumId w:val="7"/>
  </w:num>
  <w:num w:numId="6" w16cid:durableId="114562708">
    <w:abstractNumId w:val="3"/>
  </w:num>
  <w:num w:numId="7" w16cid:durableId="1255748455">
    <w:abstractNumId w:val="2"/>
  </w:num>
  <w:num w:numId="8" w16cid:durableId="1158308301">
    <w:abstractNumId w:val="1"/>
  </w:num>
  <w:num w:numId="9" w16cid:durableId="211112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113"/>
    <w:rsid w:val="0029639D"/>
    <w:rsid w:val="00326F90"/>
    <w:rsid w:val="007257BD"/>
    <w:rsid w:val="00747072"/>
    <w:rsid w:val="0088247D"/>
    <w:rsid w:val="00AA1D8D"/>
    <w:rsid w:val="00B47730"/>
    <w:rsid w:val="00CB0664"/>
    <w:rsid w:val="00F068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33AB13"/>
  <w14:defaultImageDpi w14:val="300"/>
  <w15:docId w15:val="{A6FBD534-BC03-41FA-87DF-6623AAB0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Sorace, Michelle</cp:lastModifiedBy>
  <cp:revision>2</cp:revision>
  <dcterms:created xsi:type="dcterms:W3CDTF">2026-08-24T19:04:00Z</dcterms:created>
  <dcterms:modified xsi:type="dcterms:W3CDTF">2026-08-24T19:04:00Z</dcterms:modified>
  <cp:category/>
</cp:coreProperties>
</file>