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67655" w14:textId="6D355CA1" w:rsidR="00163843" w:rsidRDefault="00163843"/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163843" w14:paraId="778F3075" w14:textId="77777777">
        <w:tc>
          <w:tcPr>
            <w:tcW w:w="10368" w:type="dxa"/>
            <w:tcBorders>
              <w:top w:val="single" w:sz="8" w:space="0" w:color="1F3552"/>
              <w:left w:val="single" w:sz="8" w:space="0" w:color="1F3552"/>
              <w:bottom w:val="single" w:sz="8" w:space="0" w:color="1F3552"/>
              <w:right w:val="single" w:sz="8" w:space="0" w:color="1F3552"/>
            </w:tcBorders>
            <w:shd w:val="clear" w:color="auto" w:fill="1F3552"/>
          </w:tcPr>
          <w:p w14:paraId="41C682A8" w14:textId="77777777" w:rsidR="00163843" w:rsidRDefault="00B85264">
            <w:r>
              <w:rPr>
                <w:rFonts w:ascii="Aptos Display" w:hAnsi="Aptos Display"/>
                <w:b/>
                <w:color w:val="FFFFFF"/>
                <w:sz w:val="32"/>
              </w:rPr>
              <w:t>READ 1  |  H.D.</w:t>
            </w:r>
          </w:p>
        </w:tc>
      </w:tr>
    </w:tbl>
    <w:p w14:paraId="4B42F901" w14:textId="77777777" w:rsidR="00163843" w:rsidRDefault="00B85264">
      <w:pPr>
        <w:spacing w:after="140"/>
      </w:pPr>
      <w:r>
        <w:rPr>
          <w:b/>
          <w:color w:val="1F3552"/>
          <w:sz w:val="21"/>
        </w:rPr>
        <w:t>Fairy-tale character: Humpty Dumpty</w:t>
      </w:r>
    </w:p>
    <w:p w14:paraId="635788FB" w14:textId="77777777" w:rsidR="00163843" w:rsidRDefault="00163843">
      <w:pPr>
        <w:pBdr>
          <w:bottom w:val="single" w:sz="10" w:space="1" w:color="B7922E"/>
        </w:pBdr>
        <w:spacing w:after="120"/>
      </w:pPr>
    </w:p>
    <w:p w14:paraId="302EFB6C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All right… You wanna know? Fine. I’ll tell you. I’ll tell you right now. But don’t blame me if you’re plagued with nightmares for the rest of your life…</w:t>
      </w:r>
    </w:p>
    <w:p w14:paraId="157029D7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i/>
          <w:color w:val="5A6573"/>
          <w:sz w:val="28"/>
          <w:szCs w:val="36"/>
        </w:rPr>
        <w:t>(The lights dim and focus on H.D.)</w:t>
      </w:r>
    </w:p>
    <w:p w14:paraId="0B01DB26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It was Thursday afternoon. I was on my lunch break. There I was, sitting, minding my own business. But I wasn’t sitting just anywhere. No… No I wasn’t… I was sitting on a wall. That’s right, a wall. It seemed stable enough, sure. Why wouldn’t a wall be stable? (Pause.) But then out of the blue… without warning… it gave way. Before I could get my bearings, I lost my balance, and… (Pause.) …and I fell.</w:t>
      </w:r>
    </w:p>
    <w:p w14:paraId="61410390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And it wasn’t just your average fall. No it wasn’t. It’s not easy to describe the kind of the fall it was, but… if I had to choose a word… I’d say it was…great. A great fall. (Quietly:) It was great…</w:t>
      </w:r>
    </w:p>
    <w:p w14:paraId="1632A573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I regained consciousness in a gurney over at King’s County. They did everything they could to fix my bone fractures, my torn joints, … my broken soul. All the finest doctors lent a hand—human doctors, of course, but also horse doctors… After surgery… the chief resident put his hoof in my hand and told me everything was gonna be all right.</w:t>
      </w:r>
    </w:p>
    <w:p w14:paraId="3001E31A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But he was all wrong… No matter how hard they tried, they failed… they failed at putting me back together again.</w:t>
      </w:r>
    </w:p>
    <w:p w14:paraId="53722A5F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You wanna know about my physical stability? Oh I’ll be all right. Sure. I’ll survive. But after a fall of such…great…magnitude… I may not ever recover…up here. (Points to his head.) And in here. (Points to his heart.) And along here. (He indicates the side of his pinky.)</w:t>
      </w:r>
    </w:p>
    <w:p w14:paraId="5DD054C1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For those of you out there—you young people, especially—listen to me and listen close… ’Cause I’ll only say it once: The next time you see a wall…respect that wall… And don’t sit on it. Sit on a chair… Or maybe a futon.</w:t>
      </w:r>
    </w:p>
    <w:p w14:paraId="1C504C94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(To PEEP:) Happy now? I quit.</w:t>
      </w:r>
    </w:p>
    <w:p w14:paraId="4F9682C9" w14:textId="77777777" w:rsidR="00163843" w:rsidRPr="00F53710" w:rsidRDefault="00B85264">
      <w:pPr>
        <w:rPr>
          <w:sz w:val="32"/>
          <w:szCs w:val="36"/>
        </w:rPr>
      </w:pPr>
      <w:r w:rsidRPr="00F53710">
        <w:rPr>
          <w:sz w:val="32"/>
          <w:szCs w:val="36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163843" w14:paraId="75104476" w14:textId="77777777">
        <w:tc>
          <w:tcPr>
            <w:tcW w:w="10368" w:type="dxa"/>
            <w:tcBorders>
              <w:top w:val="single" w:sz="8" w:space="0" w:color="1F3552"/>
              <w:left w:val="single" w:sz="8" w:space="0" w:color="1F3552"/>
              <w:bottom w:val="single" w:sz="8" w:space="0" w:color="1F3552"/>
              <w:right w:val="single" w:sz="8" w:space="0" w:color="1F3552"/>
            </w:tcBorders>
            <w:shd w:val="clear" w:color="auto" w:fill="1F3552"/>
          </w:tcPr>
          <w:p w14:paraId="5C243BA0" w14:textId="77777777" w:rsidR="00163843" w:rsidRDefault="00B85264">
            <w:r>
              <w:rPr>
                <w:rFonts w:ascii="Aptos Display" w:hAnsi="Aptos Display"/>
                <w:b/>
                <w:color w:val="FFFFFF"/>
                <w:sz w:val="32"/>
              </w:rPr>
              <w:lastRenderedPageBreak/>
              <w:t>READ 2  |  ZELLE</w:t>
            </w:r>
          </w:p>
        </w:tc>
      </w:tr>
    </w:tbl>
    <w:p w14:paraId="0C1F4CD2" w14:textId="77777777" w:rsidR="00163843" w:rsidRDefault="00B85264">
      <w:pPr>
        <w:spacing w:after="140"/>
      </w:pPr>
      <w:r>
        <w:rPr>
          <w:b/>
          <w:color w:val="1F3552"/>
          <w:sz w:val="21"/>
        </w:rPr>
        <w:t>Fairy-tale character: Rapunzel</w:t>
      </w:r>
    </w:p>
    <w:p w14:paraId="27D2C1C6" w14:textId="77777777" w:rsidR="00163843" w:rsidRDefault="00163843">
      <w:pPr>
        <w:pBdr>
          <w:bottom w:val="single" w:sz="10" w:space="1" w:color="B7922E"/>
        </w:pBdr>
        <w:spacing w:after="120"/>
      </w:pPr>
    </w:p>
    <w:p w14:paraId="5B608638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Well well well—you’re up early, Zelle.</w:t>
      </w:r>
    </w:p>
    <w:p w14:paraId="210A0283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ZELLE. </w:t>
      </w:r>
      <w:r w:rsidRPr="00F53710">
        <w:rPr>
          <w:color w:val="111111"/>
          <w:sz w:val="28"/>
          <w:szCs w:val="36"/>
        </w:rPr>
        <w:t>And you’re late. But hey, I’m glad t’see both of ya got your beauty rest.</w:t>
      </w:r>
    </w:p>
    <w:p w14:paraId="180F3236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You noticed.</w:t>
      </w:r>
    </w:p>
    <w:p w14:paraId="1A05F432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CINDY. </w:t>
      </w:r>
      <w:r w:rsidRPr="00F53710">
        <w:rPr>
          <w:color w:val="111111"/>
          <w:sz w:val="28"/>
          <w:szCs w:val="36"/>
        </w:rPr>
        <w:t>All right, kids, break it up… So what’re we lookin’ at…</w:t>
      </w:r>
    </w:p>
    <w:p w14:paraId="7175ECF1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ZELLE. </w:t>
      </w:r>
      <w:r w:rsidRPr="00F53710">
        <w:rPr>
          <w:color w:val="111111"/>
          <w:sz w:val="28"/>
          <w:szCs w:val="36"/>
        </w:rPr>
        <w:t>Well you would be lookin’ at 39 Chestnut—if it was here anymore.</w:t>
      </w:r>
    </w:p>
    <w:p w14:paraId="540FBE07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CINDY. </w:t>
      </w:r>
      <w:r w:rsidRPr="00F53710">
        <w:rPr>
          <w:color w:val="111111"/>
          <w:sz w:val="28"/>
          <w:szCs w:val="36"/>
        </w:rPr>
        <w:t>Accident?</w:t>
      </w:r>
    </w:p>
    <w:p w14:paraId="7AFA02B5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ZELLE. </w:t>
      </w:r>
      <w:r w:rsidRPr="00F53710">
        <w:rPr>
          <w:color w:val="111111"/>
          <w:sz w:val="28"/>
          <w:szCs w:val="36"/>
        </w:rPr>
        <w:t>Not a chance. Perp struck the property from the rear using some form of wind power.</w:t>
      </w:r>
    </w:p>
    <w:p w14:paraId="6446D6BB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Wind power…</w:t>
      </w:r>
    </w:p>
    <w:p w14:paraId="0CA8C33D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ZELLE. </w:t>
      </w:r>
      <w:r w:rsidRPr="00F53710">
        <w:rPr>
          <w:color w:val="111111"/>
          <w:sz w:val="28"/>
          <w:szCs w:val="36"/>
        </w:rPr>
        <w:t>Hey, Cindy, what’s with the missing shoe?</w:t>
      </w:r>
    </w:p>
    <w:p w14:paraId="4156C5F0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CINDY. </w:t>
      </w:r>
      <w:r w:rsidRPr="00F53710">
        <w:rPr>
          <w:color w:val="111111"/>
          <w:sz w:val="28"/>
          <w:szCs w:val="36"/>
        </w:rPr>
        <w:t>Long story, but I left it at a Prince concert.</w:t>
      </w:r>
    </w:p>
    <w:p w14:paraId="38F46CAB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ZELLE. </w:t>
      </w:r>
      <w:r w:rsidRPr="00F53710">
        <w:rPr>
          <w:color w:val="111111"/>
          <w:sz w:val="28"/>
          <w:szCs w:val="36"/>
        </w:rPr>
        <w:t>(To H.D.:) And let me guess: you’re the new spokesman for gauze?</w:t>
      </w:r>
    </w:p>
    <w:p w14:paraId="13F9A5DB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How ’bout we stick to the crime…</w:t>
      </w:r>
    </w:p>
    <w:p w14:paraId="6B5C6BD7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CINDY. </w:t>
      </w:r>
      <w:r w:rsidRPr="00F53710">
        <w:rPr>
          <w:color w:val="111111"/>
          <w:sz w:val="28"/>
          <w:szCs w:val="36"/>
        </w:rPr>
        <w:t>Any leads on our perp?</w:t>
      </w:r>
    </w:p>
    <w:p w14:paraId="53A21A87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ZELLE. </w:t>
      </w:r>
      <w:r w:rsidRPr="00F53710">
        <w:rPr>
          <w:color w:val="111111"/>
          <w:sz w:val="28"/>
          <w:szCs w:val="36"/>
        </w:rPr>
        <w:t>No dice. And the boys downtown got nothin’ on the tenant either. But come take a look at this. (She holds up some straw.) See this yellow-tinted, fibrous material here? We’re stumped on what it might be. Tommy ran it through the Crime Scene Scanner and came up with diddly-squat.</w:t>
      </w:r>
    </w:p>
    <w:p w14:paraId="0CE09DF7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Diddly-squat, huh? Sounds like my first marriage.</w:t>
      </w:r>
    </w:p>
    <w:p w14:paraId="2018B5F1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i/>
          <w:color w:val="5A6573"/>
          <w:sz w:val="28"/>
          <w:szCs w:val="36"/>
        </w:rPr>
        <w:t>(They all laugh like tough cops and then quickly stop laughing.)</w:t>
      </w:r>
    </w:p>
    <w:p w14:paraId="6F08B4A4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Let’s have a look. I have to say, the texture and appearance is almost straw-like in nature.</w:t>
      </w:r>
    </w:p>
    <w:p w14:paraId="3C06EC78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CINDY. </w:t>
      </w:r>
      <w:r w:rsidRPr="00F53710">
        <w:rPr>
          <w:color w:val="111111"/>
          <w:sz w:val="28"/>
          <w:szCs w:val="36"/>
        </w:rPr>
        <w:t>Straw-like, huh… You may be on t’something, H.D.</w:t>
      </w:r>
    </w:p>
    <w:p w14:paraId="70AA78DB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ZELLE. </w:t>
      </w:r>
      <w:r w:rsidRPr="00F53710">
        <w:rPr>
          <w:color w:val="111111"/>
          <w:sz w:val="28"/>
          <w:szCs w:val="36"/>
        </w:rPr>
        <w:t>Whatever it is, the whole building was made out of it.</w:t>
      </w:r>
    </w:p>
    <w:p w14:paraId="56EB4B6A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CINDY. </w:t>
      </w:r>
      <w:r w:rsidRPr="00F53710">
        <w:rPr>
          <w:color w:val="111111"/>
          <w:sz w:val="28"/>
          <w:szCs w:val="36"/>
        </w:rPr>
        <w:t>And I’m assuming no witnesses?</w:t>
      </w:r>
    </w:p>
    <w:p w14:paraId="1BB9040B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ZELLE. </w:t>
      </w:r>
      <w:r w:rsidRPr="00F53710">
        <w:rPr>
          <w:color w:val="111111"/>
          <w:sz w:val="28"/>
          <w:szCs w:val="36"/>
        </w:rPr>
        <w:t>Actually, Blue questioned a husband and wife who were a block away. Running pretty fast from the scene, these two. But they didn’t see anything, so we sent ’em on their way.</w:t>
      </w:r>
    </w:p>
    <w:p w14:paraId="23DCC801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Where they headed?</w:t>
      </w:r>
    </w:p>
    <w:p w14:paraId="67F19611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ZELLE. </w:t>
      </w:r>
      <w:r w:rsidRPr="00F53710">
        <w:rPr>
          <w:color w:val="111111"/>
          <w:sz w:val="28"/>
          <w:szCs w:val="36"/>
        </w:rPr>
        <w:t>Forest Circle, why?</w:t>
      </w:r>
    </w:p>
    <w:p w14:paraId="3A1703DC" w14:textId="77777777" w:rsidR="00163843" w:rsidRDefault="00B85264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163843" w14:paraId="1E06538C" w14:textId="77777777">
        <w:tc>
          <w:tcPr>
            <w:tcW w:w="10368" w:type="dxa"/>
            <w:tcBorders>
              <w:top w:val="single" w:sz="8" w:space="0" w:color="1F3552"/>
              <w:left w:val="single" w:sz="8" w:space="0" w:color="1F3552"/>
              <w:bottom w:val="single" w:sz="8" w:space="0" w:color="1F3552"/>
              <w:right w:val="single" w:sz="8" w:space="0" w:color="1F3552"/>
            </w:tcBorders>
            <w:shd w:val="clear" w:color="auto" w:fill="1F3552"/>
          </w:tcPr>
          <w:p w14:paraId="1FFBE82A" w14:textId="77777777" w:rsidR="00163843" w:rsidRDefault="00B85264">
            <w:r>
              <w:rPr>
                <w:rFonts w:ascii="Aptos Display" w:hAnsi="Aptos Display"/>
                <w:b/>
                <w:color w:val="FFFFFF"/>
                <w:sz w:val="32"/>
              </w:rPr>
              <w:lastRenderedPageBreak/>
              <w:t>READ 3  |  CINDY</w:t>
            </w:r>
          </w:p>
        </w:tc>
      </w:tr>
    </w:tbl>
    <w:p w14:paraId="73BFF5DA" w14:textId="77777777" w:rsidR="00163843" w:rsidRDefault="00B85264">
      <w:pPr>
        <w:spacing w:after="140"/>
      </w:pPr>
      <w:r>
        <w:rPr>
          <w:b/>
          <w:color w:val="1F3552"/>
          <w:sz w:val="21"/>
        </w:rPr>
        <w:t>Fairy-tale character: Cinderella</w:t>
      </w:r>
    </w:p>
    <w:p w14:paraId="26479DCA" w14:textId="77777777" w:rsidR="00163843" w:rsidRDefault="00163843">
      <w:pPr>
        <w:pBdr>
          <w:bottom w:val="single" w:sz="10" w:space="1" w:color="B7922E"/>
        </w:pBdr>
        <w:spacing w:after="120"/>
      </w:pPr>
    </w:p>
    <w:p w14:paraId="247D0FF2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CINDY. </w:t>
      </w:r>
      <w:r w:rsidRPr="00F53710">
        <w:rPr>
          <w:color w:val="111111"/>
          <w:sz w:val="28"/>
          <w:szCs w:val="36"/>
        </w:rPr>
        <w:t>FTPD. Finish line’s right here, folks.</w:t>
      </w:r>
    </w:p>
    <w:p w14:paraId="6CD98E47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JACK. </w:t>
      </w:r>
      <w:r w:rsidRPr="00F53710">
        <w:rPr>
          <w:color w:val="111111"/>
          <w:sz w:val="28"/>
          <w:szCs w:val="36"/>
        </w:rPr>
        <w:t>What seems to be the problem?</w:t>
      </w:r>
    </w:p>
    <w:p w14:paraId="7134320D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The problem is that you can run…but you can’t hide.</w:t>
      </w:r>
    </w:p>
    <w:p w14:paraId="7A710B17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CINDY. </w:t>
      </w:r>
      <w:r w:rsidRPr="00F53710">
        <w:rPr>
          <w:color w:val="111111"/>
          <w:sz w:val="28"/>
          <w:szCs w:val="36"/>
        </w:rPr>
        <w:t>Let’s hear your names.</w:t>
      </w:r>
    </w:p>
    <w:p w14:paraId="5DC3609F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JACK. </w:t>
      </w:r>
      <w:r w:rsidRPr="00F53710">
        <w:rPr>
          <w:color w:val="111111"/>
          <w:sz w:val="28"/>
          <w:szCs w:val="36"/>
        </w:rPr>
        <w:t>I’m Jack.</w:t>
      </w:r>
    </w:p>
    <w:p w14:paraId="2B5EA9ED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Sprat? BeNimble? AndTheBeanstalk?</w:t>
      </w:r>
    </w:p>
    <w:p w14:paraId="69A9ADBB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JACK. </w:t>
      </w:r>
      <w:r w:rsidRPr="00F53710">
        <w:rPr>
          <w:color w:val="111111"/>
          <w:sz w:val="28"/>
          <w:szCs w:val="36"/>
        </w:rPr>
        <w:t>Just Jack. (Beat.) And this is my wife, Jillian.</w:t>
      </w:r>
    </w:p>
    <w:p w14:paraId="2D7AC776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JILLIAN. </w:t>
      </w:r>
      <w:r w:rsidRPr="00F53710">
        <w:rPr>
          <w:color w:val="111111"/>
          <w:sz w:val="28"/>
          <w:szCs w:val="36"/>
        </w:rPr>
        <w:t>But my friends call me Ian.</w:t>
      </w:r>
    </w:p>
    <w:p w14:paraId="5A42BC41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CINDY. </w:t>
      </w:r>
      <w:r w:rsidRPr="00F53710">
        <w:rPr>
          <w:color w:val="111111"/>
          <w:sz w:val="28"/>
          <w:szCs w:val="36"/>
        </w:rPr>
        <w:t>That’s odd.</w:t>
      </w:r>
    </w:p>
    <w:p w14:paraId="4D3CE0E7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JILLIAN. </w:t>
      </w:r>
      <w:r w:rsidRPr="00F53710">
        <w:rPr>
          <w:color w:val="111111"/>
          <w:sz w:val="28"/>
          <w:szCs w:val="36"/>
        </w:rPr>
        <w:t>I have weird friends.</w:t>
      </w:r>
    </w:p>
    <w:p w14:paraId="338CEF36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CINDY. </w:t>
      </w:r>
      <w:r w:rsidRPr="00F53710">
        <w:rPr>
          <w:color w:val="111111"/>
          <w:sz w:val="28"/>
          <w:szCs w:val="36"/>
        </w:rPr>
        <w:t>Where were the two of you at seven this morning?</w:t>
      </w:r>
    </w:p>
    <w:p w14:paraId="40C1B6AB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JACK. </w:t>
      </w:r>
      <w:r w:rsidRPr="00F53710">
        <w:rPr>
          <w:color w:val="111111"/>
          <w:sz w:val="28"/>
          <w:szCs w:val="36"/>
        </w:rPr>
        <w:t>Walking up Chestnut, headed out here to do our morning jog.</w:t>
      </w:r>
    </w:p>
    <w:p w14:paraId="6289A5F8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And?</w:t>
      </w:r>
    </w:p>
    <w:p w14:paraId="55B111DB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JACK. </w:t>
      </w:r>
      <w:r w:rsidRPr="00F53710">
        <w:rPr>
          <w:color w:val="111111"/>
          <w:sz w:val="28"/>
          <w:szCs w:val="36"/>
        </w:rPr>
        <w:t>That’s it. Just walking.</w:t>
      </w:r>
    </w:p>
    <w:p w14:paraId="0506D495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Word on the street is that you were walkin’ pretty fast.</w:t>
      </w:r>
    </w:p>
    <w:p w14:paraId="7215F952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JILLIAN. </w:t>
      </w:r>
      <w:r w:rsidRPr="00F53710">
        <w:rPr>
          <w:color w:val="111111"/>
          <w:sz w:val="28"/>
          <w:szCs w:val="36"/>
        </w:rPr>
        <w:t>What are you getting at…?</w:t>
      </w:r>
    </w:p>
    <w:p w14:paraId="500AAA89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(Outrageously livid:) You were running!! Not walking! Running!!</w:t>
      </w:r>
    </w:p>
    <w:p w14:paraId="443D2B67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CINDY. </w:t>
      </w:r>
      <w:r w:rsidRPr="00F53710">
        <w:rPr>
          <w:color w:val="111111"/>
          <w:sz w:val="28"/>
          <w:szCs w:val="36"/>
        </w:rPr>
        <w:t>Take it easy, man.</w:t>
      </w:r>
    </w:p>
    <w:p w14:paraId="79B6DBE4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i/>
          <w:color w:val="5A6573"/>
          <w:sz w:val="28"/>
          <w:szCs w:val="36"/>
        </w:rPr>
        <w:t>(CINDY subdues H.D., who takes a moment to cool off.)</w:t>
      </w:r>
    </w:p>
    <w:p w14:paraId="771EB2FC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CINDY. </w:t>
      </w:r>
      <w:r w:rsidRPr="00F53710">
        <w:rPr>
          <w:color w:val="111111"/>
          <w:sz w:val="28"/>
          <w:szCs w:val="36"/>
        </w:rPr>
        <w:t>We’ve got an eyewitness who paints a somewhat different picture. Does the threat of perjury jog your memory?</w:t>
      </w:r>
    </w:p>
    <w:p w14:paraId="6FC562CF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JACK. </w:t>
      </w:r>
      <w:r w:rsidRPr="00F53710">
        <w:rPr>
          <w:color w:val="111111"/>
          <w:sz w:val="28"/>
          <w:szCs w:val="36"/>
        </w:rPr>
        <w:t>Okay, okay. Fine. We were running. The two of us were headed up Chestnut like usual, but Jillian got dehydrated, so I ran up Hill Street to the Quick-Stop to buy a Vitamin Water.</w:t>
      </w:r>
    </w:p>
    <w:p w14:paraId="026C8362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JILLIAN. </w:t>
      </w:r>
      <w:r w:rsidRPr="00F53710">
        <w:rPr>
          <w:color w:val="111111"/>
          <w:sz w:val="28"/>
          <w:szCs w:val="36"/>
        </w:rPr>
        <w:t>I wasn’t dehydrated. He made that up so he could use a coupon.</w:t>
      </w:r>
    </w:p>
    <w:p w14:paraId="17F8F489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JACK. </w:t>
      </w:r>
      <w:r w:rsidRPr="00F53710">
        <w:rPr>
          <w:color w:val="111111"/>
          <w:sz w:val="28"/>
          <w:szCs w:val="36"/>
        </w:rPr>
        <w:t>That’s not true!</w:t>
      </w:r>
    </w:p>
    <w:p w14:paraId="44C9EC83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JILLIAN. </w:t>
      </w:r>
      <w:r w:rsidRPr="00F53710">
        <w:rPr>
          <w:color w:val="111111"/>
          <w:sz w:val="28"/>
          <w:szCs w:val="36"/>
        </w:rPr>
        <w:t>He does this all the time. Last week he pretended that both of us had broken legs ’cause Target had a Buy One Get One Free sale on wheelchairs.</w:t>
      </w:r>
    </w:p>
    <w:p w14:paraId="118325AD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I swear, if you don’t get to the point, I will escort you to the point with my fist!</w:t>
      </w:r>
    </w:p>
    <w:p w14:paraId="6F490748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CINDY. </w:t>
      </w:r>
      <w:r w:rsidRPr="00F53710">
        <w:rPr>
          <w:color w:val="111111"/>
          <w:sz w:val="28"/>
          <w:szCs w:val="36"/>
        </w:rPr>
        <w:t>C’mon, man. Take it easy. (To JACK and JILLIAN:) So then what?</w:t>
      </w:r>
    </w:p>
    <w:p w14:paraId="5FA94027" w14:textId="77777777" w:rsidR="00163843" w:rsidRPr="00F53710" w:rsidRDefault="00B85264">
      <w:pPr>
        <w:rPr>
          <w:sz w:val="32"/>
          <w:szCs w:val="36"/>
        </w:rPr>
      </w:pPr>
      <w:r w:rsidRPr="00F53710">
        <w:rPr>
          <w:sz w:val="32"/>
          <w:szCs w:val="36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163843" w14:paraId="099A6F0E" w14:textId="77777777">
        <w:tc>
          <w:tcPr>
            <w:tcW w:w="10368" w:type="dxa"/>
            <w:tcBorders>
              <w:top w:val="single" w:sz="8" w:space="0" w:color="1F3552"/>
              <w:left w:val="single" w:sz="8" w:space="0" w:color="1F3552"/>
              <w:bottom w:val="single" w:sz="8" w:space="0" w:color="1F3552"/>
              <w:right w:val="single" w:sz="8" w:space="0" w:color="1F3552"/>
            </w:tcBorders>
            <w:shd w:val="clear" w:color="auto" w:fill="1F3552"/>
          </w:tcPr>
          <w:p w14:paraId="7B0F00B1" w14:textId="77777777" w:rsidR="00163843" w:rsidRDefault="00B85264">
            <w:r>
              <w:rPr>
                <w:rFonts w:ascii="Aptos Display" w:hAnsi="Aptos Display"/>
                <w:b/>
                <w:color w:val="FFFFFF"/>
                <w:sz w:val="32"/>
              </w:rPr>
              <w:lastRenderedPageBreak/>
              <w:t>READ 4  |  PINOCCHIO</w:t>
            </w:r>
          </w:p>
        </w:tc>
      </w:tr>
    </w:tbl>
    <w:p w14:paraId="04A31D2B" w14:textId="77777777" w:rsidR="00163843" w:rsidRDefault="00B85264">
      <w:pPr>
        <w:spacing w:after="140"/>
      </w:pPr>
      <w:r>
        <w:rPr>
          <w:b/>
          <w:color w:val="1F3552"/>
          <w:sz w:val="21"/>
        </w:rPr>
        <w:t>Fairy-tale character: Pinocchio</w:t>
      </w:r>
    </w:p>
    <w:p w14:paraId="00A2AD21" w14:textId="77777777" w:rsidR="00163843" w:rsidRDefault="00163843">
      <w:pPr>
        <w:pBdr>
          <w:bottom w:val="single" w:sz="10" w:space="1" w:color="B7922E"/>
        </w:pBdr>
        <w:spacing w:after="120"/>
      </w:pPr>
    </w:p>
    <w:p w14:paraId="7BD8686F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Whatsyername, Dumbo.</w:t>
      </w:r>
    </w:p>
    <w:p w14:paraId="382B52ED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PINOCCHIO. </w:t>
      </w:r>
      <w:r w:rsidRPr="00F53710">
        <w:rPr>
          <w:color w:val="111111"/>
          <w:sz w:val="28"/>
          <w:szCs w:val="36"/>
        </w:rPr>
        <w:t>Uhh, I’m…Marcus.</w:t>
      </w:r>
    </w:p>
    <w:p w14:paraId="711922FD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i/>
          <w:color w:val="5A6573"/>
          <w:sz w:val="28"/>
          <w:szCs w:val="36"/>
        </w:rPr>
        <w:t>(PINOCCHIO experiences noticeable nose pain.)</w:t>
      </w:r>
    </w:p>
    <w:p w14:paraId="6C603C64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PINOCCHIO. </w:t>
      </w:r>
      <w:r w:rsidRPr="00F53710">
        <w:rPr>
          <w:color w:val="111111"/>
          <w:sz w:val="28"/>
          <w:szCs w:val="36"/>
        </w:rPr>
        <w:t>Ow. Look, I told her what I know.</w:t>
      </w:r>
    </w:p>
    <w:p w14:paraId="42F9CB87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GOLD. </w:t>
      </w:r>
      <w:r w:rsidRPr="00F53710">
        <w:rPr>
          <w:color w:val="111111"/>
          <w:sz w:val="28"/>
          <w:szCs w:val="36"/>
        </w:rPr>
        <w:t>Just tell them exactly what you told me.</w:t>
      </w:r>
    </w:p>
    <w:p w14:paraId="0401D5FC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PINOCCHIO. </w:t>
      </w:r>
      <w:r w:rsidRPr="00F53710">
        <w:rPr>
          <w:color w:val="111111"/>
          <w:sz w:val="28"/>
          <w:szCs w:val="36"/>
        </w:rPr>
        <w:t>Okay. I was walking home from a…doctor’s appointment…and I suddenly heard this noise. Like…like someone dropped a box of toothpicks. I look up and I see that mess over there. And that’s it. Now can I go home?</w:t>
      </w:r>
    </w:p>
    <w:p w14:paraId="557AD327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CINDY. </w:t>
      </w:r>
      <w:r w:rsidRPr="00F53710">
        <w:rPr>
          <w:color w:val="111111"/>
          <w:sz w:val="28"/>
          <w:szCs w:val="36"/>
        </w:rPr>
        <w:t>Did you see anything besides the pile of sticks?</w:t>
      </w:r>
    </w:p>
    <w:p w14:paraId="64035841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PINOCCHIO. </w:t>
      </w:r>
      <w:r w:rsidRPr="00F53710">
        <w:rPr>
          <w:color w:val="111111"/>
          <w:sz w:val="28"/>
          <w:szCs w:val="36"/>
        </w:rPr>
        <w:t>No, that’s all.</w:t>
      </w:r>
    </w:p>
    <w:p w14:paraId="6F5DB4B0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i/>
          <w:color w:val="5A6573"/>
          <w:sz w:val="28"/>
          <w:szCs w:val="36"/>
        </w:rPr>
        <w:t>(Nose pain again.)</w:t>
      </w:r>
    </w:p>
    <w:p w14:paraId="78E9C689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PINOCCHIO. </w:t>
      </w:r>
      <w:r w:rsidRPr="00F53710">
        <w:rPr>
          <w:color w:val="111111"/>
          <w:sz w:val="28"/>
          <w:szCs w:val="36"/>
        </w:rPr>
        <w:t>Ow.</w:t>
      </w:r>
    </w:p>
    <w:p w14:paraId="3B7266B0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CINDY. </w:t>
      </w:r>
      <w:r w:rsidRPr="00F53710">
        <w:rPr>
          <w:color w:val="111111"/>
          <w:sz w:val="28"/>
          <w:szCs w:val="36"/>
        </w:rPr>
        <w:t>Is everything all right, sir?</w:t>
      </w:r>
    </w:p>
    <w:p w14:paraId="2EDA3D96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PINOCCHIO. </w:t>
      </w:r>
      <w:r w:rsidRPr="00F53710">
        <w:rPr>
          <w:color w:val="111111"/>
          <w:sz w:val="28"/>
          <w:szCs w:val="36"/>
        </w:rPr>
        <w:t>Yeah, everything’s fine. I feel great. (Nose pain.) Ow.</w:t>
      </w:r>
    </w:p>
    <w:p w14:paraId="0579808F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Marcus, let me ask you… What’s the square root of sixty-four?</w:t>
      </w:r>
    </w:p>
    <w:p w14:paraId="214591FE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PINOCCHIO. </w:t>
      </w:r>
      <w:r w:rsidRPr="00F53710">
        <w:rPr>
          <w:color w:val="111111"/>
          <w:sz w:val="28"/>
          <w:szCs w:val="36"/>
        </w:rPr>
        <w:t>Eight.</w:t>
      </w:r>
    </w:p>
    <w:p w14:paraId="04FE7EEA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What do you call a group of geese?</w:t>
      </w:r>
    </w:p>
    <w:p w14:paraId="32578EFB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PINOCCHIO. </w:t>
      </w:r>
      <w:r w:rsidRPr="00F53710">
        <w:rPr>
          <w:color w:val="111111"/>
          <w:sz w:val="28"/>
          <w:szCs w:val="36"/>
        </w:rPr>
        <w:t>A gaggle.</w:t>
      </w:r>
    </w:p>
    <w:p w14:paraId="641500F5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How often do you work out at the gym?</w:t>
      </w:r>
    </w:p>
    <w:p w14:paraId="14D2A5AD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PINOCCHIO. </w:t>
      </w:r>
      <w:r w:rsidRPr="00F53710">
        <w:rPr>
          <w:color w:val="111111"/>
          <w:sz w:val="28"/>
          <w:szCs w:val="36"/>
        </w:rPr>
        <w:t>Twice a day. (Nose pain.) Ow.</w:t>
      </w:r>
    </w:p>
    <w:p w14:paraId="702A9C2F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CINDY. </w:t>
      </w:r>
      <w:r w:rsidRPr="00F53710">
        <w:rPr>
          <w:color w:val="111111"/>
          <w:sz w:val="28"/>
          <w:szCs w:val="36"/>
        </w:rPr>
        <w:t>Mind telling us what’s going on, “Marcus”?</w:t>
      </w:r>
    </w:p>
    <w:p w14:paraId="2DB6BC13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PINOCCHIO. </w:t>
      </w:r>
      <w:r w:rsidRPr="00F53710">
        <w:rPr>
          <w:color w:val="111111"/>
          <w:sz w:val="28"/>
          <w:szCs w:val="36"/>
        </w:rPr>
        <w:t>Okay, fine. FINE. My name isn’t Marcus. It’s Pinocchio.</w:t>
      </w:r>
    </w:p>
    <w:p w14:paraId="5659E843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GOLD. </w:t>
      </w:r>
      <w:r w:rsidRPr="00F53710">
        <w:rPr>
          <w:color w:val="111111"/>
          <w:sz w:val="28"/>
          <w:szCs w:val="36"/>
        </w:rPr>
        <w:t>Ohhhh I saw you on Oprah.</w:t>
      </w:r>
    </w:p>
    <w:p w14:paraId="5230377E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H.D.. </w:t>
      </w:r>
      <w:r w:rsidRPr="00F53710">
        <w:rPr>
          <w:color w:val="111111"/>
          <w:sz w:val="28"/>
          <w:szCs w:val="36"/>
        </w:rPr>
        <w:t>So what’s your story, Wizard of Schnoz.</w:t>
      </w:r>
    </w:p>
    <w:p w14:paraId="1ECDBEDB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8"/>
          <w:szCs w:val="36"/>
        </w:rPr>
        <w:t xml:space="preserve">PINOCCHIO. </w:t>
      </w:r>
      <w:r w:rsidRPr="00F53710">
        <w:rPr>
          <w:color w:val="111111"/>
          <w:sz w:val="28"/>
          <w:szCs w:val="36"/>
        </w:rPr>
        <w:t>Okay… I’m what you’d call a test tube kid. The scientist who created me, a.k.a. “Dad”? He heard ladies like “striking features.” So he combined the DNA of a human and an aardvark, and voila. And he thought parenting would be easier for him if my nose were connected to my brain in such a way that every time I lie, my nose grows three inches. Thanks, Pop.</w:t>
      </w:r>
    </w:p>
    <w:p w14:paraId="561FA87B" w14:textId="77777777" w:rsidR="00163843" w:rsidRPr="00F53710" w:rsidRDefault="00B85264">
      <w:pPr>
        <w:rPr>
          <w:sz w:val="32"/>
          <w:szCs w:val="36"/>
        </w:rPr>
      </w:pPr>
      <w:r w:rsidRPr="00F53710">
        <w:rPr>
          <w:sz w:val="32"/>
          <w:szCs w:val="36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163843" w14:paraId="710DEAF8" w14:textId="77777777">
        <w:tc>
          <w:tcPr>
            <w:tcW w:w="10368" w:type="dxa"/>
            <w:tcBorders>
              <w:top w:val="single" w:sz="8" w:space="0" w:color="1F3552"/>
              <w:left w:val="single" w:sz="8" w:space="0" w:color="1F3552"/>
              <w:bottom w:val="single" w:sz="8" w:space="0" w:color="1F3552"/>
              <w:right w:val="single" w:sz="8" w:space="0" w:color="1F3552"/>
            </w:tcBorders>
            <w:shd w:val="clear" w:color="auto" w:fill="1F3552"/>
          </w:tcPr>
          <w:p w14:paraId="178F571E" w14:textId="61632A64" w:rsidR="00163843" w:rsidRDefault="00B85264">
            <w:r>
              <w:rPr>
                <w:rFonts w:ascii="Aptos Display" w:hAnsi="Aptos Display"/>
                <w:b/>
                <w:color w:val="FFFFFF"/>
                <w:sz w:val="32"/>
              </w:rPr>
              <w:lastRenderedPageBreak/>
              <w:t xml:space="preserve">READ </w:t>
            </w:r>
            <w:proofErr w:type="gramStart"/>
            <w:r>
              <w:rPr>
                <w:rFonts w:ascii="Aptos Display" w:hAnsi="Aptos Display"/>
                <w:b/>
                <w:color w:val="FFFFFF"/>
                <w:sz w:val="32"/>
              </w:rPr>
              <w:t>5  |</w:t>
            </w:r>
            <w:proofErr w:type="gramEnd"/>
            <w:r>
              <w:rPr>
                <w:rFonts w:ascii="Aptos Display" w:hAnsi="Aptos Display"/>
                <w:b/>
                <w:color w:val="FFFFFF"/>
                <w:sz w:val="32"/>
              </w:rPr>
              <w:t xml:space="preserve">  HANSEL </w:t>
            </w:r>
            <w:r w:rsidR="00F53710">
              <w:rPr>
                <w:rFonts w:ascii="Aptos Display" w:hAnsi="Aptos Display"/>
                <w:b/>
                <w:color w:val="FFFFFF"/>
                <w:sz w:val="32"/>
              </w:rPr>
              <w:t>OR</w:t>
            </w:r>
            <w:r>
              <w:rPr>
                <w:rFonts w:ascii="Aptos Display" w:hAnsi="Aptos Display"/>
                <w:b/>
                <w:color w:val="FFFFFF"/>
                <w:sz w:val="32"/>
              </w:rPr>
              <w:t xml:space="preserve"> GRETEL</w:t>
            </w:r>
          </w:p>
        </w:tc>
      </w:tr>
    </w:tbl>
    <w:p w14:paraId="3DFC1A77" w14:textId="77777777" w:rsidR="00163843" w:rsidRDefault="00B85264">
      <w:pPr>
        <w:spacing w:after="40"/>
      </w:pPr>
      <w:r>
        <w:rPr>
          <w:b/>
          <w:color w:val="1F3552"/>
          <w:sz w:val="21"/>
        </w:rPr>
        <w:t>Fairy-tale character: Hansel and Gretel</w:t>
      </w:r>
    </w:p>
    <w:p w14:paraId="0B901024" w14:textId="77777777" w:rsidR="00163843" w:rsidRPr="00F53710" w:rsidRDefault="00B85264">
      <w:pPr>
        <w:spacing w:after="120"/>
        <w:rPr>
          <w:sz w:val="28"/>
          <w:szCs w:val="32"/>
        </w:rPr>
      </w:pPr>
      <w:r w:rsidRPr="00F53710">
        <w:rPr>
          <w:b/>
          <w:color w:val="B7922E"/>
          <w:sz w:val="28"/>
          <w:szCs w:val="32"/>
        </w:rPr>
        <w:t xml:space="preserve">Accent note: </w:t>
      </w:r>
      <w:r w:rsidRPr="00F53710">
        <w:rPr>
          <w:color w:val="111111"/>
          <w:sz w:val="28"/>
          <w:szCs w:val="32"/>
        </w:rPr>
        <w:t>Begin with the exaggerated German dialect written in the script. At the marked point, switch to your regular voice.</w:t>
      </w:r>
    </w:p>
    <w:p w14:paraId="30C7DE71" w14:textId="77777777" w:rsidR="00163843" w:rsidRDefault="00163843">
      <w:pPr>
        <w:pBdr>
          <w:bottom w:val="single" w:sz="10" w:space="1" w:color="B7922E"/>
        </w:pBdr>
        <w:spacing w:after="120"/>
      </w:pPr>
    </w:p>
    <w:p w14:paraId="7EAD52B7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HANSEL. </w:t>
      </w:r>
      <w:r w:rsidRPr="00F53710">
        <w:rPr>
          <w:color w:val="111111"/>
          <w:sz w:val="24"/>
          <w:szCs w:val="36"/>
        </w:rPr>
        <w:t>Ve don’t vant any trouble.</w:t>
      </w:r>
    </w:p>
    <w:p w14:paraId="5A4B2320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GRETEL. </w:t>
      </w:r>
      <w:r w:rsidRPr="00F53710">
        <w:rPr>
          <w:color w:val="111111"/>
          <w:sz w:val="24"/>
          <w:szCs w:val="36"/>
        </w:rPr>
        <w:t>Ja. Ve are innocence.</w:t>
      </w:r>
    </w:p>
    <w:p w14:paraId="0F8F6B27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CINDY. </w:t>
      </w:r>
      <w:r w:rsidRPr="00F53710">
        <w:rPr>
          <w:color w:val="111111"/>
          <w:sz w:val="24"/>
          <w:szCs w:val="36"/>
        </w:rPr>
        <w:t>How about answering some questions.</w:t>
      </w:r>
    </w:p>
    <w:p w14:paraId="0C0E798F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HANSEL. </w:t>
      </w:r>
      <w:r w:rsidRPr="00F53710">
        <w:rPr>
          <w:color w:val="111111"/>
          <w:sz w:val="24"/>
          <w:szCs w:val="36"/>
        </w:rPr>
        <w:t>Ve cannot talk now; ve are busy feeding ze birdies.</w:t>
      </w:r>
    </w:p>
    <w:p w14:paraId="225A13E1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CINDY. </w:t>
      </w:r>
      <w:r w:rsidRPr="00F53710">
        <w:rPr>
          <w:color w:val="111111"/>
          <w:sz w:val="24"/>
          <w:szCs w:val="36"/>
        </w:rPr>
        <w:t>I wasn’t aware that “birdies” ate candy.</w:t>
      </w:r>
    </w:p>
    <w:p w14:paraId="74B969AA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GRETEL. </w:t>
      </w:r>
      <w:r w:rsidRPr="00F53710">
        <w:rPr>
          <w:color w:val="111111"/>
          <w:sz w:val="24"/>
          <w:szCs w:val="36"/>
        </w:rPr>
        <w:t>Oh absolutely, policemen-man. Ze candies ist very popular mit ze birdies. Ze pigeons, zey prefer ze Junior Meentz. Ze geese, zey go vild for ze Tvizzlahs. Und ze duckies?—ze Goobahs.</w:t>
      </w:r>
    </w:p>
    <w:p w14:paraId="0817912D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HANSEL. </w:t>
      </w:r>
      <w:r w:rsidRPr="00F53710">
        <w:rPr>
          <w:color w:val="111111"/>
          <w:sz w:val="24"/>
          <w:szCs w:val="36"/>
        </w:rPr>
        <w:t>Vere you avare zat in some foreign lands, ze people feed ze birdies mit breadcrumb?</w:t>
      </w:r>
    </w:p>
    <w:p w14:paraId="0B292CEA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GRETEL. </w:t>
      </w:r>
      <w:r w:rsidRPr="00F53710">
        <w:rPr>
          <w:color w:val="111111"/>
          <w:sz w:val="24"/>
          <w:szCs w:val="36"/>
        </w:rPr>
        <w:t>Breadcrumb! Can you believe zat? I get qveasy tummy just brainzinking of it. So nastygross!</w:t>
      </w:r>
    </w:p>
    <w:p w14:paraId="45ACBE03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H.D.. </w:t>
      </w:r>
      <w:r w:rsidRPr="00F53710">
        <w:rPr>
          <w:color w:val="111111"/>
          <w:sz w:val="24"/>
          <w:szCs w:val="36"/>
        </w:rPr>
        <w:t>If you two Dum-Dums don’t shut your Wax Lips, you’re gonna make friends with the Jawbreakers.</w:t>
      </w:r>
    </w:p>
    <w:p w14:paraId="0F024AFD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HANSEL. </w:t>
      </w:r>
      <w:r w:rsidRPr="00F53710">
        <w:rPr>
          <w:color w:val="111111"/>
          <w:sz w:val="24"/>
          <w:szCs w:val="36"/>
        </w:rPr>
        <w:t>Ve don’t have to take zees vehbal abuses!</w:t>
      </w:r>
    </w:p>
    <w:p w14:paraId="660393D7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CINDY. </w:t>
      </w:r>
      <w:r w:rsidRPr="00F53710">
        <w:rPr>
          <w:color w:val="111111"/>
          <w:sz w:val="24"/>
          <w:szCs w:val="36"/>
        </w:rPr>
        <w:t>Hey, H.D., I forget: How many years in prison for resisting arrest?</w:t>
      </w:r>
    </w:p>
    <w:p w14:paraId="324B8755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H.D.. </w:t>
      </w:r>
      <w:r w:rsidRPr="00F53710">
        <w:rPr>
          <w:color w:val="111111"/>
          <w:sz w:val="24"/>
          <w:szCs w:val="36"/>
        </w:rPr>
        <w:t>Five hundred years.</w:t>
      </w:r>
    </w:p>
    <w:p w14:paraId="169394C2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GRETEL. </w:t>
      </w:r>
      <w:r w:rsidRPr="00F53710">
        <w:rPr>
          <w:color w:val="111111"/>
          <w:sz w:val="24"/>
          <w:szCs w:val="36"/>
        </w:rPr>
        <w:t>Okay, okay—ve will do as you vish.</w:t>
      </w:r>
    </w:p>
    <w:p w14:paraId="36BE97E4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HANSEL. </w:t>
      </w:r>
      <w:r w:rsidRPr="00F53710">
        <w:rPr>
          <w:color w:val="111111"/>
          <w:sz w:val="24"/>
          <w:szCs w:val="36"/>
        </w:rPr>
        <w:t>First of all, you should know zat ve are Gehrman.</w:t>
      </w:r>
    </w:p>
    <w:p w14:paraId="48D5CF42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H.D.. </w:t>
      </w:r>
      <w:r w:rsidRPr="00F53710">
        <w:rPr>
          <w:color w:val="111111"/>
          <w:sz w:val="24"/>
          <w:szCs w:val="36"/>
        </w:rPr>
        <w:t>Oh yeah? With those hats, we thought you were from Detroit.</w:t>
      </w:r>
    </w:p>
    <w:p w14:paraId="4D7CF11D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HANSEL. </w:t>
      </w:r>
      <w:r w:rsidRPr="00F53710">
        <w:rPr>
          <w:color w:val="111111"/>
          <w:sz w:val="24"/>
          <w:szCs w:val="36"/>
        </w:rPr>
        <w:t>Zees are traditional Gehrman alpine hats.</w:t>
      </w:r>
    </w:p>
    <w:p w14:paraId="4D3AD314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GRETEL. </w:t>
      </w:r>
      <w:r w:rsidRPr="00F53710">
        <w:rPr>
          <w:color w:val="111111"/>
          <w:sz w:val="24"/>
          <w:szCs w:val="36"/>
        </w:rPr>
        <w:t>On sale last veek at T.J.Maxx.</w:t>
      </w:r>
    </w:p>
    <w:p w14:paraId="64C09588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H.D.. </w:t>
      </w:r>
      <w:r w:rsidRPr="00F53710">
        <w:rPr>
          <w:color w:val="111111"/>
          <w:sz w:val="24"/>
          <w:szCs w:val="36"/>
        </w:rPr>
        <w:t>Get on with it.</w:t>
      </w:r>
    </w:p>
    <w:p w14:paraId="4B35787E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HANSEL. </w:t>
      </w:r>
      <w:r w:rsidRPr="00F53710">
        <w:rPr>
          <w:color w:val="111111"/>
          <w:sz w:val="24"/>
          <w:szCs w:val="36"/>
        </w:rPr>
        <w:t>Ja, so okay. My name ist Hansel, und zees ist Gretel.</w:t>
      </w:r>
    </w:p>
    <w:p w14:paraId="5D5C5DCD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GRETEL. </w:t>
      </w:r>
      <w:r w:rsidRPr="00F53710">
        <w:rPr>
          <w:color w:val="111111"/>
          <w:sz w:val="24"/>
          <w:szCs w:val="36"/>
        </w:rPr>
        <w:t>Hallo!!</w:t>
      </w:r>
    </w:p>
    <w:p w14:paraId="3B876E1F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HANSEL. </w:t>
      </w:r>
      <w:r w:rsidRPr="00F53710">
        <w:rPr>
          <w:color w:val="111111"/>
          <w:sz w:val="24"/>
          <w:szCs w:val="36"/>
        </w:rPr>
        <w:t>Vee are brozer und seester, und yesterday morgen, our schtepmommy kicked us out of ze house.</w:t>
      </w:r>
    </w:p>
    <w:p w14:paraId="55985D46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CINDY. </w:t>
      </w:r>
      <w:r w:rsidRPr="00F53710">
        <w:rPr>
          <w:color w:val="111111"/>
          <w:sz w:val="24"/>
          <w:szCs w:val="36"/>
        </w:rPr>
        <w:t>Why’d your stepmom kick you out?</w:t>
      </w:r>
    </w:p>
    <w:p w14:paraId="513F213E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HANSEL. </w:t>
      </w:r>
      <w:r w:rsidRPr="00F53710">
        <w:rPr>
          <w:color w:val="111111"/>
          <w:sz w:val="24"/>
          <w:szCs w:val="36"/>
        </w:rPr>
        <w:t>Schtepmommy ist evil…</w:t>
      </w:r>
    </w:p>
    <w:p w14:paraId="7DEB270E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GRETEL. </w:t>
      </w:r>
      <w:r w:rsidRPr="00F53710">
        <w:rPr>
          <w:color w:val="111111"/>
          <w:sz w:val="24"/>
          <w:szCs w:val="36"/>
        </w:rPr>
        <w:t>She vas so sick of zees fake Gehrman accents.</w:t>
      </w:r>
    </w:p>
    <w:p w14:paraId="414634A1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i/>
          <w:color w:val="5A6573"/>
          <w:sz w:val="24"/>
          <w:szCs w:val="36"/>
        </w:rPr>
        <w:t>(Beat. They both now speak with the actors’ regular accents.)</w:t>
      </w:r>
    </w:p>
    <w:p w14:paraId="3D5DD7BC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CINDY. </w:t>
      </w:r>
      <w:r w:rsidRPr="00F53710">
        <w:rPr>
          <w:color w:val="111111"/>
          <w:sz w:val="24"/>
          <w:szCs w:val="36"/>
        </w:rPr>
        <w:t>Wait, you’re faking your accents?</w:t>
      </w:r>
    </w:p>
    <w:p w14:paraId="542A1991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HANSEL. </w:t>
      </w:r>
      <w:r w:rsidRPr="00F53710">
        <w:rPr>
          <w:color w:val="111111"/>
          <w:sz w:val="24"/>
          <w:szCs w:val="36"/>
        </w:rPr>
        <w:t>Yeah, I mean—sure. You didn’t pick up on that?</w:t>
      </w:r>
    </w:p>
    <w:p w14:paraId="6E23BA72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GRETEL. </w:t>
      </w:r>
      <w:r w:rsidRPr="00F53710">
        <w:rPr>
          <w:color w:val="111111"/>
          <w:sz w:val="24"/>
          <w:szCs w:val="36"/>
        </w:rPr>
        <w:t>It sounds annoying to us, but we just figured everyone else expects it from Germans.</w:t>
      </w:r>
    </w:p>
    <w:p w14:paraId="6BB4A165" w14:textId="77777777" w:rsidR="00163843" w:rsidRPr="00F53710" w:rsidRDefault="00B85264">
      <w:pPr>
        <w:spacing w:after="60" w:line="240" w:lineRule="auto"/>
        <w:rPr>
          <w:sz w:val="32"/>
          <w:szCs w:val="36"/>
        </w:rPr>
      </w:pPr>
      <w:r w:rsidRPr="00F53710">
        <w:rPr>
          <w:b/>
          <w:color w:val="1F3552"/>
          <w:sz w:val="24"/>
          <w:szCs w:val="36"/>
        </w:rPr>
        <w:t xml:space="preserve">HANSEL. </w:t>
      </w:r>
      <w:r w:rsidRPr="00F53710">
        <w:rPr>
          <w:color w:val="111111"/>
          <w:sz w:val="24"/>
          <w:szCs w:val="36"/>
        </w:rPr>
        <w:t>Give the people what they want, right?</w:t>
      </w:r>
    </w:p>
    <w:p w14:paraId="0BA094CF" w14:textId="77777777" w:rsidR="00163843" w:rsidRPr="00F53710" w:rsidRDefault="00B85264">
      <w:pPr>
        <w:rPr>
          <w:sz w:val="32"/>
          <w:szCs w:val="36"/>
        </w:rPr>
      </w:pPr>
      <w:r w:rsidRPr="00F53710">
        <w:rPr>
          <w:sz w:val="32"/>
          <w:szCs w:val="36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163843" w14:paraId="1126D0BB" w14:textId="77777777">
        <w:tc>
          <w:tcPr>
            <w:tcW w:w="10368" w:type="dxa"/>
            <w:tcBorders>
              <w:top w:val="single" w:sz="8" w:space="0" w:color="1F3552"/>
              <w:left w:val="single" w:sz="8" w:space="0" w:color="1F3552"/>
              <w:bottom w:val="single" w:sz="8" w:space="0" w:color="1F3552"/>
              <w:right w:val="single" w:sz="8" w:space="0" w:color="1F3552"/>
            </w:tcBorders>
            <w:shd w:val="clear" w:color="auto" w:fill="1F3552"/>
          </w:tcPr>
          <w:p w14:paraId="2A797914" w14:textId="77777777" w:rsidR="00163843" w:rsidRDefault="00B85264">
            <w:r>
              <w:rPr>
                <w:rFonts w:ascii="Aptos Display" w:hAnsi="Aptos Display"/>
                <w:b/>
                <w:color w:val="FFFFFF"/>
                <w:sz w:val="32"/>
              </w:rPr>
              <w:lastRenderedPageBreak/>
              <w:t>READ 6  |  THE THREE PIGS</w:t>
            </w:r>
          </w:p>
        </w:tc>
      </w:tr>
    </w:tbl>
    <w:p w14:paraId="19224EF5" w14:textId="77777777" w:rsidR="00163843" w:rsidRDefault="00B85264">
      <w:pPr>
        <w:spacing w:after="40"/>
      </w:pPr>
      <w:r>
        <w:rPr>
          <w:b/>
          <w:color w:val="1F3552"/>
          <w:sz w:val="21"/>
        </w:rPr>
        <w:t>Fairy-tale character: The Three Little Pigs</w:t>
      </w:r>
    </w:p>
    <w:p w14:paraId="543BC93F" w14:textId="77777777" w:rsidR="00163843" w:rsidRPr="00F53710" w:rsidRDefault="00B85264">
      <w:pPr>
        <w:spacing w:after="120"/>
        <w:rPr>
          <w:sz w:val="32"/>
          <w:szCs w:val="36"/>
        </w:rPr>
      </w:pPr>
      <w:r w:rsidRPr="00F53710">
        <w:rPr>
          <w:b/>
          <w:color w:val="B7922E"/>
          <w:sz w:val="32"/>
          <w:szCs w:val="36"/>
        </w:rPr>
        <w:t xml:space="preserve">Accent note: </w:t>
      </w:r>
      <w:r w:rsidRPr="00F53710">
        <w:rPr>
          <w:color w:val="111111"/>
          <w:sz w:val="32"/>
          <w:szCs w:val="36"/>
        </w:rPr>
        <w:t>Pig 1 uses a Brooklyn accent. Pig 2 uses a Southern accent. Pig 3 uses a highfalutin British accent.</w:t>
      </w:r>
    </w:p>
    <w:p w14:paraId="14A4513A" w14:textId="77777777" w:rsidR="00163843" w:rsidRDefault="00163843">
      <w:pPr>
        <w:pBdr>
          <w:bottom w:val="single" w:sz="10" w:space="1" w:color="B7922E"/>
        </w:pBdr>
        <w:spacing w:after="120"/>
      </w:pPr>
    </w:p>
    <w:p w14:paraId="7ECCE1A7" w14:textId="77777777" w:rsidR="00163843" w:rsidRPr="00F53710" w:rsidRDefault="00B85264">
      <w:pPr>
        <w:spacing w:after="60" w:line="240" w:lineRule="auto"/>
        <w:rPr>
          <w:sz w:val="36"/>
          <w:szCs w:val="40"/>
        </w:rPr>
      </w:pPr>
      <w:r w:rsidRPr="00F53710">
        <w:rPr>
          <w:b/>
          <w:color w:val="1F3552"/>
          <w:sz w:val="32"/>
          <w:szCs w:val="40"/>
        </w:rPr>
        <w:t xml:space="preserve">MERM. </w:t>
      </w:r>
      <w:r w:rsidRPr="00F53710">
        <w:rPr>
          <w:color w:val="111111"/>
          <w:sz w:val="32"/>
          <w:szCs w:val="40"/>
        </w:rPr>
        <w:t>Let’s review your story. Pig One, you were alone in your straw house; Wolf approaches the house; knocks it down.</w:t>
      </w:r>
    </w:p>
    <w:p w14:paraId="14F9BDBB" w14:textId="77777777" w:rsidR="00163843" w:rsidRPr="00F53710" w:rsidRDefault="00B85264">
      <w:pPr>
        <w:spacing w:after="60" w:line="240" w:lineRule="auto"/>
        <w:rPr>
          <w:sz w:val="36"/>
          <w:szCs w:val="40"/>
        </w:rPr>
      </w:pPr>
      <w:r w:rsidRPr="00F53710">
        <w:rPr>
          <w:b/>
          <w:color w:val="1F3552"/>
          <w:sz w:val="32"/>
          <w:szCs w:val="40"/>
        </w:rPr>
        <w:t xml:space="preserve">PIG 1. </w:t>
      </w:r>
      <w:r w:rsidRPr="00F53710">
        <w:rPr>
          <w:color w:val="111111"/>
          <w:sz w:val="32"/>
          <w:szCs w:val="40"/>
        </w:rPr>
        <w:t>Yeah. Kept sayin’ he’d blow my house in, which, sounded a little weird. I told him to hold on, that I was shavin’—y’know, the really tough part right here—and then before I know it, bam, my house is kaput.</w:t>
      </w:r>
    </w:p>
    <w:p w14:paraId="4BF05E5D" w14:textId="77777777" w:rsidR="00163843" w:rsidRPr="00F53710" w:rsidRDefault="00B85264">
      <w:pPr>
        <w:spacing w:after="60" w:line="240" w:lineRule="auto"/>
        <w:rPr>
          <w:sz w:val="36"/>
          <w:szCs w:val="40"/>
        </w:rPr>
      </w:pPr>
      <w:r w:rsidRPr="00F53710">
        <w:rPr>
          <w:b/>
          <w:color w:val="1F3552"/>
          <w:sz w:val="32"/>
          <w:szCs w:val="40"/>
        </w:rPr>
        <w:t xml:space="preserve">STILTSKIN. </w:t>
      </w:r>
      <w:r w:rsidRPr="00F53710">
        <w:rPr>
          <w:color w:val="111111"/>
          <w:sz w:val="32"/>
          <w:szCs w:val="40"/>
        </w:rPr>
        <w:t>Then what?</w:t>
      </w:r>
    </w:p>
    <w:p w14:paraId="5F60EECC" w14:textId="77777777" w:rsidR="00163843" w:rsidRPr="00F53710" w:rsidRDefault="00B85264">
      <w:pPr>
        <w:spacing w:after="60" w:line="240" w:lineRule="auto"/>
        <w:rPr>
          <w:sz w:val="36"/>
          <w:szCs w:val="40"/>
        </w:rPr>
      </w:pPr>
      <w:r w:rsidRPr="00F53710">
        <w:rPr>
          <w:b/>
          <w:color w:val="1F3552"/>
          <w:sz w:val="32"/>
          <w:szCs w:val="40"/>
        </w:rPr>
        <w:t xml:space="preserve">PIG 1. </w:t>
      </w:r>
      <w:r w:rsidRPr="00F53710">
        <w:rPr>
          <w:color w:val="111111"/>
          <w:sz w:val="32"/>
          <w:szCs w:val="40"/>
        </w:rPr>
        <w:t>Well, I was freakin’ out, right? So I curly-tail it to my bro’s.</w:t>
      </w:r>
    </w:p>
    <w:p w14:paraId="24B60039" w14:textId="77777777" w:rsidR="00163843" w:rsidRPr="00F53710" w:rsidRDefault="00B85264">
      <w:pPr>
        <w:spacing w:after="60" w:line="240" w:lineRule="auto"/>
        <w:rPr>
          <w:sz w:val="36"/>
          <w:szCs w:val="40"/>
        </w:rPr>
      </w:pPr>
      <w:r w:rsidRPr="00F53710">
        <w:rPr>
          <w:b/>
          <w:color w:val="1F3552"/>
          <w:sz w:val="32"/>
          <w:szCs w:val="40"/>
        </w:rPr>
        <w:t xml:space="preserve">PIG 2. </w:t>
      </w:r>
      <w:r w:rsidRPr="00F53710">
        <w:rPr>
          <w:color w:val="111111"/>
          <w:sz w:val="32"/>
          <w:szCs w:val="40"/>
        </w:rPr>
        <w:t>He showed up to my stick-house all discombob-uh-lated. Pork almighty… I felt his forehead. He was bakin’. An’ I mean sizzlin’.</w:t>
      </w:r>
    </w:p>
    <w:p w14:paraId="753344B3" w14:textId="77777777" w:rsidR="00163843" w:rsidRPr="00F53710" w:rsidRDefault="00B85264">
      <w:pPr>
        <w:spacing w:after="60" w:line="240" w:lineRule="auto"/>
        <w:rPr>
          <w:sz w:val="36"/>
          <w:szCs w:val="40"/>
        </w:rPr>
      </w:pPr>
      <w:r w:rsidRPr="00F53710">
        <w:rPr>
          <w:b/>
          <w:color w:val="1F3552"/>
          <w:sz w:val="32"/>
          <w:szCs w:val="40"/>
        </w:rPr>
        <w:t xml:space="preserve">MERM. </w:t>
      </w:r>
      <w:r w:rsidRPr="00F53710">
        <w:rPr>
          <w:color w:val="111111"/>
          <w:sz w:val="32"/>
          <w:szCs w:val="40"/>
        </w:rPr>
        <w:t>And then?</w:t>
      </w:r>
    </w:p>
    <w:p w14:paraId="4ADF777F" w14:textId="77777777" w:rsidR="00163843" w:rsidRPr="00F53710" w:rsidRDefault="00B85264">
      <w:pPr>
        <w:spacing w:after="60" w:line="240" w:lineRule="auto"/>
        <w:rPr>
          <w:sz w:val="36"/>
          <w:szCs w:val="40"/>
        </w:rPr>
      </w:pPr>
      <w:r w:rsidRPr="00F53710">
        <w:rPr>
          <w:b/>
          <w:color w:val="1F3552"/>
          <w:sz w:val="32"/>
          <w:szCs w:val="40"/>
        </w:rPr>
        <w:t xml:space="preserve">PIG 2. </w:t>
      </w:r>
      <w:r w:rsidRPr="00F53710">
        <w:rPr>
          <w:color w:val="111111"/>
          <w:sz w:val="32"/>
          <w:szCs w:val="40"/>
        </w:rPr>
        <w:t>Same thing, basically. I’m shavin’, and the hairy guy shows up with that fan-a-his, and before ya know it, my bachelor pad’s yardwaste.</w:t>
      </w:r>
    </w:p>
    <w:p w14:paraId="79F80F56" w14:textId="77777777" w:rsidR="00163843" w:rsidRPr="00F53710" w:rsidRDefault="00B85264">
      <w:pPr>
        <w:spacing w:after="60" w:line="240" w:lineRule="auto"/>
        <w:rPr>
          <w:sz w:val="36"/>
          <w:szCs w:val="40"/>
        </w:rPr>
      </w:pPr>
      <w:r w:rsidRPr="00F53710">
        <w:rPr>
          <w:b/>
          <w:color w:val="1F3552"/>
          <w:sz w:val="32"/>
          <w:szCs w:val="40"/>
        </w:rPr>
        <w:t xml:space="preserve">MERM. </w:t>
      </w:r>
      <w:r w:rsidRPr="00F53710">
        <w:rPr>
          <w:color w:val="111111"/>
          <w:sz w:val="32"/>
          <w:szCs w:val="40"/>
        </w:rPr>
        <w:t>And that’s where you come in.</w:t>
      </w:r>
    </w:p>
    <w:p w14:paraId="3C714C08" w14:textId="77777777" w:rsidR="00163843" w:rsidRPr="00F53710" w:rsidRDefault="00B85264">
      <w:pPr>
        <w:spacing w:after="60" w:line="240" w:lineRule="auto"/>
        <w:rPr>
          <w:sz w:val="36"/>
          <w:szCs w:val="40"/>
        </w:rPr>
      </w:pPr>
      <w:r w:rsidRPr="00F53710">
        <w:rPr>
          <w:b/>
          <w:color w:val="1F3552"/>
          <w:sz w:val="32"/>
          <w:szCs w:val="40"/>
        </w:rPr>
        <w:t xml:space="preserve">PIG 3. </w:t>
      </w:r>
      <w:r w:rsidRPr="00F53710">
        <w:rPr>
          <w:color w:val="111111"/>
          <w:sz w:val="32"/>
          <w:szCs w:val="40"/>
        </w:rPr>
        <w:t>Quite. They arrived at my doorstep, utterly frazzled, and I comforted them with tea and crumpets.</w:t>
      </w:r>
    </w:p>
    <w:p w14:paraId="617E970F" w14:textId="77777777" w:rsidR="00163843" w:rsidRPr="00F53710" w:rsidRDefault="00B85264">
      <w:pPr>
        <w:spacing w:after="60" w:line="240" w:lineRule="auto"/>
        <w:rPr>
          <w:sz w:val="36"/>
          <w:szCs w:val="40"/>
        </w:rPr>
      </w:pPr>
      <w:r w:rsidRPr="00F53710">
        <w:rPr>
          <w:b/>
          <w:color w:val="1F3552"/>
          <w:sz w:val="32"/>
          <w:szCs w:val="40"/>
        </w:rPr>
        <w:t xml:space="preserve">STILTSKIN. </w:t>
      </w:r>
      <w:r w:rsidRPr="00F53710">
        <w:rPr>
          <w:color w:val="111111"/>
          <w:sz w:val="32"/>
          <w:szCs w:val="40"/>
        </w:rPr>
        <w:t>At which point, the perpetrator arrived, attempted identical fan-powered destruction, but failed.</w:t>
      </w:r>
    </w:p>
    <w:p w14:paraId="50761794" w14:textId="77777777" w:rsidR="00163843" w:rsidRPr="00F53710" w:rsidRDefault="00B85264">
      <w:pPr>
        <w:spacing w:after="60" w:line="240" w:lineRule="auto"/>
        <w:rPr>
          <w:sz w:val="36"/>
          <w:szCs w:val="40"/>
        </w:rPr>
      </w:pPr>
      <w:r w:rsidRPr="00F53710">
        <w:rPr>
          <w:b/>
          <w:color w:val="1F3552"/>
          <w:sz w:val="32"/>
          <w:szCs w:val="40"/>
        </w:rPr>
        <w:t xml:space="preserve">PIG 3. </w:t>
      </w:r>
      <w:r w:rsidRPr="00F53710">
        <w:rPr>
          <w:color w:val="111111"/>
          <w:sz w:val="32"/>
          <w:szCs w:val="40"/>
        </w:rPr>
        <w:t>That is affirmative.</w:t>
      </w:r>
    </w:p>
    <w:p w14:paraId="5D736FA4" w14:textId="77777777" w:rsidR="00163843" w:rsidRPr="00F53710" w:rsidRDefault="00B85264">
      <w:pPr>
        <w:spacing w:after="60" w:line="240" w:lineRule="auto"/>
        <w:rPr>
          <w:sz w:val="36"/>
          <w:szCs w:val="40"/>
        </w:rPr>
      </w:pPr>
      <w:r w:rsidRPr="00F53710">
        <w:rPr>
          <w:b/>
          <w:color w:val="1F3552"/>
          <w:sz w:val="32"/>
          <w:szCs w:val="40"/>
        </w:rPr>
        <w:t xml:space="preserve">MERM. </w:t>
      </w:r>
      <w:r w:rsidRPr="00F53710">
        <w:rPr>
          <w:color w:val="111111"/>
          <w:sz w:val="32"/>
          <w:szCs w:val="40"/>
        </w:rPr>
        <w:t>Now what about this Wolf character? You know him?</w:t>
      </w:r>
    </w:p>
    <w:p w14:paraId="308ECF7B" w14:textId="77777777" w:rsidR="00163843" w:rsidRPr="00F53710" w:rsidRDefault="00B85264">
      <w:pPr>
        <w:spacing w:after="60" w:line="240" w:lineRule="auto"/>
        <w:rPr>
          <w:sz w:val="36"/>
          <w:szCs w:val="40"/>
        </w:rPr>
      </w:pPr>
      <w:r w:rsidRPr="00F53710">
        <w:rPr>
          <w:b/>
          <w:color w:val="1F3552"/>
          <w:sz w:val="32"/>
          <w:szCs w:val="40"/>
        </w:rPr>
        <w:t xml:space="preserve">PIG 3. </w:t>
      </w:r>
      <w:r w:rsidRPr="00F53710">
        <w:rPr>
          <w:color w:val="111111"/>
          <w:sz w:val="32"/>
          <w:szCs w:val="40"/>
        </w:rPr>
        <w:t>We did. He was the highest bidder on the contract for all three of our houses. But all of us withdrew at the last minute.</w:t>
      </w:r>
    </w:p>
    <w:p w14:paraId="71BA608C" w14:textId="77777777" w:rsidR="00163843" w:rsidRPr="00F53710" w:rsidRDefault="00B85264">
      <w:pPr>
        <w:spacing w:after="60" w:line="240" w:lineRule="auto"/>
        <w:rPr>
          <w:sz w:val="36"/>
          <w:szCs w:val="40"/>
        </w:rPr>
      </w:pPr>
      <w:r w:rsidRPr="00F53710">
        <w:rPr>
          <w:b/>
          <w:color w:val="1F3552"/>
          <w:sz w:val="32"/>
          <w:szCs w:val="40"/>
        </w:rPr>
        <w:t xml:space="preserve">MERM. </w:t>
      </w:r>
      <w:r w:rsidRPr="00F53710">
        <w:rPr>
          <w:color w:val="111111"/>
          <w:sz w:val="32"/>
          <w:szCs w:val="40"/>
        </w:rPr>
        <w:t>Why?</w:t>
      </w:r>
    </w:p>
    <w:p w14:paraId="1616C3E9" w14:textId="77777777" w:rsidR="00163843" w:rsidRPr="00F53710" w:rsidRDefault="00B85264">
      <w:pPr>
        <w:spacing w:after="60" w:line="240" w:lineRule="auto"/>
        <w:rPr>
          <w:sz w:val="36"/>
          <w:szCs w:val="40"/>
        </w:rPr>
      </w:pPr>
      <w:r w:rsidRPr="00F53710">
        <w:rPr>
          <w:b/>
          <w:color w:val="1F3552"/>
          <w:sz w:val="32"/>
          <w:szCs w:val="40"/>
        </w:rPr>
        <w:t xml:space="preserve">PIG 2. </w:t>
      </w:r>
      <w:r w:rsidRPr="00F53710">
        <w:rPr>
          <w:color w:val="111111"/>
          <w:sz w:val="32"/>
          <w:szCs w:val="40"/>
        </w:rPr>
        <w:t>We saw him and that poor girl in the red hoodie on Judge Judy.</w:t>
      </w:r>
    </w:p>
    <w:sectPr w:rsidR="00163843" w:rsidRPr="00F53710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99C5F" w14:textId="77777777" w:rsidR="00B85264" w:rsidRDefault="00B85264">
      <w:pPr>
        <w:spacing w:after="0" w:line="240" w:lineRule="auto"/>
      </w:pPr>
      <w:r>
        <w:separator/>
      </w:r>
    </w:p>
  </w:endnote>
  <w:endnote w:type="continuationSeparator" w:id="0">
    <w:p w14:paraId="05DE331B" w14:textId="77777777" w:rsidR="00B85264" w:rsidRDefault="00B85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7AE4A" w14:textId="77777777" w:rsidR="00163843" w:rsidRDefault="00B85264">
    <w:pPr>
      <w:pStyle w:val="Footer"/>
      <w:jc w:val="center"/>
    </w:pPr>
    <w:r>
      <w:rPr>
        <w:color w:val="5A6573"/>
        <w:sz w:val="16"/>
      </w:rPr>
      <w:t xml:space="preserve">Law &amp; Order: Fairy Tale </w:t>
    </w:r>
    <w:proofErr w:type="gramStart"/>
    <w:r>
      <w:rPr>
        <w:color w:val="5A6573"/>
        <w:sz w:val="16"/>
      </w:rPr>
      <w:t>Unit  |</w:t>
    </w:r>
    <w:proofErr w:type="gramEnd"/>
    <w:r>
      <w:rPr>
        <w:color w:val="5A6573"/>
        <w:sz w:val="16"/>
      </w:rPr>
      <w:t xml:space="preserve">  Audition Reads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EF319" w14:textId="77777777" w:rsidR="00B85264" w:rsidRDefault="00B85264">
      <w:pPr>
        <w:spacing w:after="0" w:line="240" w:lineRule="auto"/>
      </w:pPr>
      <w:r>
        <w:separator/>
      </w:r>
    </w:p>
  </w:footnote>
  <w:footnote w:type="continuationSeparator" w:id="0">
    <w:p w14:paraId="49233048" w14:textId="77777777" w:rsidR="00B85264" w:rsidRDefault="00B852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2350549">
    <w:abstractNumId w:val="8"/>
  </w:num>
  <w:num w:numId="2" w16cid:durableId="503545805">
    <w:abstractNumId w:val="6"/>
  </w:num>
  <w:num w:numId="3" w16cid:durableId="1483740041">
    <w:abstractNumId w:val="5"/>
  </w:num>
  <w:num w:numId="4" w16cid:durableId="407308432">
    <w:abstractNumId w:val="4"/>
  </w:num>
  <w:num w:numId="5" w16cid:durableId="688918239">
    <w:abstractNumId w:val="7"/>
  </w:num>
  <w:num w:numId="6" w16cid:durableId="1990398867">
    <w:abstractNumId w:val="3"/>
  </w:num>
  <w:num w:numId="7" w16cid:durableId="419453519">
    <w:abstractNumId w:val="2"/>
  </w:num>
  <w:num w:numId="8" w16cid:durableId="1588806556">
    <w:abstractNumId w:val="1"/>
  </w:num>
  <w:num w:numId="9" w16cid:durableId="638875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3843"/>
    <w:rsid w:val="0029639D"/>
    <w:rsid w:val="00326F90"/>
    <w:rsid w:val="009F2793"/>
    <w:rsid w:val="00AA1D8D"/>
    <w:rsid w:val="00B47730"/>
    <w:rsid w:val="00B85264"/>
    <w:rsid w:val="00CB0664"/>
    <w:rsid w:val="00F537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E60D879-C11D-4134-A638-95E813FB8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1474</Words>
  <Characters>8406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FEAN, BRANDON</cp:lastModifiedBy>
  <cp:revision>2</cp:revision>
  <dcterms:created xsi:type="dcterms:W3CDTF">2013-12-23T23:15:00Z</dcterms:created>
  <dcterms:modified xsi:type="dcterms:W3CDTF">2026-09-15T14:07:00Z</dcterms:modified>
  <cp:category/>
</cp:coreProperties>
</file>