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036EF" w14:textId="77777777" w:rsidR="00EE2AB2" w:rsidRDefault="00EE2AB2">
      <w:pPr>
        <w:jc w:val="center"/>
        <w:rPr>
          <w:b/>
        </w:rPr>
      </w:pPr>
    </w:p>
    <w:p w14:paraId="48C5517E" w14:textId="77777777" w:rsidR="00EE2AB2" w:rsidRDefault="00EE2AB2">
      <w:pPr>
        <w:jc w:val="center"/>
        <w:rPr>
          <w:b/>
        </w:rPr>
      </w:pPr>
    </w:p>
    <w:p w14:paraId="417F6DCA" w14:textId="0FF86EF4" w:rsidR="008E355D" w:rsidRPr="00EE2AB2" w:rsidRDefault="0096065B">
      <w:pPr>
        <w:jc w:val="center"/>
        <w:rPr>
          <w:sz w:val="40"/>
          <w:szCs w:val="40"/>
        </w:rPr>
      </w:pPr>
      <w:r w:rsidRPr="00EE2AB2">
        <w:rPr>
          <w:b/>
          <w:sz w:val="40"/>
          <w:szCs w:val="40"/>
        </w:rPr>
        <w:t>Highline Public Schools - ECEAP Preschool Calendar 2026-2027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0"/>
        <w:gridCol w:w="3109"/>
        <w:gridCol w:w="3109"/>
        <w:gridCol w:w="3109"/>
        <w:gridCol w:w="3109"/>
      </w:tblGrid>
      <w:tr w:rsidR="008E355D" w14:paraId="07E7C7D0" w14:textId="77777777" w:rsidTr="2ADC3D5F">
        <w:tc>
          <w:tcPr>
            <w:tcW w:w="3111" w:type="dxa"/>
          </w:tcPr>
          <w:p w14:paraId="451273A1" w14:textId="77777777" w:rsidR="008E355D" w:rsidRDefault="0096065B">
            <w:pPr>
              <w:jc w:val="center"/>
            </w:pPr>
            <w:r>
              <w:rPr>
                <w:b/>
              </w:rPr>
              <w:t>September 2026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625"/>
              <w:gridCol w:w="568"/>
              <w:gridCol w:w="639"/>
              <w:gridCol w:w="581"/>
              <w:gridCol w:w="481"/>
            </w:tblGrid>
            <w:tr w:rsidR="008E355D" w14:paraId="440DA4DE" w14:textId="77777777">
              <w:tc>
                <w:tcPr>
                  <w:tcW w:w="622" w:type="dxa"/>
                </w:tcPr>
                <w:p w14:paraId="537F70A8" w14:textId="77777777" w:rsidR="008E355D" w:rsidRDefault="0096065B">
                  <w:r>
                    <w:t>Mon</w:t>
                  </w:r>
                </w:p>
              </w:tc>
              <w:tc>
                <w:tcPr>
                  <w:tcW w:w="622" w:type="dxa"/>
                </w:tcPr>
                <w:p w14:paraId="2FBC6BE7" w14:textId="77777777" w:rsidR="008E355D" w:rsidRDefault="0096065B">
                  <w:r>
                    <w:t>Tue</w:t>
                  </w:r>
                </w:p>
              </w:tc>
              <w:tc>
                <w:tcPr>
                  <w:tcW w:w="622" w:type="dxa"/>
                </w:tcPr>
                <w:p w14:paraId="49BB7F0B" w14:textId="77777777" w:rsidR="008E355D" w:rsidRDefault="0096065B">
                  <w:r>
                    <w:t>Wed</w:t>
                  </w:r>
                </w:p>
              </w:tc>
              <w:tc>
                <w:tcPr>
                  <w:tcW w:w="622" w:type="dxa"/>
                </w:tcPr>
                <w:p w14:paraId="3E1D936A" w14:textId="77777777" w:rsidR="008E355D" w:rsidRDefault="0096065B">
                  <w:r>
                    <w:t>Thu</w:t>
                  </w:r>
                </w:p>
              </w:tc>
              <w:tc>
                <w:tcPr>
                  <w:tcW w:w="622" w:type="dxa"/>
                </w:tcPr>
                <w:p w14:paraId="2806E66C" w14:textId="77777777" w:rsidR="008E355D" w:rsidRDefault="0096065B">
                  <w:r>
                    <w:t>Fri</w:t>
                  </w:r>
                </w:p>
              </w:tc>
            </w:tr>
            <w:tr w:rsidR="008E355D" w14:paraId="6E71BFDA" w14:textId="77777777">
              <w:tc>
                <w:tcPr>
                  <w:tcW w:w="622" w:type="dxa"/>
                </w:tcPr>
                <w:p w14:paraId="672A6659" w14:textId="77777777" w:rsidR="008E355D" w:rsidRDefault="008E355D"/>
              </w:tc>
              <w:tc>
                <w:tcPr>
                  <w:tcW w:w="622" w:type="dxa"/>
                </w:tcPr>
                <w:p w14:paraId="649841BE" w14:textId="77777777" w:rsidR="008E355D" w:rsidRDefault="0096065B">
                  <w:r>
                    <w:t>1</w:t>
                  </w:r>
                </w:p>
              </w:tc>
              <w:tc>
                <w:tcPr>
                  <w:tcW w:w="622" w:type="dxa"/>
                </w:tcPr>
                <w:p w14:paraId="18F999B5" w14:textId="77777777" w:rsidR="008E355D" w:rsidRDefault="0096065B">
                  <w:r>
                    <w:t>2</w:t>
                  </w:r>
                </w:p>
              </w:tc>
              <w:tc>
                <w:tcPr>
                  <w:tcW w:w="622" w:type="dxa"/>
                </w:tcPr>
                <w:p w14:paraId="5FCD5EC4" w14:textId="77777777" w:rsidR="008E355D" w:rsidRDefault="0096065B">
                  <w:r>
                    <w:t>3</w:t>
                  </w:r>
                </w:p>
              </w:tc>
              <w:tc>
                <w:tcPr>
                  <w:tcW w:w="622" w:type="dxa"/>
                </w:tcPr>
                <w:p w14:paraId="2598DEE6" w14:textId="77777777" w:rsidR="008E355D" w:rsidRDefault="0096065B">
                  <w:r>
                    <w:t>4</w:t>
                  </w:r>
                </w:p>
              </w:tc>
            </w:tr>
            <w:tr w:rsidR="008E355D" w14:paraId="7501CC03" w14:textId="77777777">
              <w:tc>
                <w:tcPr>
                  <w:tcW w:w="622" w:type="dxa"/>
                </w:tcPr>
                <w:p w14:paraId="75697EEC" w14:textId="77777777" w:rsidR="008E355D" w:rsidRDefault="0096065B">
                  <w:r>
                    <w:t>7</w:t>
                  </w:r>
                </w:p>
              </w:tc>
              <w:tc>
                <w:tcPr>
                  <w:tcW w:w="622" w:type="dxa"/>
                </w:tcPr>
                <w:p w14:paraId="44B0A208" w14:textId="77777777" w:rsidR="008E355D" w:rsidRDefault="0096065B">
                  <w:r>
                    <w:t>8</w:t>
                  </w:r>
                </w:p>
              </w:tc>
              <w:tc>
                <w:tcPr>
                  <w:tcW w:w="622" w:type="dxa"/>
                </w:tcPr>
                <w:p w14:paraId="2B2B7304" w14:textId="77777777" w:rsidR="008E355D" w:rsidRDefault="0096065B">
                  <w:r>
                    <w:t>9</w:t>
                  </w:r>
                </w:p>
              </w:tc>
              <w:tc>
                <w:tcPr>
                  <w:tcW w:w="622" w:type="dxa"/>
                </w:tcPr>
                <w:p w14:paraId="5D369756" w14:textId="77777777" w:rsidR="008E355D" w:rsidRDefault="0096065B">
                  <w:r>
                    <w:t>10</w:t>
                  </w:r>
                </w:p>
              </w:tc>
              <w:tc>
                <w:tcPr>
                  <w:tcW w:w="622" w:type="dxa"/>
                </w:tcPr>
                <w:p w14:paraId="4737E36C" w14:textId="77777777" w:rsidR="008E355D" w:rsidRDefault="0096065B">
                  <w:r>
                    <w:t>11</w:t>
                  </w:r>
                </w:p>
              </w:tc>
            </w:tr>
            <w:tr w:rsidR="008E355D" w14:paraId="34101E4B" w14:textId="77777777">
              <w:tc>
                <w:tcPr>
                  <w:tcW w:w="622" w:type="dxa"/>
                  <w:shd w:val="clear" w:color="auto" w:fill="FFF200"/>
                </w:tcPr>
                <w:p w14:paraId="4E1E336A" w14:textId="77777777" w:rsidR="008E355D" w:rsidRDefault="0096065B">
                  <w:r>
                    <w:t>14</w:t>
                  </w:r>
                </w:p>
              </w:tc>
              <w:tc>
                <w:tcPr>
                  <w:tcW w:w="622" w:type="dxa"/>
                </w:tcPr>
                <w:p w14:paraId="33CFEC6B" w14:textId="77777777" w:rsidR="008E355D" w:rsidRDefault="0096065B">
                  <w:r>
                    <w:t>15</w:t>
                  </w:r>
                </w:p>
              </w:tc>
              <w:tc>
                <w:tcPr>
                  <w:tcW w:w="622" w:type="dxa"/>
                </w:tcPr>
                <w:p w14:paraId="0EB5E791" w14:textId="77777777" w:rsidR="008E355D" w:rsidRDefault="0096065B">
                  <w:r>
                    <w:t>16</w:t>
                  </w:r>
                </w:p>
              </w:tc>
              <w:tc>
                <w:tcPr>
                  <w:tcW w:w="622" w:type="dxa"/>
                </w:tcPr>
                <w:p w14:paraId="111B77A1" w14:textId="77777777" w:rsidR="008E355D" w:rsidRDefault="0096065B">
                  <w:r>
                    <w:t>17</w:t>
                  </w:r>
                </w:p>
              </w:tc>
              <w:tc>
                <w:tcPr>
                  <w:tcW w:w="622" w:type="dxa"/>
                  <w:shd w:val="clear" w:color="auto" w:fill="50C878"/>
                </w:tcPr>
                <w:p w14:paraId="526D80A2" w14:textId="77777777" w:rsidR="008E355D" w:rsidRDefault="0096065B">
                  <w:r>
                    <w:t>18</w:t>
                  </w:r>
                </w:p>
              </w:tc>
            </w:tr>
            <w:tr w:rsidR="008E355D" w14:paraId="0AE53ADA" w14:textId="77777777">
              <w:tc>
                <w:tcPr>
                  <w:tcW w:w="622" w:type="dxa"/>
                </w:tcPr>
                <w:p w14:paraId="7B568215" w14:textId="77777777" w:rsidR="008E355D" w:rsidRDefault="0096065B">
                  <w:r>
                    <w:t>21</w:t>
                  </w:r>
                </w:p>
              </w:tc>
              <w:tc>
                <w:tcPr>
                  <w:tcW w:w="622" w:type="dxa"/>
                </w:tcPr>
                <w:p w14:paraId="44C26413" w14:textId="77777777" w:rsidR="008E355D" w:rsidRDefault="0096065B">
                  <w:r>
                    <w:t>22</w:t>
                  </w:r>
                </w:p>
              </w:tc>
              <w:tc>
                <w:tcPr>
                  <w:tcW w:w="622" w:type="dxa"/>
                </w:tcPr>
                <w:p w14:paraId="72E4F76D" w14:textId="77777777" w:rsidR="008E355D" w:rsidRDefault="0096065B">
                  <w:r>
                    <w:t>23</w:t>
                  </w:r>
                </w:p>
              </w:tc>
              <w:tc>
                <w:tcPr>
                  <w:tcW w:w="622" w:type="dxa"/>
                </w:tcPr>
                <w:p w14:paraId="1D8EB8EE" w14:textId="77777777" w:rsidR="008E355D" w:rsidRDefault="0096065B">
                  <w:r>
                    <w:t>24</w:t>
                  </w:r>
                </w:p>
              </w:tc>
              <w:tc>
                <w:tcPr>
                  <w:tcW w:w="622" w:type="dxa"/>
                  <w:shd w:val="clear" w:color="auto" w:fill="50C878"/>
                </w:tcPr>
                <w:p w14:paraId="4BFDD700" w14:textId="77777777" w:rsidR="008E355D" w:rsidRDefault="0096065B">
                  <w:r>
                    <w:t>25</w:t>
                  </w:r>
                </w:p>
              </w:tc>
            </w:tr>
            <w:tr w:rsidR="008E355D" w14:paraId="57927167" w14:textId="77777777">
              <w:tc>
                <w:tcPr>
                  <w:tcW w:w="622" w:type="dxa"/>
                </w:tcPr>
                <w:p w14:paraId="57393B24" w14:textId="77777777" w:rsidR="008E355D" w:rsidRDefault="0096065B">
                  <w:r>
                    <w:t>28</w:t>
                  </w:r>
                </w:p>
              </w:tc>
              <w:tc>
                <w:tcPr>
                  <w:tcW w:w="622" w:type="dxa"/>
                </w:tcPr>
                <w:p w14:paraId="4B34824B" w14:textId="77777777" w:rsidR="008E355D" w:rsidRDefault="0096065B">
                  <w:r>
                    <w:t>29</w:t>
                  </w:r>
                </w:p>
              </w:tc>
              <w:tc>
                <w:tcPr>
                  <w:tcW w:w="622" w:type="dxa"/>
                </w:tcPr>
                <w:p w14:paraId="219897CE" w14:textId="77777777" w:rsidR="008E355D" w:rsidRDefault="0096065B">
                  <w:r>
                    <w:t>30</w:t>
                  </w:r>
                </w:p>
              </w:tc>
              <w:tc>
                <w:tcPr>
                  <w:tcW w:w="622" w:type="dxa"/>
                </w:tcPr>
                <w:p w14:paraId="0A37501D" w14:textId="77777777" w:rsidR="008E355D" w:rsidRDefault="008E355D"/>
              </w:tc>
              <w:tc>
                <w:tcPr>
                  <w:tcW w:w="622" w:type="dxa"/>
                </w:tcPr>
                <w:p w14:paraId="5DAB6C7B" w14:textId="77777777" w:rsidR="008E355D" w:rsidRDefault="008E355D"/>
              </w:tc>
            </w:tr>
          </w:tbl>
          <w:p w14:paraId="02EB378F" w14:textId="77777777" w:rsidR="008E355D" w:rsidRDefault="008E355D"/>
        </w:tc>
        <w:tc>
          <w:tcPr>
            <w:tcW w:w="3111" w:type="dxa"/>
          </w:tcPr>
          <w:p w14:paraId="1C75F507" w14:textId="77777777" w:rsidR="008E355D" w:rsidRDefault="0096065B">
            <w:pPr>
              <w:jc w:val="center"/>
            </w:pPr>
            <w:r>
              <w:rPr>
                <w:b/>
              </w:rPr>
              <w:t>October 2026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625"/>
              <w:gridCol w:w="567"/>
              <w:gridCol w:w="639"/>
              <w:gridCol w:w="581"/>
              <w:gridCol w:w="481"/>
            </w:tblGrid>
            <w:tr w:rsidR="008E355D" w14:paraId="4C4351C0" w14:textId="77777777" w:rsidTr="2ADC3D5F">
              <w:tc>
                <w:tcPr>
                  <w:tcW w:w="622" w:type="dxa"/>
                </w:tcPr>
                <w:p w14:paraId="4800A2BB" w14:textId="77777777" w:rsidR="008E355D" w:rsidRDefault="0096065B">
                  <w:r>
                    <w:t>Mon</w:t>
                  </w:r>
                </w:p>
              </w:tc>
              <w:tc>
                <w:tcPr>
                  <w:tcW w:w="622" w:type="dxa"/>
                </w:tcPr>
                <w:p w14:paraId="65C00E8D" w14:textId="77777777" w:rsidR="008E355D" w:rsidRDefault="0096065B">
                  <w:r>
                    <w:t>Tue</w:t>
                  </w:r>
                </w:p>
              </w:tc>
              <w:tc>
                <w:tcPr>
                  <w:tcW w:w="622" w:type="dxa"/>
                </w:tcPr>
                <w:p w14:paraId="526DE011" w14:textId="77777777" w:rsidR="008E355D" w:rsidRDefault="0096065B">
                  <w:r>
                    <w:t>Wed</w:t>
                  </w:r>
                </w:p>
              </w:tc>
              <w:tc>
                <w:tcPr>
                  <w:tcW w:w="622" w:type="dxa"/>
                </w:tcPr>
                <w:p w14:paraId="58D1EC0E" w14:textId="77777777" w:rsidR="008E355D" w:rsidRDefault="0096065B">
                  <w:r>
                    <w:t>Thu</w:t>
                  </w:r>
                </w:p>
              </w:tc>
              <w:tc>
                <w:tcPr>
                  <w:tcW w:w="622" w:type="dxa"/>
                </w:tcPr>
                <w:p w14:paraId="097FBB97" w14:textId="77777777" w:rsidR="008E355D" w:rsidRDefault="0096065B">
                  <w:r>
                    <w:t>Fri</w:t>
                  </w:r>
                </w:p>
              </w:tc>
            </w:tr>
            <w:tr w:rsidR="008E355D" w14:paraId="4B73E586" w14:textId="77777777" w:rsidTr="2ADC3D5F">
              <w:tc>
                <w:tcPr>
                  <w:tcW w:w="622" w:type="dxa"/>
                </w:tcPr>
                <w:p w14:paraId="6A05A809" w14:textId="77777777" w:rsidR="008E355D" w:rsidRDefault="008E355D"/>
              </w:tc>
              <w:tc>
                <w:tcPr>
                  <w:tcW w:w="622" w:type="dxa"/>
                </w:tcPr>
                <w:p w14:paraId="5A39BBE3" w14:textId="77777777" w:rsidR="008E355D" w:rsidRDefault="008E355D"/>
              </w:tc>
              <w:tc>
                <w:tcPr>
                  <w:tcW w:w="622" w:type="dxa"/>
                </w:tcPr>
                <w:p w14:paraId="41C8F396" w14:textId="77777777" w:rsidR="008E355D" w:rsidRDefault="008E355D"/>
              </w:tc>
              <w:tc>
                <w:tcPr>
                  <w:tcW w:w="622" w:type="dxa"/>
                </w:tcPr>
                <w:p w14:paraId="56B20A0C" w14:textId="77777777" w:rsidR="008E355D" w:rsidRDefault="0096065B">
                  <w:r>
                    <w:t>1</w:t>
                  </w:r>
                </w:p>
              </w:tc>
              <w:tc>
                <w:tcPr>
                  <w:tcW w:w="622" w:type="dxa"/>
                  <w:shd w:val="clear" w:color="auto" w:fill="50C878"/>
                </w:tcPr>
                <w:p w14:paraId="7144751B" w14:textId="77777777" w:rsidR="008E355D" w:rsidRDefault="0096065B">
                  <w:r>
                    <w:t>2</w:t>
                  </w:r>
                </w:p>
              </w:tc>
            </w:tr>
            <w:tr w:rsidR="008E355D" w14:paraId="77A3A0B4" w14:textId="77777777" w:rsidTr="2ADC3D5F">
              <w:tc>
                <w:tcPr>
                  <w:tcW w:w="622" w:type="dxa"/>
                </w:tcPr>
                <w:p w14:paraId="78941E47" w14:textId="77777777" w:rsidR="008E355D" w:rsidRDefault="0096065B">
                  <w:r>
                    <w:t>5</w:t>
                  </w:r>
                </w:p>
              </w:tc>
              <w:tc>
                <w:tcPr>
                  <w:tcW w:w="622" w:type="dxa"/>
                </w:tcPr>
                <w:p w14:paraId="29B4EA11" w14:textId="77777777" w:rsidR="008E355D" w:rsidRDefault="0096065B">
                  <w:r>
                    <w:t>6</w:t>
                  </w:r>
                </w:p>
              </w:tc>
              <w:tc>
                <w:tcPr>
                  <w:tcW w:w="622" w:type="dxa"/>
                </w:tcPr>
                <w:p w14:paraId="109B8484" w14:textId="77777777" w:rsidR="008E355D" w:rsidRDefault="0096065B">
                  <w:r>
                    <w:t>7</w:t>
                  </w:r>
                </w:p>
              </w:tc>
              <w:tc>
                <w:tcPr>
                  <w:tcW w:w="622" w:type="dxa"/>
                </w:tcPr>
                <w:p w14:paraId="03853697" w14:textId="77777777" w:rsidR="008E355D" w:rsidRDefault="0096065B">
                  <w:r>
                    <w:t>8</w:t>
                  </w:r>
                </w:p>
              </w:tc>
              <w:tc>
                <w:tcPr>
                  <w:tcW w:w="622" w:type="dxa"/>
                  <w:shd w:val="clear" w:color="auto" w:fill="FF0000"/>
                </w:tcPr>
                <w:p w14:paraId="089009E4" w14:textId="77777777" w:rsidR="008E355D" w:rsidRDefault="0096065B">
                  <w:r>
                    <w:t>9</w:t>
                  </w:r>
                </w:p>
              </w:tc>
            </w:tr>
            <w:tr w:rsidR="008E355D" w14:paraId="6B32EF85" w14:textId="77777777" w:rsidTr="2ADC3D5F">
              <w:tc>
                <w:tcPr>
                  <w:tcW w:w="622" w:type="dxa"/>
                </w:tcPr>
                <w:p w14:paraId="48DF98D7" w14:textId="77777777" w:rsidR="008E355D" w:rsidRDefault="0096065B">
                  <w:r>
                    <w:t>12</w:t>
                  </w:r>
                </w:p>
              </w:tc>
              <w:tc>
                <w:tcPr>
                  <w:tcW w:w="622" w:type="dxa"/>
                </w:tcPr>
                <w:p w14:paraId="39F18D26" w14:textId="77777777" w:rsidR="008E355D" w:rsidRDefault="0096065B">
                  <w:r>
                    <w:t>13</w:t>
                  </w:r>
                </w:p>
              </w:tc>
              <w:tc>
                <w:tcPr>
                  <w:tcW w:w="622" w:type="dxa"/>
                </w:tcPr>
                <w:p w14:paraId="0F953182" w14:textId="77777777" w:rsidR="008E355D" w:rsidRDefault="0096065B">
                  <w:r>
                    <w:t>14</w:t>
                  </w:r>
                </w:p>
              </w:tc>
              <w:tc>
                <w:tcPr>
                  <w:tcW w:w="622" w:type="dxa"/>
                </w:tcPr>
                <w:p w14:paraId="423D4B9D" w14:textId="77777777" w:rsidR="008E355D" w:rsidRDefault="0096065B">
                  <w:r>
                    <w:t>15</w:t>
                  </w:r>
                </w:p>
              </w:tc>
              <w:tc>
                <w:tcPr>
                  <w:tcW w:w="622" w:type="dxa"/>
                  <w:shd w:val="clear" w:color="auto" w:fill="50C878"/>
                </w:tcPr>
                <w:p w14:paraId="632BF140" w14:textId="77777777" w:rsidR="008E355D" w:rsidRDefault="0096065B">
                  <w:r>
                    <w:t>16</w:t>
                  </w:r>
                </w:p>
              </w:tc>
            </w:tr>
            <w:tr w:rsidR="008E355D" w14:paraId="4EF3F305" w14:textId="77777777" w:rsidTr="2ADC3D5F">
              <w:tc>
                <w:tcPr>
                  <w:tcW w:w="622" w:type="dxa"/>
                </w:tcPr>
                <w:p w14:paraId="2847A633" w14:textId="77777777" w:rsidR="008E355D" w:rsidRDefault="0096065B">
                  <w:r>
                    <w:t>19</w:t>
                  </w:r>
                </w:p>
              </w:tc>
              <w:tc>
                <w:tcPr>
                  <w:tcW w:w="622" w:type="dxa"/>
                </w:tcPr>
                <w:p w14:paraId="5007C906" w14:textId="77777777" w:rsidR="008E355D" w:rsidRDefault="0096065B">
                  <w:r>
                    <w:t>20</w:t>
                  </w:r>
                </w:p>
              </w:tc>
              <w:tc>
                <w:tcPr>
                  <w:tcW w:w="622" w:type="dxa"/>
                </w:tcPr>
                <w:p w14:paraId="6C375A72" w14:textId="77777777" w:rsidR="008E355D" w:rsidRDefault="0096065B">
                  <w:r>
                    <w:t>21</w:t>
                  </w:r>
                </w:p>
              </w:tc>
              <w:tc>
                <w:tcPr>
                  <w:tcW w:w="622" w:type="dxa"/>
                </w:tcPr>
                <w:p w14:paraId="07581EC8" w14:textId="77777777" w:rsidR="008E355D" w:rsidRDefault="0096065B">
                  <w:r>
                    <w:t>22</w:t>
                  </w:r>
                </w:p>
              </w:tc>
              <w:tc>
                <w:tcPr>
                  <w:tcW w:w="622" w:type="dxa"/>
                  <w:shd w:val="clear" w:color="auto" w:fill="FF0000"/>
                </w:tcPr>
                <w:p w14:paraId="346E8674" w14:textId="77777777" w:rsidR="008E355D" w:rsidRDefault="0096065B">
                  <w:r>
                    <w:t>23</w:t>
                  </w:r>
                </w:p>
              </w:tc>
            </w:tr>
            <w:tr w:rsidR="008E355D" w14:paraId="4EC21743" w14:textId="77777777" w:rsidTr="2ADC3D5F">
              <w:tc>
                <w:tcPr>
                  <w:tcW w:w="622" w:type="dxa"/>
                </w:tcPr>
                <w:p w14:paraId="36334656" w14:textId="77777777" w:rsidR="008E355D" w:rsidRDefault="0096065B">
                  <w:r>
                    <w:t>26</w:t>
                  </w:r>
                </w:p>
              </w:tc>
              <w:tc>
                <w:tcPr>
                  <w:tcW w:w="622" w:type="dxa"/>
                </w:tcPr>
                <w:p w14:paraId="41C0AA51" w14:textId="77777777" w:rsidR="008E355D" w:rsidRDefault="0096065B">
                  <w:r>
                    <w:t>27</w:t>
                  </w:r>
                </w:p>
              </w:tc>
              <w:tc>
                <w:tcPr>
                  <w:tcW w:w="622" w:type="dxa"/>
                </w:tcPr>
                <w:p w14:paraId="30768756" w14:textId="77777777" w:rsidR="008E355D" w:rsidRDefault="0096065B">
                  <w:r>
                    <w:t>28</w:t>
                  </w:r>
                </w:p>
              </w:tc>
              <w:tc>
                <w:tcPr>
                  <w:tcW w:w="622" w:type="dxa"/>
                </w:tcPr>
                <w:p w14:paraId="141FAE07" w14:textId="77777777" w:rsidR="008E355D" w:rsidRDefault="0096065B">
                  <w:r>
                    <w:t>29</w:t>
                  </w:r>
                </w:p>
              </w:tc>
              <w:tc>
                <w:tcPr>
                  <w:tcW w:w="622" w:type="dxa"/>
                  <w:shd w:val="clear" w:color="auto" w:fill="50C878"/>
                </w:tcPr>
                <w:p w14:paraId="60DA3216" w14:textId="77777777" w:rsidR="008E355D" w:rsidRDefault="0096065B">
                  <w:r>
                    <w:t>30</w:t>
                  </w:r>
                </w:p>
              </w:tc>
            </w:tr>
          </w:tbl>
          <w:p w14:paraId="72A3D3EC" w14:textId="77777777" w:rsidR="008E355D" w:rsidRDefault="008E355D"/>
        </w:tc>
        <w:tc>
          <w:tcPr>
            <w:tcW w:w="3111" w:type="dxa"/>
          </w:tcPr>
          <w:p w14:paraId="5FABDD7E" w14:textId="77777777" w:rsidR="008E355D" w:rsidRDefault="0096065B">
            <w:pPr>
              <w:jc w:val="center"/>
            </w:pPr>
            <w:r>
              <w:rPr>
                <w:b/>
              </w:rPr>
              <w:t>November 2026</w:t>
            </w:r>
          </w:p>
          <w:tbl>
            <w:tblPr>
              <w:tblW w:w="2893" w:type="dxa"/>
              <w:tblLook w:val="04A0" w:firstRow="1" w:lastRow="0" w:firstColumn="1" w:lastColumn="0" w:noHBand="0" w:noVBand="1"/>
            </w:tblPr>
            <w:tblGrid>
              <w:gridCol w:w="625"/>
              <w:gridCol w:w="567"/>
              <w:gridCol w:w="639"/>
              <w:gridCol w:w="581"/>
              <w:gridCol w:w="481"/>
            </w:tblGrid>
            <w:tr w:rsidR="008E355D" w14:paraId="662CED4E" w14:textId="77777777" w:rsidTr="2ADC3D5F">
              <w:tc>
                <w:tcPr>
                  <w:tcW w:w="600" w:type="dxa"/>
                </w:tcPr>
                <w:p w14:paraId="2CA0384A" w14:textId="77777777" w:rsidR="008E355D" w:rsidRDefault="0096065B">
                  <w:r>
                    <w:t>Mon</w:t>
                  </w:r>
                </w:p>
              </w:tc>
              <w:tc>
                <w:tcPr>
                  <w:tcW w:w="592" w:type="dxa"/>
                </w:tcPr>
                <w:p w14:paraId="027444B4" w14:textId="77777777" w:rsidR="008E355D" w:rsidRDefault="0096065B">
                  <w:r>
                    <w:t>Tue</w:t>
                  </w:r>
                </w:p>
              </w:tc>
              <w:tc>
                <w:tcPr>
                  <w:tcW w:w="639" w:type="dxa"/>
                </w:tcPr>
                <w:p w14:paraId="107E9FBD" w14:textId="77777777" w:rsidR="008E355D" w:rsidRDefault="0096065B">
                  <w:r>
                    <w:t>Wed</w:t>
                  </w:r>
                </w:p>
              </w:tc>
              <w:tc>
                <w:tcPr>
                  <w:tcW w:w="581" w:type="dxa"/>
                </w:tcPr>
                <w:p w14:paraId="760E031D" w14:textId="77777777" w:rsidR="008E355D" w:rsidRDefault="0096065B">
                  <w:r>
                    <w:t>Thu</w:t>
                  </w:r>
                </w:p>
              </w:tc>
              <w:tc>
                <w:tcPr>
                  <w:tcW w:w="481" w:type="dxa"/>
                </w:tcPr>
                <w:p w14:paraId="06ABD256" w14:textId="77777777" w:rsidR="008E355D" w:rsidRDefault="0096065B">
                  <w:r>
                    <w:t>Fri</w:t>
                  </w:r>
                </w:p>
              </w:tc>
            </w:tr>
            <w:tr w:rsidR="008E355D" w14:paraId="0D0B940D" w14:textId="77777777" w:rsidTr="2ADC3D5F">
              <w:tc>
                <w:tcPr>
                  <w:tcW w:w="600" w:type="dxa"/>
                </w:tcPr>
                <w:p w14:paraId="0E27B00A" w14:textId="77777777" w:rsidR="008E355D" w:rsidRDefault="008E355D"/>
              </w:tc>
              <w:tc>
                <w:tcPr>
                  <w:tcW w:w="592" w:type="dxa"/>
                </w:tcPr>
                <w:p w14:paraId="60061E4C" w14:textId="77777777" w:rsidR="008E355D" w:rsidRDefault="008E355D"/>
              </w:tc>
              <w:tc>
                <w:tcPr>
                  <w:tcW w:w="639" w:type="dxa"/>
                </w:tcPr>
                <w:p w14:paraId="44EAFD9C" w14:textId="77777777" w:rsidR="008E355D" w:rsidRDefault="008E355D"/>
              </w:tc>
              <w:tc>
                <w:tcPr>
                  <w:tcW w:w="581" w:type="dxa"/>
                </w:tcPr>
                <w:p w14:paraId="4B94D5A5" w14:textId="77777777" w:rsidR="008E355D" w:rsidRDefault="008E355D"/>
              </w:tc>
              <w:tc>
                <w:tcPr>
                  <w:tcW w:w="481" w:type="dxa"/>
                </w:tcPr>
                <w:p w14:paraId="3DEEC669" w14:textId="77777777" w:rsidR="008E355D" w:rsidRDefault="008E355D"/>
              </w:tc>
            </w:tr>
            <w:tr w:rsidR="008E355D" w14:paraId="099A2709" w14:textId="77777777" w:rsidTr="2ADC3D5F">
              <w:tc>
                <w:tcPr>
                  <w:tcW w:w="600" w:type="dxa"/>
                  <w:shd w:val="clear" w:color="auto" w:fill="FF0000"/>
                </w:tcPr>
                <w:p w14:paraId="78E884CA" w14:textId="77777777" w:rsidR="008E355D" w:rsidRDefault="0096065B">
                  <w:r>
                    <w:t>2</w:t>
                  </w:r>
                </w:p>
              </w:tc>
              <w:tc>
                <w:tcPr>
                  <w:tcW w:w="592" w:type="dxa"/>
                </w:tcPr>
                <w:p w14:paraId="0B778152" w14:textId="77777777" w:rsidR="008E355D" w:rsidRDefault="0096065B">
                  <w:r>
                    <w:t>3</w:t>
                  </w:r>
                </w:p>
              </w:tc>
              <w:tc>
                <w:tcPr>
                  <w:tcW w:w="639" w:type="dxa"/>
                </w:tcPr>
                <w:p w14:paraId="279935FF" w14:textId="77777777" w:rsidR="008E355D" w:rsidRDefault="0096065B">
                  <w:r>
                    <w:t>4</w:t>
                  </w:r>
                </w:p>
              </w:tc>
              <w:tc>
                <w:tcPr>
                  <w:tcW w:w="581" w:type="dxa"/>
                </w:tcPr>
                <w:p w14:paraId="44240AAE" w14:textId="77777777" w:rsidR="008E355D" w:rsidRDefault="0096065B">
                  <w:r>
                    <w:t>5</w:t>
                  </w:r>
                </w:p>
              </w:tc>
              <w:tc>
                <w:tcPr>
                  <w:tcW w:w="481" w:type="dxa"/>
                  <w:shd w:val="clear" w:color="auto" w:fill="50C878"/>
                </w:tcPr>
                <w:p w14:paraId="1B87E3DE" w14:textId="77777777" w:rsidR="008E355D" w:rsidRDefault="0096065B">
                  <w:r>
                    <w:t>6</w:t>
                  </w:r>
                </w:p>
              </w:tc>
            </w:tr>
            <w:tr w:rsidR="008E355D" w14:paraId="0D8C5063" w14:textId="77777777" w:rsidTr="2ADC3D5F">
              <w:tc>
                <w:tcPr>
                  <w:tcW w:w="600" w:type="dxa"/>
                </w:tcPr>
                <w:p w14:paraId="42124560" w14:textId="77777777" w:rsidR="008E355D" w:rsidRDefault="0096065B">
                  <w:r>
                    <w:t>9</w:t>
                  </w:r>
                </w:p>
              </w:tc>
              <w:tc>
                <w:tcPr>
                  <w:tcW w:w="592" w:type="dxa"/>
                </w:tcPr>
                <w:p w14:paraId="446DE71A" w14:textId="77777777" w:rsidR="008E355D" w:rsidRDefault="0096065B">
                  <w:r>
                    <w:t>10</w:t>
                  </w:r>
                </w:p>
              </w:tc>
              <w:tc>
                <w:tcPr>
                  <w:tcW w:w="639" w:type="dxa"/>
                  <w:shd w:val="clear" w:color="auto" w:fill="B57EDC"/>
                </w:tcPr>
                <w:p w14:paraId="735DA4F4" w14:textId="77777777" w:rsidR="008E355D" w:rsidRDefault="0096065B">
                  <w:r>
                    <w:t>11</w:t>
                  </w:r>
                </w:p>
              </w:tc>
              <w:tc>
                <w:tcPr>
                  <w:tcW w:w="581" w:type="dxa"/>
                  <w:shd w:val="clear" w:color="auto" w:fill="FF0000"/>
                </w:tcPr>
                <w:p w14:paraId="394C502F" w14:textId="77777777" w:rsidR="008E355D" w:rsidRDefault="0096065B">
                  <w:r>
                    <w:t>12</w:t>
                  </w:r>
                </w:p>
              </w:tc>
              <w:tc>
                <w:tcPr>
                  <w:tcW w:w="481" w:type="dxa"/>
                  <w:shd w:val="clear" w:color="auto" w:fill="FF0000"/>
                </w:tcPr>
                <w:p w14:paraId="5D0116D1" w14:textId="77777777" w:rsidR="008E355D" w:rsidRDefault="0096065B">
                  <w:r>
                    <w:t>13</w:t>
                  </w:r>
                </w:p>
              </w:tc>
            </w:tr>
            <w:tr w:rsidR="008E355D" w14:paraId="54011278" w14:textId="77777777" w:rsidTr="2ADC3D5F">
              <w:tc>
                <w:tcPr>
                  <w:tcW w:w="600" w:type="dxa"/>
                </w:tcPr>
                <w:p w14:paraId="339EFE5D" w14:textId="77777777" w:rsidR="008E355D" w:rsidRDefault="0096065B">
                  <w:r>
                    <w:t>16</w:t>
                  </w:r>
                </w:p>
              </w:tc>
              <w:tc>
                <w:tcPr>
                  <w:tcW w:w="592" w:type="dxa"/>
                </w:tcPr>
                <w:p w14:paraId="5DA96121" w14:textId="77777777" w:rsidR="008E355D" w:rsidRDefault="0096065B">
                  <w:r>
                    <w:t>17</w:t>
                  </w:r>
                </w:p>
              </w:tc>
              <w:tc>
                <w:tcPr>
                  <w:tcW w:w="639" w:type="dxa"/>
                </w:tcPr>
                <w:p w14:paraId="5D9857E1" w14:textId="77777777" w:rsidR="008E355D" w:rsidRDefault="0096065B">
                  <w:r>
                    <w:t>18</w:t>
                  </w:r>
                </w:p>
              </w:tc>
              <w:tc>
                <w:tcPr>
                  <w:tcW w:w="581" w:type="dxa"/>
                </w:tcPr>
                <w:p w14:paraId="7C14D38D" w14:textId="77777777" w:rsidR="008E355D" w:rsidRDefault="0096065B">
                  <w:r>
                    <w:t>19</w:t>
                  </w:r>
                </w:p>
              </w:tc>
              <w:tc>
                <w:tcPr>
                  <w:tcW w:w="481" w:type="dxa"/>
                  <w:shd w:val="clear" w:color="auto" w:fill="50C878"/>
                </w:tcPr>
                <w:p w14:paraId="72A4FFC0" w14:textId="77777777" w:rsidR="008E355D" w:rsidRDefault="0096065B">
                  <w:r>
                    <w:t>20</w:t>
                  </w:r>
                </w:p>
              </w:tc>
            </w:tr>
            <w:tr w:rsidR="008E355D" w14:paraId="04BF671F" w14:textId="77777777" w:rsidTr="2ADC3D5F">
              <w:tc>
                <w:tcPr>
                  <w:tcW w:w="600" w:type="dxa"/>
                  <w:shd w:val="clear" w:color="auto" w:fill="B6F0B6"/>
                </w:tcPr>
                <w:p w14:paraId="7A79C848" w14:textId="77777777" w:rsidR="008E355D" w:rsidRDefault="0096065B">
                  <w:r>
                    <w:t>23</w:t>
                  </w:r>
                </w:p>
              </w:tc>
              <w:tc>
                <w:tcPr>
                  <w:tcW w:w="592" w:type="dxa"/>
                  <w:shd w:val="clear" w:color="auto" w:fill="B6F0B6"/>
                </w:tcPr>
                <w:p w14:paraId="0AA4FC67" w14:textId="77777777" w:rsidR="008E355D" w:rsidRDefault="0096065B">
                  <w:r>
                    <w:t>24</w:t>
                  </w:r>
                </w:p>
              </w:tc>
              <w:tc>
                <w:tcPr>
                  <w:tcW w:w="639" w:type="dxa"/>
                  <w:shd w:val="clear" w:color="auto" w:fill="FF0000"/>
                </w:tcPr>
                <w:p w14:paraId="1C203047" w14:textId="77777777" w:rsidR="008E355D" w:rsidRDefault="0096065B">
                  <w:r>
                    <w:t>25</w:t>
                  </w:r>
                </w:p>
              </w:tc>
              <w:tc>
                <w:tcPr>
                  <w:tcW w:w="581" w:type="dxa"/>
                  <w:shd w:val="clear" w:color="auto" w:fill="B57EDC"/>
                </w:tcPr>
                <w:p w14:paraId="029B61C8" w14:textId="77777777" w:rsidR="008E355D" w:rsidRDefault="0096065B">
                  <w:r>
                    <w:t>26</w:t>
                  </w:r>
                </w:p>
              </w:tc>
              <w:tc>
                <w:tcPr>
                  <w:tcW w:w="481" w:type="dxa"/>
                  <w:shd w:val="clear" w:color="auto" w:fill="B57EDC"/>
                </w:tcPr>
                <w:p w14:paraId="67F78040" w14:textId="77777777" w:rsidR="008E355D" w:rsidRDefault="0096065B">
                  <w:r>
                    <w:t>27</w:t>
                  </w:r>
                </w:p>
              </w:tc>
            </w:tr>
            <w:tr w:rsidR="008E355D" w14:paraId="18E8C380" w14:textId="77777777" w:rsidTr="2ADC3D5F">
              <w:tc>
                <w:tcPr>
                  <w:tcW w:w="600" w:type="dxa"/>
                </w:tcPr>
                <w:p w14:paraId="46B40F80" w14:textId="77777777" w:rsidR="008E355D" w:rsidRDefault="0096065B">
                  <w:r>
                    <w:t>30</w:t>
                  </w:r>
                </w:p>
              </w:tc>
              <w:tc>
                <w:tcPr>
                  <w:tcW w:w="592" w:type="dxa"/>
                </w:tcPr>
                <w:p w14:paraId="3656B9AB" w14:textId="77777777" w:rsidR="008E355D" w:rsidRDefault="008E355D"/>
              </w:tc>
              <w:tc>
                <w:tcPr>
                  <w:tcW w:w="639" w:type="dxa"/>
                </w:tcPr>
                <w:p w14:paraId="45FB0818" w14:textId="77777777" w:rsidR="008E355D" w:rsidRDefault="008E355D"/>
              </w:tc>
              <w:tc>
                <w:tcPr>
                  <w:tcW w:w="581" w:type="dxa"/>
                </w:tcPr>
                <w:p w14:paraId="049F31CB" w14:textId="77777777" w:rsidR="008E355D" w:rsidRDefault="008E355D"/>
              </w:tc>
              <w:tc>
                <w:tcPr>
                  <w:tcW w:w="481" w:type="dxa"/>
                </w:tcPr>
                <w:p w14:paraId="53128261" w14:textId="77777777" w:rsidR="008E355D" w:rsidRDefault="008E355D"/>
              </w:tc>
            </w:tr>
          </w:tbl>
          <w:p w14:paraId="62486C05" w14:textId="77777777" w:rsidR="008E355D" w:rsidRDefault="008E355D"/>
        </w:tc>
        <w:tc>
          <w:tcPr>
            <w:tcW w:w="3111" w:type="dxa"/>
          </w:tcPr>
          <w:p w14:paraId="58B6CA31" w14:textId="77777777" w:rsidR="008E355D" w:rsidRDefault="0096065B">
            <w:pPr>
              <w:jc w:val="center"/>
            </w:pPr>
            <w:r>
              <w:rPr>
                <w:b/>
              </w:rPr>
              <w:t>December 2026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625"/>
              <w:gridCol w:w="567"/>
              <w:gridCol w:w="639"/>
              <w:gridCol w:w="581"/>
              <w:gridCol w:w="481"/>
            </w:tblGrid>
            <w:tr w:rsidR="008E355D" w14:paraId="7D604149" w14:textId="77777777">
              <w:tc>
                <w:tcPr>
                  <w:tcW w:w="622" w:type="dxa"/>
                </w:tcPr>
                <w:p w14:paraId="42B1D118" w14:textId="77777777" w:rsidR="008E355D" w:rsidRDefault="0096065B">
                  <w:r>
                    <w:t>Mon</w:t>
                  </w:r>
                </w:p>
              </w:tc>
              <w:tc>
                <w:tcPr>
                  <w:tcW w:w="622" w:type="dxa"/>
                </w:tcPr>
                <w:p w14:paraId="082E7AD6" w14:textId="77777777" w:rsidR="008E355D" w:rsidRDefault="0096065B">
                  <w:r>
                    <w:t>Tue</w:t>
                  </w:r>
                </w:p>
              </w:tc>
              <w:tc>
                <w:tcPr>
                  <w:tcW w:w="622" w:type="dxa"/>
                </w:tcPr>
                <w:p w14:paraId="03CF9949" w14:textId="77777777" w:rsidR="008E355D" w:rsidRDefault="0096065B">
                  <w:r>
                    <w:t>Wed</w:t>
                  </w:r>
                </w:p>
              </w:tc>
              <w:tc>
                <w:tcPr>
                  <w:tcW w:w="622" w:type="dxa"/>
                </w:tcPr>
                <w:p w14:paraId="14C313A9" w14:textId="77777777" w:rsidR="008E355D" w:rsidRDefault="0096065B">
                  <w:r>
                    <w:t>Thu</w:t>
                  </w:r>
                </w:p>
              </w:tc>
              <w:tc>
                <w:tcPr>
                  <w:tcW w:w="622" w:type="dxa"/>
                </w:tcPr>
                <w:p w14:paraId="4FACA3C9" w14:textId="77777777" w:rsidR="008E355D" w:rsidRDefault="0096065B">
                  <w:r>
                    <w:t>Fri</w:t>
                  </w:r>
                </w:p>
              </w:tc>
            </w:tr>
            <w:tr w:rsidR="008E355D" w14:paraId="79191082" w14:textId="77777777">
              <w:tc>
                <w:tcPr>
                  <w:tcW w:w="622" w:type="dxa"/>
                </w:tcPr>
                <w:p w14:paraId="4101652C" w14:textId="77777777" w:rsidR="008E355D" w:rsidRDefault="008E355D"/>
              </w:tc>
              <w:tc>
                <w:tcPr>
                  <w:tcW w:w="622" w:type="dxa"/>
                </w:tcPr>
                <w:p w14:paraId="249FAAB8" w14:textId="77777777" w:rsidR="008E355D" w:rsidRDefault="0096065B">
                  <w:r>
                    <w:t>1</w:t>
                  </w:r>
                </w:p>
              </w:tc>
              <w:tc>
                <w:tcPr>
                  <w:tcW w:w="622" w:type="dxa"/>
                </w:tcPr>
                <w:p w14:paraId="7842F596" w14:textId="77777777" w:rsidR="008E355D" w:rsidRDefault="0096065B">
                  <w:r>
                    <w:t>2</w:t>
                  </w:r>
                </w:p>
              </w:tc>
              <w:tc>
                <w:tcPr>
                  <w:tcW w:w="622" w:type="dxa"/>
                </w:tcPr>
                <w:p w14:paraId="7A036E3D" w14:textId="77777777" w:rsidR="008E355D" w:rsidRDefault="0096065B">
                  <w:r>
                    <w:t>3</w:t>
                  </w:r>
                </w:p>
              </w:tc>
              <w:tc>
                <w:tcPr>
                  <w:tcW w:w="622" w:type="dxa"/>
                  <w:shd w:val="clear" w:color="auto" w:fill="50C878"/>
                </w:tcPr>
                <w:p w14:paraId="7C964D78" w14:textId="77777777" w:rsidR="008E355D" w:rsidRDefault="0096065B">
                  <w:r>
                    <w:t>4</w:t>
                  </w:r>
                </w:p>
              </w:tc>
            </w:tr>
            <w:tr w:rsidR="008E355D" w14:paraId="30E8F459" w14:textId="77777777">
              <w:tc>
                <w:tcPr>
                  <w:tcW w:w="622" w:type="dxa"/>
                </w:tcPr>
                <w:p w14:paraId="6F74D8FD" w14:textId="77777777" w:rsidR="008E355D" w:rsidRDefault="0096065B">
                  <w:r>
                    <w:t>7</w:t>
                  </w:r>
                </w:p>
              </w:tc>
              <w:tc>
                <w:tcPr>
                  <w:tcW w:w="622" w:type="dxa"/>
                </w:tcPr>
                <w:p w14:paraId="49832D11" w14:textId="77777777" w:rsidR="008E355D" w:rsidRDefault="0096065B">
                  <w:r>
                    <w:t>8</w:t>
                  </w:r>
                </w:p>
              </w:tc>
              <w:tc>
                <w:tcPr>
                  <w:tcW w:w="622" w:type="dxa"/>
                </w:tcPr>
                <w:p w14:paraId="34BD2DED" w14:textId="77777777" w:rsidR="008E355D" w:rsidRDefault="0096065B">
                  <w:r>
                    <w:t>9</w:t>
                  </w:r>
                </w:p>
              </w:tc>
              <w:tc>
                <w:tcPr>
                  <w:tcW w:w="622" w:type="dxa"/>
                </w:tcPr>
                <w:p w14:paraId="3E1FE5D4" w14:textId="77777777" w:rsidR="008E355D" w:rsidRDefault="0096065B">
                  <w:r>
                    <w:t>10</w:t>
                  </w:r>
                </w:p>
              </w:tc>
              <w:tc>
                <w:tcPr>
                  <w:tcW w:w="622" w:type="dxa"/>
                  <w:shd w:val="clear" w:color="auto" w:fill="50C878"/>
                </w:tcPr>
                <w:p w14:paraId="7A622172" w14:textId="77777777" w:rsidR="008E355D" w:rsidRDefault="0096065B">
                  <w:r>
                    <w:t>11</w:t>
                  </w:r>
                </w:p>
              </w:tc>
            </w:tr>
            <w:tr w:rsidR="008E355D" w14:paraId="13638C32" w14:textId="77777777">
              <w:tc>
                <w:tcPr>
                  <w:tcW w:w="622" w:type="dxa"/>
                </w:tcPr>
                <w:p w14:paraId="052CBC2D" w14:textId="77777777" w:rsidR="008E355D" w:rsidRDefault="0096065B">
                  <w:r>
                    <w:t>14</w:t>
                  </w:r>
                </w:p>
              </w:tc>
              <w:tc>
                <w:tcPr>
                  <w:tcW w:w="622" w:type="dxa"/>
                </w:tcPr>
                <w:p w14:paraId="4C2A823A" w14:textId="77777777" w:rsidR="008E355D" w:rsidRDefault="0096065B">
                  <w:r>
                    <w:t>15</w:t>
                  </w:r>
                </w:p>
              </w:tc>
              <w:tc>
                <w:tcPr>
                  <w:tcW w:w="622" w:type="dxa"/>
                </w:tcPr>
                <w:p w14:paraId="7C675C08" w14:textId="77777777" w:rsidR="008E355D" w:rsidRDefault="0096065B">
                  <w:r>
                    <w:t>16</w:t>
                  </w:r>
                </w:p>
              </w:tc>
              <w:tc>
                <w:tcPr>
                  <w:tcW w:w="622" w:type="dxa"/>
                </w:tcPr>
                <w:p w14:paraId="32DF9E93" w14:textId="77777777" w:rsidR="008E355D" w:rsidRDefault="0096065B">
                  <w:r>
                    <w:t>17</w:t>
                  </w:r>
                </w:p>
              </w:tc>
              <w:tc>
                <w:tcPr>
                  <w:tcW w:w="622" w:type="dxa"/>
                  <w:shd w:val="clear" w:color="auto" w:fill="50C878"/>
                </w:tcPr>
                <w:p w14:paraId="4818E51F" w14:textId="77777777" w:rsidR="008E355D" w:rsidRDefault="0096065B">
                  <w:r>
                    <w:t>18</w:t>
                  </w:r>
                </w:p>
              </w:tc>
            </w:tr>
            <w:tr w:rsidR="008E355D" w14:paraId="5972CA88" w14:textId="77777777">
              <w:tc>
                <w:tcPr>
                  <w:tcW w:w="622" w:type="dxa"/>
                  <w:shd w:val="clear" w:color="auto" w:fill="B57EDC"/>
                </w:tcPr>
                <w:p w14:paraId="6263A498" w14:textId="77777777" w:rsidR="008E355D" w:rsidRDefault="0096065B">
                  <w:r>
                    <w:t>21</w:t>
                  </w:r>
                </w:p>
              </w:tc>
              <w:tc>
                <w:tcPr>
                  <w:tcW w:w="622" w:type="dxa"/>
                  <w:shd w:val="clear" w:color="auto" w:fill="B57EDC"/>
                </w:tcPr>
                <w:p w14:paraId="43538BBD" w14:textId="77777777" w:rsidR="008E355D" w:rsidRDefault="0096065B">
                  <w:r>
                    <w:t>22</w:t>
                  </w:r>
                </w:p>
              </w:tc>
              <w:tc>
                <w:tcPr>
                  <w:tcW w:w="622" w:type="dxa"/>
                  <w:shd w:val="clear" w:color="auto" w:fill="B57EDC"/>
                </w:tcPr>
                <w:p w14:paraId="4EB4CCBD" w14:textId="77777777" w:rsidR="008E355D" w:rsidRDefault="0096065B">
                  <w:r>
                    <w:t>23</w:t>
                  </w:r>
                </w:p>
              </w:tc>
              <w:tc>
                <w:tcPr>
                  <w:tcW w:w="622" w:type="dxa"/>
                  <w:shd w:val="clear" w:color="auto" w:fill="B57EDC"/>
                </w:tcPr>
                <w:p w14:paraId="46723FB0" w14:textId="77777777" w:rsidR="008E355D" w:rsidRDefault="0096065B">
                  <w:r>
                    <w:t>24</w:t>
                  </w:r>
                </w:p>
              </w:tc>
              <w:tc>
                <w:tcPr>
                  <w:tcW w:w="622" w:type="dxa"/>
                  <w:shd w:val="clear" w:color="auto" w:fill="B57EDC"/>
                </w:tcPr>
                <w:p w14:paraId="2AFCDB24" w14:textId="77777777" w:rsidR="008E355D" w:rsidRDefault="0096065B">
                  <w:r>
                    <w:t>25</w:t>
                  </w:r>
                </w:p>
              </w:tc>
            </w:tr>
            <w:tr w:rsidR="008E355D" w14:paraId="49F84BA1" w14:textId="77777777">
              <w:tc>
                <w:tcPr>
                  <w:tcW w:w="622" w:type="dxa"/>
                  <w:shd w:val="clear" w:color="auto" w:fill="B57EDC"/>
                </w:tcPr>
                <w:p w14:paraId="6109C677" w14:textId="77777777" w:rsidR="008E355D" w:rsidRDefault="0096065B">
                  <w:r>
                    <w:t>28</w:t>
                  </w:r>
                </w:p>
              </w:tc>
              <w:tc>
                <w:tcPr>
                  <w:tcW w:w="622" w:type="dxa"/>
                  <w:shd w:val="clear" w:color="auto" w:fill="B57EDC"/>
                </w:tcPr>
                <w:p w14:paraId="62C3DA19" w14:textId="77777777" w:rsidR="008E355D" w:rsidRDefault="0096065B">
                  <w:r>
                    <w:t>29</w:t>
                  </w:r>
                </w:p>
              </w:tc>
              <w:tc>
                <w:tcPr>
                  <w:tcW w:w="622" w:type="dxa"/>
                  <w:shd w:val="clear" w:color="auto" w:fill="B57EDC"/>
                </w:tcPr>
                <w:p w14:paraId="2E98577D" w14:textId="77777777" w:rsidR="008E355D" w:rsidRDefault="0096065B">
                  <w:r>
                    <w:t>30</w:t>
                  </w:r>
                </w:p>
              </w:tc>
              <w:tc>
                <w:tcPr>
                  <w:tcW w:w="622" w:type="dxa"/>
                  <w:shd w:val="clear" w:color="auto" w:fill="B57EDC"/>
                </w:tcPr>
                <w:p w14:paraId="2C8B330C" w14:textId="77777777" w:rsidR="008E355D" w:rsidRDefault="0096065B">
                  <w:r>
                    <w:t>31</w:t>
                  </w:r>
                </w:p>
              </w:tc>
              <w:tc>
                <w:tcPr>
                  <w:tcW w:w="622" w:type="dxa"/>
                </w:tcPr>
                <w:p w14:paraId="4B99056E" w14:textId="77777777" w:rsidR="008E355D" w:rsidRDefault="008E355D"/>
              </w:tc>
            </w:tr>
          </w:tbl>
          <w:p w14:paraId="1299C43A" w14:textId="77777777" w:rsidR="008E355D" w:rsidRDefault="008E355D"/>
        </w:tc>
        <w:tc>
          <w:tcPr>
            <w:tcW w:w="3111" w:type="dxa"/>
          </w:tcPr>
          <w:p w14:paraId="2E937729" w14:textId="77777777" w:rsidR="008E355D" w:rsidRDefault="0096065B">
            <w:pPr>
              <w:jc w:val="center"/>
            </w:pPr>
            <w:r>
              <w:rPr>
                <w:b/>
              </w:rPr>
              <w:t>January 2027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625"/>
              <w:gridCol w:w="567"/>
              <w:gridCol w:w="639"/>
              <w:gridCol w:w="581"/>
              <w:gridCol w:w="481"/>
            </w:tblGrid>
            <w:tr w:rsidR="008E355D" w14:paraId="46146E69" w14:textId="77777777" w:rsidTr="2ADC3D5F">
              <w:tc>
                <w:tcPr>
                  <w:tcW w:w="622" w:type="dxa"/>
                </w:tcPr>
                <w:p w14:paraId="0B8E0559" w14:textId="77777777" w:rsidR="008E355D" w:rsidRDefault="0096065B">
                  <w:r>
                    <w:t>Mon</w:t>
                  </w:r>
                </w:p>
              </w:tc>
              <w:tc>
                <w:tcPr>
                  <w:tcW w:w="622" w:type="dxa"/>
                </w:tcPr>
                <w:p w14:paraId="5642434E" w14:textId="77777777" w:rsidR="008E355D" w:rsidRDefault="0096065B">
                  <w:r>
                    <w:t>Tue</w:t>
                  </w:r>
                </w:p>
              </w:tc>
              <w:tc>
                <w:tcPr>
                  <w:tcW w:w="622" w:type="dxa"/>
                </w:tcPr>
                <w:p w14:paraId="60FDC8B4" w14:textId="77777777" w:rsidR="008E355D" w:rsidRDefault="0096065B">
                  <w:r>
                    <w:t>Wed</w:t>
                  </w:r>
                </w:p>
              </w:tc>
              <w:tc>
                <w:tcPr>
                  <w:tcW w:w="622" w:type="dxa"/>
                </w:tcPr>
                <w:p w14:paraId="1986368F" w14:textId="77777777" w:rsidR="008E355D" w:rsidRDefault="0096065B">
                  <w:r>
                    <w:t>Thu</w:t>
                  </w:r>
                </w:p>
              </w:tc>
              <w:tc>
                <w:tcPr>
                  <w:tcW w:w="622" w:type="dxa"/>
                </w:tcPr>
                <w:p w14:paraId="74920977" w14:textId="77777777" w:rsidR="008E355D" w:rsidRDefault="0096065B">
                  <w:r>
                    <w:t>Fri</w:t>
                  </w:r>
                </w:p>
              </w:tc>
            </w:tr>
            <w:tr w:rsidR="008E355D" w14:paraId="19F14E3C" w14:textId="77777777" w:rsidTr="2ADC3D5F">
              <w:tc>
                <w:tcPr>
                  <w:tcW w:w="622" w:type="dxa"/>
                </w:tcPr>
                <w:p w14:paraId="4DDBEF00" w14:textId="77777777" w:rsidR="008E355D" w:rsidRDefault="008E355D"/>
              </w:tc>
              <w:tc>
                <w:tcPr>
                  <w:tcW w:w="622" w:type="dxa"/>
                </w:tcPr>
                <w:p w14:paraId="3461D779" w14:textId="77777777" w:rsidR="008E355D" w:rsidRDefault="008E355D"/>
              </w:tc>
              <w:tc>
                <w:tcPr>
                  <w:tcW w:w="622" w:type="dxa"/>
                </w:tcPr>
                <w:p w14:paraId="3CF2D8B6" w14:textId="77777777" w:rsidR="008E355D" w:rsidRDefault="008E355D"/>
              </w:tc>
              <w:tc>
                <w:tcPr>
                  <w:tcW w:w="622" w:type="dxa"/>
                </w:tcPr>
                <w:p w14:paraId="0FB78278" w14:textId="77777777" w:rsidR="008E355D" w:rsidRDefault="008E355D"/>
              </w:tc>
              <w:tc>
                <w:tcPr>
                  <w:tcW w:w="622" w:type="dxa"/>
                  <w:shd w:val="clear" w:color="auto" w:fill="B57EDC"/>
                </w:tcPr>
                <w:p w14:paraId="065D2414" w14:textId="77777777" w:rsidR="008E355D" w:rsidRDefault="0096065B">
                  <w:r>
                    <w:t>1</w:t>
                  </w:r>
                </w:p>
              </w:tc>
            </w:tr>
            <w:tr w:rsidR="008E355D" w14:paraId="70AE4D73" w14:textId="77777777" w:rsidTr="2ADC3D5F">
              <w:tc>
                <w:tcPr>
                  <w:tcW w:w="622" w:type="dxa"/>
                </w:tcPr>
                <w:p w14:paraId="17310F6F" w14:textId="77777777" w:rsidR="008E355D" w:rsidRDefault="0096065B">
                  <w:r>
                    <w:t>4</w:t>
                  </w:r>
                </w:p>
              </w:tc>
              <w:tc>
                <w:tcPr>
                  <w:tcW w:w="622" w:type="dxa"/>
                </w:tcPr>
                <w:p w14:paraId="76DB90EB" w14:textId="77777777" w:rsidR="008E355D" w:rsidRDefault="0096065B">
                  <w:r>
                    <w:t>5</w:t>
                  </w:r>
                </w:p>
              </w:tc>
              <w:tc>
                <w:tcPr>
                  <w:tcW w:w="622" w:type="dxa"/>
                </w:tcPr>
                <w:p w14:paraId="1946A7AE" w14:textId="77777777" w:rsidR="008E355D" w:rsidRDefault="0096065B">
                  <w:r>
                    <w:t>6</w:t>
                  </w:r>
                </w:p>
              </w:tc>
              <w:tc>
                <w:tcPr>
                  <w:tcW w:w="622" w:type="dxa"/>
                </w:tcPr>
                <w:p w14:paraId="28AF3A15" w14:textId="77777777" w:rsidR="008E355D" w:rsidRDefault="0096065B">
                  <w:r>
                    <w:t>7</w:t>
                  </w:r>
                </w:p>
              </w:tc>
              <w:tc>
                <w:tcPr>
                  <w:tcW w:w="622" w:type="dxa"/>
                  <w:shd w:val="clear" w:color="auto" w:fill="50C878"/>
                </w:tcPr>
                <w:p w14:paraId="4CE4F91D" w14:textId="77777777" w:rsidR="008E355D" w:rsidRDefault="0096065B">
                  <w:r>
                    <w:t>8</w:t>
                  </w:r>
                </w:p>
              </w:tc>
            </w:tr>
            <w:tr w:rsidR="008E355D" w14:paraId="012442E6" w14:textId="77777777" w:rsidTr="2ADC3D5F">
              <w:tc>
                <w:tcPr>
                  <w:tcW w:w="622" w:type="dxa"/>
                </w:tcPr>
                <w:p w14:paraId="46335038" w14:textId="77777777" w:rsidR="008E355D" w:rsidRDefault="0096065B">
                  <w:r>
                    <w:t>11</w:t>
                  </w:r>
                </w:p>
              </w:tc>
              <w:tc>
                <w:tcPr>
                  <w:tcW w:w="622" w:type="dxa"/>
                </w:tcPr>
                <w:p w14:paraId="60063D61" w14:textId="77777777" w:rsidR="008E355D" w:rsidRDefault="0096065B">
                  <w:r>
                    <w:t>12</w:t>
                  </w:r>
                </w:p>
              </w:tc>
              <w:tc>
                <w:tcPr>
                  <w:tcW w:w="622" w:type="dxa"/>
                </w:tcPr>
                <w:p w14:paraId="415384D1" w14:textId="77777777" w:rsidR="008E355D" w:rsidRDefault="0096065B">
                  <w:r>
                    <w:t>13</w:t>
                  </w:r>
                </w:p>
              </w:tc>
              <w:tc>
                <w:tcPr>
                  <w:tcW w:w="622" w:type="dxa"/>
                </w:tcPr>
                <w:p w14:paraId="15C6873E" w14:textId="77777777" w:rsidR="008E355D" w:rsidRDefault="0096065B">
                  <w:r>
                    <w:t>14</w:t>
                  </w:r>
                </w:p>
              </w:tc>
              <w:tc>
                <w:tcPr>
                  <w:tcW w:w="622" w:type="dxa"/>
                  <w:shd w:val="clear" w:color="auto" w:fill="FF0000"/>
                </w:tcPr>
                <w:p w14:paraId="41150DF2" w14:textId="77777777" w:rsidR="008E355D" w:rsidRDefault="0096065B">
                  <w:r>
                    <w:t>15</w:t>
                  </w:r>
                </w:p>
              </w:tc>
            </w:tr>
            <w:tr w:rsidR="008E355D" w14:paraId="02ECF8D3" w14:textId="77777777" w:rsidTr="2ADC3D5F">
              <w:tc>
                <w:tcPr>
                  <w:tcW w:w="622" w:type="dxa"/>
                  <w:shd w:val="clear" w:color="auto" w:fill="B57EDC"/>
                </w:tcPr>
                <w:p w14:paraId="7D34F29C" w14:textId="77777777" w:rsidR="008E355D" w:rsidRDefault="0096065B">
                  <w:r>
                    <w:t>18</w:t>
                  </w:r>
                </w:p>
              </w:tc>
              <w:tc>
                <w:tcPr>
                  <w:tcW w:w="622" w:type="dxa"/>
                </w:tcPr>
                <w:p w14:paraId="565B2BCC" w14:textId="77777777" w:rsidR="008E355D" w:rsidRDefault="0096065B">
                  <w:r>
                    <w:t>19</w:t>
                  </w:r>
                </w:p>
              </w:tc>
              <w:tc>
                <w:tcPr>
                  <w:tcW w:w="622" w:type="dxa"/>
                </w:tcPr>
                <w:p w14:paraId="6A6A9027" w14:textId="77777777" w:rsidR="008E355D" w:rsidRDefault="0096065B">
                  <w:r>
                    <w:t>20</w:t>
                  </w:r>
                </w:p>
              </w:tc>
              <w:tc>
                <w:tcPr>
                  <w:tcW w:w="622" w:type="dxa"/>
                </w:tcPr>
                <w:p w14:paraId="267B13BB" w14:textId="77777777" w:rsidR="008E355D" w:rsidRDefault="0096065B">
                  <w:r>
                    <w:t>21</w:t>
                  </w:r>
                </w:p>
              </w:tc>
              <w:tc>
                <w:tcPr>
                  <w:tcW w:w="622" w:type="dxa"/>
                  <w:shd w:val="clear" w:color="auto" w:fill="50C878"/>
                </w:tcPr>
                <w:p w14:paraId="27287505" w14:textId="77777777" w:rsidR="008E355D" w:rsidRDefault="0096065B">
                  <w:r>
                    <w:t>22</w:t>
                  </w:r>
                </w:p>
              </w:tc>
            </w:tr>
            <w:tr w:rsidR="008E355D" w14:paraId="1E37DB9C" w14:textId="77777777" w:rsidTr="2ADC3D5F">
              <w:tc>
                <w:tcPr>
                  <w:tcW w:w="622" w:type="dxa"/>
                </w:tcPr>
                <w:p w14:paraId="7BF7B80B" w14:textId="77777777" w:rsidR="008E355D" w:rsidRDefault="0096065B">
                  <w:r>
                    <w:t>25</w:t>
                  </w:r>
                </w:p>
              </w:tc>
              <w:tc>
                <w:tcPr>
                  <w:tcW w:w="622" w:type="dxa"/>
                </w:tcPr>
                <w:p w14:paraId="771397B0" w14:textId="77777777" w:rsidR="008E355D" w:rsidRDefault="0096065B">
                  <w:r>
                    <w:t>26</w:t>
                  </w:r>
                </w:p>
              </w:tc>
              <w:tc>
                <w:tcPr>
                  <w:tcW w:w="622" w:type="dxa"/>
                </w:tcPr>
                <w:p w14:paraId="7CDC7B3B" w14:textId="77777777" w:rsidR="008E355D" w:rsidRDefault="0096065B">
                  <w:r>
                    <w:t>27</w:t>
                  </w:r>
                </w:p>
              </w:tc>
              <w:tc>
                <w:tcPr>
                  <w:tcW w:w="622" w:type="dxa"/>
                </w:tcPr>
                <w:p w14:paraId="7A9E3E4F" w14:textId="77777777" w:rsidR="008E355D" w:rsidRDefault="0096065B">
                  <w:r>
                    <w:t>28</w:t>
                  </w:r>
                </w:p>
              </w:tc>
              <w:tc>
                <w:tcPr>
                  <w:tcW w:w="622" w:type="dxa"/>
                  <w:shd w:val="clear" w:color="auto" w:fill="50C878"/>
                </w:tcPr>
                <w:p w14:paraId="161F074D" w14:textId="77777777" w:rsidR="008E355D" w:rsidRDefault="0096065B">
                  <w:r>
                    <w:t>29</w:t>
                  </w:r>
                </w:p>
              </w:tc>
            </w:tr>
          </w:tbl>
          <w:p w14:paraId="1FC39945" w14:textId="77777777" w:rsidR="008E355D" w:rsidRDefault="008E355D"/>
        </w:tc>
      </w:tr>
      <w:tr w:rsidR="008E355D" w14:paraId="56CC751F" w14:textId="77777777" w:rsidTr="2ADC3D5F">
        <w:tc>
          <w:tcPr>
            <w:tcW w:w="3111" w:type="dxa"/>
          </w:tcPr>
          <w:p w14:paraId="6EFFD2D9" w14:textId="77777777" w:rsidR="008E355D" w:rsidRDefault="0096065B">
            <w:pPr>
              <w:jc w:val="center"/>
            </w:pPr>
            <w:r>
              <w:rPr>
                <w:b/>
              </w:rPr>
              <w:t>February 2027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625"/>
              <w:gridCol w:w="568"/>
              <w:gridCol w:w="639"/>
              <w:gridCol w:w="581"/>
              <w:gridCol w:w="481"/>
            </w:tblGrid>
            <w:tr w:rsidR="008E355D" w14:paraId="07DC0DB3" w14:textId="77777777">
              <w:tc>
                <w:tcPr>
                  <w:tcW w:w="622" w:type="dxa"/>
                </w:tcPr>
                <w:p w14:paraId="666DFCAE" w14:textId="77777777" w:rsidR="008E355D" w:rsidRDefault="0096065B">
                  <w:r>
                    <w:t>Mon</w:t>
                  </w:r>
                </w:p>
              </w:tc>
              <w:tc>
                <w:tcPr>
                  <w:tcW w:w="622" w:type="dxa"/>
                </w:tcPr>
                <w:p w14:paraId="1463E814" w14:textId="77777777" w:rsidR="008E355D" w:rsidRDefault="0096065B">
                  <w:r>
                    <w:t>Tue</w:t>
                  </w:r>
                </w:p>
              </w:tc>
              <w:tc>
                <w:tcPr>
                  <w:tcW w:w="622" w:type="dxa"/>
                </w:tcPr>
                <w:p w14:paraId="5EE83268" w14:textId="77777777" w:rsidR="008E355D" w:rsidRDefault="0096065B">
                  <w:r>
                    <w:t>Wed</w:t>
                  </w:r>
                </w:p>
              </w:tc>
              <w:tc>
                <w:tcPr>
                  <w:tcW w:w="622" w:type="dxa"/>
                </w:tcPr>
                <w:p w14:paraId="3570EA7F" w14:textId="77777777" w:rsidR="008E355D" w:rsidRDefault="0096065B">
                  <w:r>
                    <w:t>Thu</w:t>
                  </w:r>
                </w:p>
              </w:tc>
              <w:tc>
                <w:tcPr>
                  <w:tcW w:w="622" w:type="dxa"/>
                </w:tcPr>
                <w:p w14:paraId="35FDC513" w14:textId="77777777" w:rsidR="008E355D" w:rsidRDefault="0096065B">
                  <w:r>
                    <w:t>Fri</w:t>
                  </w:r>
                </w:p>
              </w:tc>
            </w:tr>
            <w:tr w:rsidR="008E355D" w14:paraId="226C25EF" w14:textId="77777777">
              <w:tc>
                <w:tcPr>
                  <w:tcW w:w="622" w:type="dxa"/>
                </w:tcPr>
                <w:p w14:paraId="2E32D521" w14:textId="77777777" w:rsidR="008E355D" w:rsidRDefault="0096065B">
                  <w:r>
                    <w:t>1</w:t>
                  </w:r>
                </w:p>
              </w:tc>
              <w:tc>
                <w:tcPr>
                  <w:tcW w:w="622" w:type="dxa"/>
                </w:tcPr>
                <w:p w14:paraId="2CC21B90" w14:textId="77777777" w:rsidR="008E355D" w:rsidRDefault="0096065B">
                  <w:r>
                    <w:t>2</w:t>
                  </w:r>
                </w:p>
              </w:tc>
              <w:tc>
                <w:tcPr>
                  <w:tcW w:w="622" w:type="dxa"/>
                </w:tcPr>
                <w:p w14:paraId="68D9363B" w14:textId="77777777" w:rsidR="008E355D" w:rsidRDefault="0096065B">
                  <w:r>
                    <w:t>3</w:t>
                  </w:r>
                </w:p>
              </w:tc>
              <w:tc>
                <w:tcPr>
                  <w:tcW w:w="622" w:type="dxa"/>
                </w:tcPr>
                <w:p w14:paraId="22C3D751" w14:textId="77777777" w:rsidR="008E355D" w:rsidRDefault="0096065B">
                  <w:r>
                    <w:t>4</w:t>
                  </w:r>
                </w:p>
              </w:tc>
              <w:tc>
                <w:tcPr>
                  <w:tcW w:w="622" w:type="dxa"/>
                  <w:shd w:val="clear" w:color="auto" w:fill="50C878"/>
                </w:tcPr>
                <w:p w14:paraId="729DE7E4" w14:textId="77777777" w:rsidR="008E355D" w:rsidRDefault="0096065B">
                  <w:r>
                    <w:t>5</w:t>
                  </w:r>
                </w:p>
              </w:tc>
            </w:tr>
            <w:tr w:rsidR="008E355D" w14:paraId="0CBBD77B" w14:textId="77777777">
              <w:tc>
                <w:tcPr>
                  <w:tcW w:w="622" w:type="dxa"/>
                </w:tcPr>
                <w:p w14:paraId="46D1341F" w14:textId="77777777" w:rsidR="008E355D" w:rsidRDefault="0096065B">
                  <w:r>
                    <w:t>8</w:t>
                  </w:r>
                </w:p>
              </w:tc>
              <w:tc>
                <w:tcPr>
                  <w:tcW w:w="622" w:type="dxa"/>
                </w:tcPr>
                <w:p w14:paraId="02DC4293" w14:textId="77777777" w:rsidR="008E355D" w:rsidRDefault="0096065B">
                  <w:r>
                    <w:t>9</w:t>
                  </w:r>
                </w:p>
              </w:tc>
              <w:tc>
                <w:tcPr>
                  <w:tcW w:w="622" w:type="dxa"/>
                </w:tcPr>
                <w:p w14:paraId="31830EAB" w14:textId="77777777" w:rsidR="008E355D" w:rsidRDefault="0096065B">
                  <w:r>
                    <w:t>10</w:t>
                  </w:r>
                </w:p>
              </w:tc>
              <w:tc>
                <w:tcPr>
                  <w:tcW w:w="622" w:type="dxa"/>
                </w:tcPr>
                <w:p w14:paraId="734B4ECA" w14:textId="77777777" w:rsidR="008E355D" w:rsidRDefault="0096065B">
                  <w:r>
                    <w:t>11</w:t>
                  </w:r>
                </w:p>
              </w:tc>
              <w:tc>
                <w:tcPr>
                  <w:tcW w:w="622" w:type="dxa"/>
                  <w:shd w:val="clear" w:color="auto" w:fill="B57EDC"/>
                </w:tcPr>
                <w:p w14:paraId="4E75B50F" w14:textId="77777777" w:rsidR="008E355D" w:rsidRDefault="0096065B">
                  <w:r>
                    <w:t>12</w:t>
                  </w:r>
                </w:p>
              </w:tc>
            </w:tr>
            <w:tr w:rsidR="008E355D" w14:paraId="1035C9CD" w14:textId="77777777">
              <w:tc>
                <w:tcPr>
                  <w:tcW w:w="622" w:type="dxa"/>
                  <w:shd w:val="clear" w:color="auto" w:fill="B57EDC"/>
                </w:tcPr>
                <w:p w14:paraId="46BB2669" w14:textId="77777777" w:rsidR="008E355D" w:rsidRDefault="0096065B">
                  <w:r>
                    <w:t>15</w:t>
                  </w:r>
                </w:p>
              </w:tc>
              <w:tc>
                <w:tcPr>
                  <w:tcW w:w="622" w:type="dxa"/>
                </w:tcPr>
                <w:p w14:paraId="519C40FF" w14:textId="77777777" w:rsidR="008E355D" w:rsidRDefault="0096065B">
                  <w:r>
                    <w:t>16</w:t>
                  </w:r>
                </w:p>
              </w:tc>
              <w:tc>
                <w:tcPr>
                  <w:tcW w:w="622" w:type="dxa"/>
                </w:tcPr>
                <w:p w14:paraId="44641878" w14:textId="77777777" w:rsidR="008E355D" w:rsidRDefault="0096065B">
                  <w:r>
                    <w:t>17</w:t>
                  </w:r>
                </w:p>
              </w:tc>
              <w:tc>
                <w:tcPr>
                  <w:tcW w:w="622" w:type="dxa"/>
                </w:tcPr>
                <w:p w14:paraId="1B4C6DBE" w14:textId="77777777" w:rsidR="008E355D" w:rsidRDefault="0096065B">
                  <w:r>
                    <w:t>18</w:t>
                  </w:r>
                </w:p>
              </w:tc>
              <w:tc>
                <w:tcPr>
                  <w:tcW w:w="622" w:type="dxa"/>
                  <w:shd w:val="clear" w:color="auto" w:fill="50C878"/>
                </w:tcPr>
                <w:p w14:paraId="6C8C1C60" w14:textId="77777777" w:rsidR="008E355D" w:rsidRDefault="0096065B">
                  <w:r>
                    <w:t>19</w:t>
                  </w:r>
                </w:p>
              </w:tc>
            </w:tr>
            <w:tr w:rsidR="008E355D" w14:paraId="205E52B4" w14:textId="77777777">
              <w:tc>
                <w:tcPr>
                  <w:tcW w:w="622" w:type="dxa"/>
                </w:tcPr>
                <w:p w14:paraId="4C89F634" w14:textId="77777777" w:rsidR="008E355D" w:rsidRDefault="0096065B">
                  <w:r>
                    <w:t>22</w:t>
                  </w:r>
                </w:p>
              </w:tc>
              <w:tc>
                <w:tcPr>
                  <w:tcW w:w="622" w:type="dxa"/>
                </w:tcPr>
                <w:p w14:paraId="3DE4CAF0" w14:textId="77777777" w:rsidR="008E355D" w:rsidRDefault="0096065B">
                  <w:r>
                    <w:t>23</w:t>
                  </w:r>
                </w:p>
              </w:tc>
              <w:tc>
                <w:tcPr>
                  <w:tcW w:w="622" w:type="dxa"/>
                </w:tcPr>
                <w:p w14:paraId="51641038" w14:textId="77777777" w:rsidR="008E355D" w:rsidRDefault="0096065B">
                  <w:r>
                    <w:t>24</w:t>
                  </w:r>
                </w:p>
              </w:tc>
              <w:tc>
                <w:tcPr>
                  <w:tcW w:w="622" w:type="dxa"/>
                </w:tcPr>
                <w:p w14:paraId="01E379B7" w14:textId="77777777" w:rsidR="008E355D" w:rsidRDefault="0096065B">
                  <w:r>
                    <w:t>25</w:t>
                  </w:r>
                </w:p>
              </w:tc>
              <w:tc>
                <w:tcPr>
                  <w:tcW w:w="622" w:type="dxa"/>
                  <w:shd w:val="clear" w:color="auto" w:fill="50C878"/>
                </w:tcPr>
                <w:p w14:paraId="7F8797AB" w14:textId="77777777" w:rsidR="008E355D" w:rsidRDefault="0096065B">
                  <w:r>
                    <w:t>26</w:t>
                  </w:r>
                </w:p>
              </w:tc>
            </w:tr>
          </w:tbl>
          <w:p w14:paraId="0562CB0E" w14:textId="77777777" w:rsidR="008E355D" w:rsidRDefault="008E355D"/>
        </w:tc>
        <w:tc>
          <w:tcPr>
            <w:tcW w:w="3111" w:type="dxa"/>
          </w:tcPr>
          <w:p w14:paraId="2ACBA736" w14:textId="77777777" w:rsidR="008E355D" w:rsidRDefault="0096065B">
            <w:pPr>
              <w:jc w:val="center"/>
            </w:pPr>
            <w:r>
              <w:rPr>
                <w:b/>
              </w:rPr>
              <w:t>March 2027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625"/>
              <w:gridCol w:w="567"/>
              <w:gridCol w:w="639"/>
              <w:gridCol w:w="581"/>
              <w:gridCol w:w="481"/>
            </w:tblGrid>
            <w:tr w:rsidR="008E355D" w14:paraId="73F35FF3" w14:textId="77777777" w:rsidTr="2ADC3D5F">
              <w:tc>
                <w:tcPr>
                  <w:tcW w:w="622" w:type="dxa"/>
                </w:tcPr>
                <w:p w14:paraId="206CD66A" w14:textId="77777777" w:rsidR="008E355D" w:rsidRDefault="0096065B">
                  <w:r>
                    <w:t>Mon</w:t>
                  </w:r>
                </w:p>
              </w:tc>
              <w:tc>
                <w:tcPr>
                  <w:tcW w:w="622" w:type="dxa"/>
                </w:tcPr>
                <w:p w14:paraId="0125A80F" w14:textId="77777777" w:rsidR="008E355D" w:rsidRDefault="0096065B">
                  <w:r>
                    <w:t>Tue</w:t>
                  </w:r>
                </w:p>
              </w:tc>
              <w:tc>
                <w:tcPr>
                  <w:tcW w:w="622" w:type="dxa"/>
                </w:tcPr>
                <w:p w14:paraId="7C641693" w14:textId="77777777" w:rsidR="008E355D" w:rsidRDefault="0096065B">
                  <w:r>
                    <w:t>Wed</w:t>
                  </w:r>
                </w:p>
              </w:tc>
              <w:tc>
                <w:tcPr>
                  <w:tcW w:w="622" w:type="dxa"/>
                </w:tcPr>
                <w:p w14:paraId="0F190E91" w14:textId="77777777" w:rsidR="008E355D" w:rsidRDefault="0096065B">
                  <w:r>
                    <w:t>Thu</w:t>
                  </w:r>
                </w:p>
              </w:tc>
              <w:tc>
                <w:tcPr>
                  <w:tcW w:w="622" w:type="dxa"/>
                </w:tcPr>
                <w:p w14:paraId="50155D73" w14:textId="77777777" w:rsidR="008E355D" w:rsidRDefault="0096065B">
                  <w:r>
                    <w:t>Fri</w:t>
                  </w:r>
                </w:p>
              </w:tc>
            </w:tr>
            <w:tr w:rsidR="008E355D" w14:paraId="32AACF50" w14:textId="77777777" w:rsidTr="2ADC3D5F">
              <w:tc>
                <w:tcPr>
                  <w:tcW w:w="622" w:type="dxa"/>
                </w:tcPr>
                <w:p w14:paraId="0C50080F" w14:textId="77777777" w:rsidR="008E355D" w:rsidRDefault="0096065B">
                  <w:r>
                    <w:t>1</w:t>
                  </w:r>
                </w:p>
              </w:tc>
              <w:tc>
                <w:tcPr>
                  <w:tcW w:w="622" w:type="dxa"/>
                </w:tcPr>
                <w:p w14:paraId="138328F9" w14:textId="77777777" w:rsidR="008E355D" w:rsidRDefault="0096065B">
                  <w:r>
                    <w:t>2</w:t>
                  </w:r>
                </w:p>
              </w:tc>
              <w:tc>
                <w:tcPr>
                  <w:tcW w:w="622" w:type="dxa"/>
                </w:tcPr>
                <w:p w14:paraId="57AB7477" w14:textId="77777777" w:rsidR="008E355D" w:rsidRDefault="0096065B">
                  <w:r>
                    <w:t>3</w:t>
                  </w:r>
                </w:p>
              </w:tc>
              <w:tc>
                <w:tcPr>
                  <w:tcW w:w="622" w:type="dxa"/>
                </w:tcPr>
                <w:p w14:paraId="5055DCC4" w14:textId="77777777" w:rsidR="008E355D" w:rsidRDefault="0096065B">
                  <w:r>
                    <w:t>4</w:t>
                  </w:r>
                </w:p>
              </w:tc>
              <w:tc>
                <w:tcPr>
                  <w:tcW w:w="622" w:type="dxa"/>
                  <w:shd w:val="clear" w:color="auto" w:fill="50C878"/>
                </w:tcPr>
                <w:p w14:paraId="1D0ADF7A" w14:textId="77777777" w:rsidR="008E355D" w:rsidRDefault="0096065B">
                  <w:r>
                    <w:t>5</w:t>
                  </w:r>
                </w:p>
              </w:tc>
            </w:tr>
            <w:tr w:rsidR="008E355D" w14:paraId="12E995C6" w14:textId="77777777" w:rsidTr="2ADC3D5F">
              <w:tc>
                <w:tcPr>
                  <w:tcW w:w="622" w:type="dxa"/>
                </w:tcPr>
                <w:p w14:paraId="5FCB5F43" w14:textId="77777777" w:rsidR="008E355D" w:rsidRDefault="0096065B">
                  <w:r>
                    <w:t>8</w:t>
                  </w:r>
                </w:p>
              </w:tc>
              <w:tc>
                <w:tcPr>
                  <w:tcW w:w="622" w:type="dxa"/>
                </w:tcPr>
                <w:p w14:paraId="1391D46B" w14:textId="77777777" w:rsidR="008E355D" w:rsidRDefault="0096065B">
                  <w:r>
                    <w:t>9</w:t>
                  </w:r>
                </w:p>
              </w:tc>
              <w:tc>
                <w:tcPr>
                  <w:tcW w:w="622" w:type="dxa"/>
                  <w:shd w:val="clear" w:color="auto" w:fill="FF0000"/>
                </w:tcPr>
                <w:p w14:paraId="22F65FF9" w14:textId="77777777" w:rsidR="008E355D" w:rsidRDefault="0096065B">
                  <w:r>
                    <w:t>10</w:t>
                  </w:r>
                </w:p>
              </w:tc>
              <w:tc>
                <w:tcPr>
                  <w:tcW w:w="622" w:type="dxa"/>
                  <w:shd w:val="clear" w:color="auto" w:fill="FF0000"/>
                </w:tcPr>
                <w:p w14:paraId="1D7208FC" w14:textId="77777777" w:rsidR="008E355D" w:rsidRDefault="0096065B">
                  <w:r>
                    <w:t>11</w:t>
                  </w:r>
                </w:p>
              </w:tc>
              <w:tc>
                <w:tcPr>
                  <w:tcW w:w="622" w:type="dxa"/>
                  <w:shd w:val="clear" w:color="auto" w:fill="FF0000"/>
                </w:tcPr>
                <w:p w14:paraId="0E2297C3" w14:textId="77777777" w:rsidR="008E355D" w:rsidRDefault="0096065B">
                  <w:r>
                    <w:t>12</w:t>
                  </w:r>
                </w:p>
              </w:tc>
            </w:tr>
            <w:tr w:rsidR="008E355D" w14:paraId="2DBFC511" w14:textId="77777777" w:rsidTr="2ADC3D5F">
              <w:tc>
                <w:tcPr>
                  <w:tcW w:w="622" w:type="dxa"/>
                </w:tcPr>
                <w:p w14:paraId="62E3969C" w14:textId="77777777" w:rsidR="008E355D" w:rsidRDefault="0096065B">
                  <w:r>
                    <w:t>15</w:t>
                  </w:r>
                </w:p>
              </w:tc>
              <w:tc>
                <w:tcPr>
                  <w:tcW w:w="622" w:type="dxa"/>
                </w:tcPr>
                <w:p w14:paraId="69456573" w14:textId="77777777" w:rsidR="008E355D" w:rsidRDefault="0096065B">
                  <w:r>
                    <w:t>16</w:t>
                  </w:r>
                </w:p>
              </w:tc>
              <w:tc>
                <w:tcPr>
                  <w:tcW w:w="622" w:type="dxa"/>
                </w:tcPr>
                <w:p w14:paraId="3C3E0C4F" w14:textId="77777777" w:rsidR="008E355D" w:rsidRDefault="0096065B">
                  <w:r>
                    <w:t>17</w:t>
                  </w:r>
                </w:p>
              </w:tc>
              <w:tc>
                <w:tcPr>
                  <w:tcW w:w="622" w:type="dxa"/>
                </w:tcPr>
                <w:p w14:paraId="108A69A7" w14:textId="77777777" w:rsidR="008E355D" w:rsidRDefault="0096065B">
                  <w:r>
                    <w:t>18</w:t>
                  </w:r>
                </w:p>
              </w:tc>
              <w:tc>
                <w:tcPr>
                  <w:tcW w:w="622" w:type="dxa"/>
                  <w:shd w:val="clear" w:color="auto" w:fill="50C878"/>
                </w:tcPr>
                <w:p w14:paraId="7AE9101A" w14:textId="77777777" w:rsidR="008E355D" w:rsidRDefault="0096065B">
                  <w:r>
                    <w:t>19</w:t>
                  </w:r>
                </w:p>
              </w:tc>
            </w:tr>
            <w:tr w:rsidR="008E355D" w14:paraId="2A23193F" w14:textId="77777777" w:rsidTr="2ADC3D5F">
              <w:tc>
                <w:tcPr>
                  <w:tcW w:w="622" w:type="dxa"/>
                  <w:shd w:val="clear" w:color="auto" w:fill="B6F0B6"/>
                </w:tcPr>
                <w:p w14:paraId="6214D53D" w14:textId="77777777" w:rsidR="008E355D" w:rsidRDefault="0096065B">
                  <w:r>
                    <w:t>22</w:t>
                  </w:r>
                </w:p>
              </w:tc>
              <w:tc>
                <w:tcPr>
                  <w:tcW w:w="622" w:type="dxa"/>
                  <w:shd w:val="clear" w:color="auto" w:fill="B6F0B6"/>
                </w:tcPr>
                <w:p w14:paraId="08DD1106" w14:textId="77777777" w:rsidR="008E355D" w:rsidRDefault="0096065B">
                  <w:r>
                    <w:t>23</w:t>
                  </w:r>
                </w:p>
              </w:tc>
              <w:tc>
                <w:tcPr>
                  <w:tcW w:w="622" w:type="dxa"/>
                </w:tcPr>
                <w:p w14:paraId="1548D516" w14:textId="77777777" w:rsidR="008E355D" w:rsidRDefault="0096065B">
                  <w:r>
                    <w:t>24</w:t>
                  </w:r>
                </w:p>
              </w:tc>
              <w:tc>
                <w:tcPr>
                  <w:tcW w:w="622" w:type="dxa"/>
                </w:tcPr>
                <w:p w14:paraId="3944935F" w14:textId="77777777" w:rsidR="008E355D" w:rsidRDefault="0096065B">
                  <w:r>
                    <w:t>25</w:t>
                  </w:r>
                </w:p>
              </w:tc>
              <w:tc>
                <w:tcPr>
                  <w:tcW w:w="622" w:type="dxa"/>
                  <w:shd w:val="clear" w:color="auto" w:fill="50C878"/>
                </w:tcPr>
                <w:p w14:paraId="0A056348" w14:textId="77777777" w:rsidR="008E355D" w:rsidRDefault="0096065B">
                  <w:r>
                    <w:t>26</w:t>
                  </w:r>
                </w:p>
              </w:tc>
            </w:tr>
            <w:tr w:rsidR="008E355D" w14:paraId="2AFE04ED" w14:textId="77777777" w:rsidTr="2ADC3D5F">
              <w:tc>
                <w:tcPr>
                  <w:tcW w:w="622" w:type="dxa"/>
                </w:tcPr>
                <w:p w14:paraId="6D024D63" w14:textId="77777777" w:rsidR="008E355D" w:rsidRDefault="0096065B">
                  <w:r>
                    <w:t>29</w:t>
                  </w:r>
                </w:p>
              </w:tc>
              <w:tc>
                <w:tcPr>
                  <w:tcW w:w="622" w:type="dxa"/>
                </w:tcPr>
                <w:p w14:paraId="10AE1722" w14:textId="77777777" w:rsidR="008E355D" w:rsidRDefault="0096065B">
                  <w:r>
                    <w:t>30</w:t>
                  </w:r>
                </w:p>
              </w:tc>
              <w:tc>
                <w:tcPr>
                  <w:tcW w:w="622" w:type="dxa"/>
                </w:tcPr>
                <w:p w14:paraId="57D182F7" w14:textId="77777777" w:rsidR="008E355D" w:rsidRDefault="0096065B">
                  <w:r>
                    <w:t>31</w:t>
                  </w:r>
                </w:p>
              </w:tc>
              <w:tc>
                <w:tcPr>
                  <w:tcW w:w="622" w:type="dxa"/>
                </w:tcPr>
                <w:p w14:paraId="34CE0A41" w14:textId="77777777" w:rsidR="008E355D" w:rsidRDefault="008E355D"/>
              </w:tc>
              <w:tc>
                <w:tcPr>
                  <w:tcW w:w="622" w:type="dxa"/>
                </w:tcPr>
                <w:p w14:paraId="62EBF3C5" w14:textId="77777777" w:rsidR="008E355D" w:rsidRDefault="008E355D"/>
              </w:tc>
            </w:tr>
          </w:tbl>
          <w:p w14:paraId="6D98A12B" w14:textId="77777777" w:rsidR="008E355D" w:rsidRDefault="008E355D"/>
        </w:tc>
        <w:tc>
          <w:tcPr>
            <w:tcW w:w="3111" w:type="dxa"/>
          </w:tcPr>
          <w:p w14:paraId="02366FD6" w14:textId="77777777" w:rsidR="008E355D" w:rsidRDefault="0096065B">
            <w:pPr>
              <w:jc w:val="center"/>
            </w:pPr>
            <w:r>
              <w:rPr>
                <w:b/>
              </w:rPr>
              <w:t>April 2027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625"/>
              <w:gridCol w:w="567"/>
              <w:gridCol w:w="639"/>
              <w:gridCol w:w="581"/>
              <w:gridCol w:w="481"/>
            </w:tblGrid>
            <w:tr w:rsidR="008E355D" w14:paraId="47F6BD70" w14:textId="77777777">
              <w:tc>
                <w:tcPr>
                  <w:tcW w:w="622" w:type="dxa"/>
                </w:tcPr>
                <w:p w14:paraId="2DDBF89F" w14:textId="77777777" w:rsidR="008E355D" w:rsidRDefault="0096065B">
                  <w:r>
                    <w:t>Mon</w:t>
                  </w:r>
                </w:p>
              </w:tc>
              <w:tc>
                <w:tcPr>
                  <w:tcW w:w="622" w:type="dxa"/>
                </w:tcPr>
                <w:p w14:paraId="3761BF0F" w14:textId="77777777" w:rsidR="008E355D" w:rsidRDefault="0096065B">
                  <w:r>
                    <w:t>Tue</w:t>
                  </w:r>
                </w:p>
              </w:tc>
              <w:tc>
                <w:tcPr>
                  <w:tcW w:w="622" w:type="dxa"/>
                </w:tcPr>
                <w:p w14:paraId="3ABF5C43" w14:textId="77777777" w:rsidR="008E355D" w:rsidRDefault="0096065B">
                  <w:r>
                    <w:t>Wed</w:t>
                  </w:r>
                </w:p>
              </w:tc>
              <w:tc>
                <w:tcPr>
                  <w:tcW w:w="622" w:type="dxa"/>
                </w:tcPr>
                <w:p w14:paraId="7BFE5D38" w14:textId="77777777" w:rsidR="008E355D" w:rsidRDefault="0096065B">
                  <w:r>
                    <w:t>Thu</w:t>
                  </w:r>
                </w:p>
              </w:tc>
              <w:tc>
                <w:tcPr>
                  <w:tcW w:w="622" w:type="dxa"/>
                </w:tcPr>
                <w:p w14:paraId="53B98474" w14:textId="77777777" w:rsidR="008E355D" w:rsidRDefault="0096065B">
                  <w:r>
                    <w:t>Fri</w:t>
                  </w:r>
                </w:p>
              </w:tc>
            </w:tr>
            <w:tr w:rsidR="008E355D" w14:paraId="2655FCB7" w14:textId="77777777">
              <w:tc>
                <w:tcPr>
                  <w:tcW w:w="622" w:type="dxa"/>
                </w:tcPr>
                <w:p w14:paraId="2946DB82" w14:textId="77777777" w:rsidR="008E355D" w:rsidRDefault="008E355D"/>
              </w:tc>
              <w:tc>
                <w:tcPr>
                  <w:tcW w:w="622" w:type="dxa"/>
                </w:tcPr>
                <w:p w14:paraId="5997CC1D" w14:textId="77777777" w:rsidR="008E355D" w:rsidRDefault="008E355D"/>
              </w:tc>
              <w:tc>
                <w:tcPr>
                  <w:tcW w:w="622" w:type="dxa"/>
                </w:tcPr>
                <w:p w14:paraId="110FFD37" w14:textId="77777777" w:rsidR="008E355D" w:rsidRDefault="008E355D"/>
              </w:tc>
              <w:tc>
                <w:tcPr>
                  <w:tcW w:w="622" w:type="dxa"/>
                </w:tcPr>
                <w:p w14:paraId="050B3AD0" w14:textId="77777777" w:rsidR="008E355D" w:rsidRDefault="0096065B">
                  <w:r>
                    <w:t>1</w:t>
                  </w:r>
                </w:p>
              </w:tc>
              <w:tc>
                <w:tcPr>
                  <w:tcW w:w="622" w:type="dxa"/>
                  <w:shd w:val="clear" w:color="auto" w:fill="50C878"/>
                </w:tcPr>
                <w:p w14:paraId="54B6C890" w14:textId="77777777" w:rsidR="008E355D" w:rsidRDefault="0096065B">
                  <w:r>
                    <w:t>2</w:t>
                  </w:r>
                </w:p>
              </w:tc>
            </w:tr>
            <w:tr w:rsidR="008E355D" w14:paraId="6F3A2956" w14:textId="77777777">
              <w:tc>
                <w:tcPr>
                  <w:tcW w:w="622" w:type="dxa"/>
                  <w:shd w:val="clear" w:color="auto" w:fill="B57EDC"/>
                </w:tcPr>
                <w:p w14:paraId="14648C29" w14:textId="77777777" w:rsidR="008E355D" w:rsidRDefault="0096065B">
                  <w:r>
                    <w:t>5</w:t>
                  </w:r>
                </w:p>
              </w:tc>
              <w:tc>
                <w:tcPr>
                  <w:tcW w:w="622" w:type="dxa"/>
                  <w:shd w:val="clear" w:color="auto" w:fill="B57EDC"/>
                </w:tcPr>
                <w:p w14:paraId="6DDB914C" w14:textId="77777777" w:rsidR="008E355D" w:rsidRDefault="0096065B">
                  <w:r>
                    <w:t>6</w:t>
                  </w:r>
                </w:p>
              </w:tc>
              <w:tc>
                <w:tcPr>
                  <w:tcW w:w="622" w:type="dxa"/>
                  <w:shd w:val="clear" w:color="auto" w:fill="B57EDC"/>
                </w:tcPr>
                <w:p w14:paraId="71F3359E" w14:textId="77777777" w:rsidR="008E355D" w:rsidRDefault="0096065B">
                  <w:r>
                    <w:t>7</w:t>
                  </w:r>
                </w:p>
              </w:tc>
              <w:tc>
                <w:tcPr>
                  <w:tcW w:w="622" w:type="dxa"/>
                  <w:shd w:val="clear" w:color="auto" w:fill="B57EDC"/>
                </w:tcPr>
                <w:p w14:paraId="0E865782" w14:textId="77777777" w:rsidR="008E355D" w:rsidRDefault="0096065B">
                  <w:r>
                    <w:t>8</w:t>
                  </w:r>
                </w:p>
              </w:tc>
              <w:tc>
                <w:tcPr>
                  <w:tcW w:w="622" w:type="dxa"/>
                  <w:shd w:val="clear" w:color="auto" w:fill="B57EDC"/>
                </w:tcPr>
                <w:p w14:paraId="3C1237B2" w14:textId="77777777" w:rsidR="008E355D" w:rsidRDefault="0096065B">
                  <w:r>
                    <w:t>9</w:t>
                  </w:r>
                </w:p>
              </w:tc>
            </w:tr>
            <w:tr w:rsidR="008E355D" w14:paraId="56951806" w14:textId="77777777">
              <w:tc>
                <w:tcPr>
                  <w:tcW w:w="622" w:type="dxa"/>
                </w:tcPr>
                <w:p w14:paraId="22FE9992" w14:textId="77777777" w:rsidR="008E355D" w:rsidRDefault="0096065B">
                  <w:r>
                    <w:t>12</w:t>
                  </w:r>
                </w:p>
              </w:tc>
              <w:tc>
                <w:tcPr>
                  <w:tcW w:w="622" w:type="dxa"/>
                </w:tcPr>
                <w:p w14:paraId="7B862D82" w14:textId="77777777" w:rsidR="008E355D" w:rsidRDefault="0096065B">
                  <w:r>
                    <w:t>13</w:t>
                  </w:r>
                </w:p>
              </w:tc>
              <w:tc>
                <w:tcPr>
                  <w:tcW w:w="622" w:type="dxa"/>
                </w:tcPr>
                <w:p w14:paraId="4B7EE69E" w14:textId="77777777" w:rsidR="008E355D" w:rsidRDefault="0096065B">
                  <w:r>
                    <w:t>14</w:t>
                  </w:r>
                </w:p>
              </w:tc>
              <w:tc>
                <w:tcPr>
                  <w:tcW w:w="622" w:type="dxa"/>
                </w:tcPr>
                <w:p w14:paraId="41090324" w14:textId="77777777" w:rsidR="008E355D" w:rsidRDefault="0096065B">
                  <w:r>
                    <w:t>15</w:t>
                  </w:r>
                </w:p>
              </w:tc>
              <w:tc>
                <w:tcPr>
                  <w:tcW w:w="622" w:type="dxa"/>
                  <w:shd w:val="clear" w:color="auto" w:fill="50C878"/>
                </w:tcPr>
                <w:p w14:paraId="48C7F5FA" w14:textId="77777777" w:rsidR="008E355D" w:rsidRDefault="0096065B">
                  <w:r>
                    <w:t>16</w:t>
                  </w:r>
                </w:p>
              </w:tc>
            </w:tr>
            <w:tr w:rsidR="008E355D" w14:paraId="26BAB8B2" w14:textId="77777777">
              <w:tc>
                <w:tcPr>
                  <w:tcW w:w="622" w:type="dxa"/>
                </w:tcPr>
                <w:p w14:paraId="362372F5" w14:textId="77777777" w:rsidR="008E355D" w:rsidRDefault="0096065B">
                  <w:r>
                    <w:t>19</w:t>
                  </w:r>
                </w:p>
              </w:tc>
              <w:tc>
                <w:tcPr>
                  <w:tcW w:w="622" w:type="dxa"/>
                </w:tcPr>
                <w:p w14:paraId="7B5474F0" w14:textId="77777777" w:rsidR="008E355D" w:rsidRDefault="0096065B">
                  <w:r>
                    <w:t>20</w:t>
                  </w:r>
                </w:p>
              </w:tc>
              <w:tc>
                <w:tcPr>
                  <w:tcW w:w="622" w:type="dxa"/>
                </w:tcPr>
                <w:p w14:paraId="63ECE29B" w14:textId="77777777" w:rsidR="008E355D" w:rsidRDefault="0096065B">
                  <w:r>
                    <w:t>21</w:t>
                  </w:r>
                </w:p>
              </w:tc>
              <w:tc>
                <w:tcPr>
                  <w:tcW w:w="622" w:type="dxa"/>
                </w:tcPr>
                <w:p w14:paraId="77E2DF8A" w14:textId="77777777" w:rsidR="008E355D" w:rsidRDefault="0096065B">
                  <w:r>
                    <w:t>22</w:t>
                  </w:r>
                </w:p>
              </w:tc>
              <w:tc>
                <w:tcPr>
                  <w:tcW w:w="622" w:type="dxa"/>
                  <w:shd w:val="clear" w:color="auto" w:fill="50C878"/>
                </w:tcPr>
                <w:p w14:paraId="398FF380" w14:textId="77777777" w:rsidR="008E355D" w:rsidRDefault="0096065B">
                  <w:r>
                    <w:t>23</w:t>
                  </w:r>
                </w:p>
              </w:tc>
            </w:tr>
            <w:tr w:rsidR="008E355D" w14:paraId="54DE9B58" w14:textId="77777777">
              <w:tc>
                <w:tcPr>
                  <w:tcW w:w="622" w:type="dxa"/>
                </w:tcPr>
                <w:p w14:paraId="6AFCAD6D" w14:textId="77777777" w:rsidR="008E355D" w:rsidRDefault="0096065B">
                  <w:r>
                    <w:t>26</w:t>
                  </w:r>
                </w:p>
              </w:tc>
              <w:tc>
                <w:tcPr>
                  <w:tcW w:w="622" w:type="dxa"/>
                </w:tcPr>
                <w:p w14:paraId="35631579" w14:textId="77777777" w:rsidR="008E355D" w:rsidRDefault="0096065B">
                  <w:r>
                    <w:t>27</w:t>
                  </w:r>
                </w:p>
              </w:tc>
              <w:tc>
                <w:tcPr>
                  <w:tcW w:w="622" w:type="dxa"/>
                </w:tcPr>
                <w:p w14:paraId="2EC7F4AA" w14:textId="77777777" w:rsidR="008E355D" w:rsidRDefault="0096065B">
                  <w:r>
                    <w:t>28</w:t>
                  </w:r>
                </w:p>
              </w:tc>
              <w:tc>
                <w:tcPr>
                  <w:tcW w:w="622" w:type="dxa"/>
                </w:tcPr>
                <w:p w14:paraId="48758079" w14:textId="77777777" w:rsidR="008E355D" w:rsidRDefault="0096065B">
                  <w:r>
                    <w:t>29</w:t>
                  </w:r>
                </w:p>
              </w:tc>
              <w:tc>
                <w:tcPr>
                  <w:tcW w:w="622" w:type="dxa"/>
                  <w:shd w:val="clear" w:color="auto" w:fill="50C878"/>
                </w:tcPr>
                <w:p w14:paraId="12C529A2" w14:textId="77777777" w:rsidR="008E355D" w:rsidRDefault="0096065B">
                  <w:r>
                    <w:t>30</w:t>
                  </w:r>
                </w:p>
              </w:tc>
            </w:tr>
          </w:tbl>
          <w:p w14:paraId="6B699379" w14:textId="77777777" w:rsidR="008E355D" w:rsidRDefault="008E355D"/>
        </w:tc>
        <w:tc>
          <w:tcPr>
            <w:tcW w:w="3111" w:type="dxa"/>
          </w:tcPr>
          <w:p w14:paraId="740C0633" w14:textId="77777777" w:rsidR="008E355D" w:rsidRDefault="0096065B">
            <w:pPr>
              <w:jc w:val="center"/>
            </w:pPr>
            <w:r>
              <w:rPr>
                <w:b/>
              </w:rPr>
              <w:t>May 2027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625"/>
              <w:gridCol w:w="567"/>
              <w:gridCol w:w="639"/>
              <w:gridCol w:w="581"/>
              <w:gridCol w:w="481"/>
            </w:tblGrid>
            <w:tr w:rsidR="008E355D" w14:paraId="4940F7E2" w14:textId="77777777" w:rsidTr="2ADC3D5F">
              <w:tc>
                <w:tcPr>
                  <w:tcW w:w="622" w:type="dxa"/>
                </w:tcPr>
                <w:p w14:paraId="471ABE26" w14:textId="77777777" w:rsidR="008E355D" w:rsidRDefault="0096065B">
                  <w:r>
                    <w:t>Mon</w:t>
                  </w:r>
                </w:p>
              </w:tc>
              <w:tc>
                <w:tcPr>
                  <w:tcW w:w="622" w:type="dxa"/>
                </w:tcPr>
                <w:p w14:paraId="3B4E7FF4" w14:textId="77777777" w:rsidR="008E355D" w:rsidRDefault="0096065B">
                  <w:r>
                    <w:t>Tue</w:t>
                  </w:r>
                </w:p>
              </w:tc>
              <w:tc>
                <w:tcPr>
                  <w:tcW w:w="622" w:type="dxa"/>
                </w:tcPr>
                <w:p w14:paraId="27094C60" w14:textId="77777777" w:rsidR="008E355D" w:rsidRDefault="0096065B">
                  <w:r>
                    <w:t>Wed</w:t>
                  </w:r>
                </w:p>
              </w:tc>
              <w:tc>
                <w:tcPr>
                  <w:tcW w:w="622" w:type="dxa"/>
                </w:tcPr>
                <w:p w14:paraId="331058CC" w14:textId="77777777" w:rsidR="008E355D" w:rsidRDefault="0096065B">
                  <w:r>
                    <w:t>Thu</w:t>
                  </w:r>
                </w:p>
              </w:tc>
              <w:tc>
                <w:tcPr>
                  <w:tcW w:w="622" w:type="dxa"/>
                </w:tcPr>
                <w:p w14:paraId="2D575A1D" w14:textId="77777777" w:rsidR="008E355D" w:rsidRDefault="0096065B">
                  <w:r>
                    <w:t>Fri</w:t>
                  </w:r>
                </w:p>
              </w:tc>
            </w:tr>
            <w:tr w:rsidR="008E355D" w14:paraId="3FE9F23F" w14:textId="77777777" w:rsidTr="2ADC3D5F">
              <w:tc>
                <w:tcPr>
                  <w:tcW w:w="622" w:type="dxa"/>
                </w:tcPr>
                <w:p w14:paraId="1F72F646" w14:textId="77777777" w:rsidR="008E355D" w:rsidRDefault="008E355D"/>
              </w:tc>
              <w:tc>
                <w:tcPr>
                  <w:tcW w:w="622" w:type="dxa"/>
                </w:tcPr>
                <w:p w14:paraId="08CE6F91" w14:textId="77777777" w:rsidR="008E355D" w:rsidRDefault="008E355D"/>
              </w:tc>
              <w:tc>
                <w:tcPr>
                  <w:tcW w:w="622" w:type="dxa"/>
                </w:tcPr>
                <w:p w14:paraId="61CDCEAD" w14:textId="77777777" w:rsidR="008E355D" w:rsidRDefault="008E355D"/>
              </w:tc>
              <w:tc>
                <w:tcPr>
                  <w:tcW w:w="622" w:type="dxa"/>
                </w:tcPr>
                <w:p w14:paraId="6BB9E253" w14:textId="77777777" w:rsidR="008E355D" w:rsidRDefault="008E355D"/>
              </w:tc>
              <w:tc>
                <w:tcPr>
                  <w:tcW w:w="622" w:type="dxa"/>
                </w:tcPr>
                <w:p w14:paraId="23DE523C" w14:textId="77777777" w:rsidR="008E355D" w:rsidRDefault="008E355D"/>
              </w:tc>
            </w:tr>
            <w:tr w:rsidR="008E355D" w14:paraId="2AE5BF87" w14:textId="77777777" w:rsidTr="2ADC3D5F">
              <w:tc>
                <w:tcPr>
                  <w:tcW w:w="622" w:type="dxa"/>
                </w:tcPr>
                <w:p w14:paraId="297C039E" w14:textId="77777777" w:rsidR="008E355D" w:rsidRDefault="0096065B">
                  <w:r>
                    <w:t>3</w:t>
                  </w:r>
                </w:p>
              </w:tc>
              <w:tc>
                <w:tcPr>
                  <w:tcW w:w="622" w:type="dxa"/>
                </w:tcPr>
                <w:p w14:paraId="3BC2995D" w14:textId="77777777" w:rsidR="008E355D" w:rsidRDefault="0096065B">
                  <w:r>
                    <w:t>4</w:t>
                  </w:r>
                </w:p>
              </w:tc>
              <w:tc>
                <w:tcPr>
                  <w:tcW w:w="622" w:type="dxa"/>
                </w:tcPr>
                <w:p w14:paraId="34C3CC76" w14:textId="77777777" w:rsidR="008E355D" w:rsidRDefault="0096065B">
                  <w:r>
                    <w:t>5</w:t>
                  </w:r>
                </w:p>
              </w:tc>
              <w:tc>
                <w:tcPr>
                  <w:tcW w:w="622" w:type="dxa"/>
                </w:tcPr>
                <w:p w14:paraId="5D9A48CF" w14:textId="77777777" w:rsidR="008E355D" w:rsidRDefault="0096065B">
                  <w:r>
                    <w:t>6</w:t>
                  </w:r>
                </w:p>
              </w:tc>
              <w:tc>
                <w:tcPr>
                  <w:tcW w:w="622" w:type="dxa"/>
                  <w:shd w:val="clear" w:color="auto" w:fill="FF0000"/>
                </w:tcPr>
                <w:p w14:paraId="1F87031A" w14:textId="77777777" w:rsidR="008E355D" w:rsidRDefault="0096065B">
                  <w:r>
                    <w:t>7</w:t>
                  </w:r>
                </w:p>
              </w:tc>
            </w:tr>
            <w:tr w:rsidR="008E355D" w14:paraId="7C5DC81A" w14:textId="77777777" w:rsidTr="2ADC3D5F">
              <w:tc>
                <w:tcPr>
                  <w:tcW w:w="622" w:type="dxa"/>
                </w:tcPr>
                <w:p w14:paraId="0FA5DB3D" w14:textId="77777777" w:rsidR="008E355D" w:rsidRDefault="0096065B">
                  <w:r>
                    <w:t>10</w:t>
                  </w:r>
                </w:p>
              </w:tc>
              <w:tc>
                <w:tcPr>
                  <w:tcW w:w="622" w:type="dxa"/>
                </w:tcPr>
                <w:p w14:paraId="5E88EA72" w14:textId="77777777" w:rsidR="008E355D" w:rsidRDefault="0096065B">
                  <w:r>
                    <w:t>11</w:t>
                  </w:r>
                </w:p>
              </w:tc>
              <w:tc>
                <w:tcPr>
                  <w:tcW w:w="622" w:type="dxa"/>
                </w:tcPr>
                <w:p w14:paraId="4CD1044D" w14:textId="77777777" w:rsidR="008E355D" w:rsidRDefault="0096065B">
                  <w:r>
                    <w:t>12</w:t>
                  </w:r>
                </w:p>
              </w:tc>
              <w:tc>
                <w:tcPr>
                  <w:tcW w:w="622" w:type="dxa"/>
                </w:tcPr>
                <w:p w14:paraId="62218FB3" w14:textId="77777777" w:rsidR="008E355D" w:rsidRDefault="0096065B">
                  <w:r>
                    <w:t>13</w:t>
                  </w:r>
                </w:p>
              </w:tc>
              <w:tc>
                <w:tcPr>
                  <w:tcW w:w="622" w:type="dxa"/>
                  <w:shd w:val="clear" w:color="auto" w:fill="50C878"/>
                </w:tcPr>
                <w:p w14:paraId="33434407" w14:textId="77777777" w:rsidR="008E355D" w:rsidRDefault="0096065B">
                  <w:r>
                    <w:t>14</w:t>
                  </w:r>
                </w:p>
              </w:tc>
            </w:tr>
            <w:tr w:rsidR="008E355D" w14:paraId="1326FB04" w14:textId="77777777" w:rsidTr="2ADC3D5F">
              <w:tc>
                <w:tcPr>
                  <w:tcW w:w="622" w:type="dxa"/>
                </w:tcPr>
                <w:p w14:paraId="6D95BA9B" w14:textId="77777777" w:rsidR="008E355D" w:rsidRDefault="0096065B">
                  <w:r>
                    <w:t>17</w:t>
                  </w:r>
                </w:p>
              </w:tc>
              <w:tc>
                <w:tcPr>
                  <w:tcW w:w="622" w:type="dxa"/>
                </w:tcPr>
                <w:p w14:paraId="779B2FCD" w14:textId="77777777" w:rsidR="008E355D" w:rsidRDefault="0096065B">
                  <w:r>
                    <w:t>18</w:t>
                  </w:r>
                </w:p>
              </w:tc>
              <w:tc>
                <w:tcPr>
                  <w:tcW w:w="622" w:type="dxa"/>
                </w:tcPr>
                <w:p w14:paraId="221A289F" w14:textId="77777777" w:rsidR="008E355D" w:rsidRDefault="0096065B">
                  <w:r>
                    <w:t>19</w:t>
                  </w:r>
                </w:p>
              </w:tc>
              <w:tc>
                <w:tcPr>
                  <w:tcW w:w="622" w:type="dxa"/>
                </w:tcPr>
                <w:p w14:paraId="77BB07BD" w14:textId="77777777" w:rsidR="008E355D" w:rsidRDefault="0096065B">
                  <w:r>
                    <w:t>20</w:t>
                  </w:r>
                </w:p>
              </w:tc>
              <w:tc>
                <w:tcPr>
                  <w:tcW w:w="622" w:type="dxa"/>
                  <w:shd w:val="clear" w:color="auto" w:fill="50C878"/>
                </w:tcPr>
                <w:p w14:paraId="6528FAB2" w14:textId="77777777" w:rsidR="008E355D" w:rsidRDefault="0096065B">
                  <w:r>
                    <w:t>21</w:t>
                  </w:r>
                </w:p>
              </w:tc>
            </w:tr>
            <w:tr w:rsidR="008E355D" w14:paraId="271F0388" w14:textId="77777777" w:rsidTr="2ADC3D5F">
              <w:tc>
                <w:tcPr>
                  <w:tcW w:w="622" w:type="dxa"/>
                </w:tcPr>
                <w:p w14:paraId="5284F838" w14:textId="77777777" w:rsidR="008E355D" w:rsidRDefault="0096065B">
                  <w:r>
                    <w:t>24</w:t>
                  </w:r>
                </w:p>
              </w:tc>
              <w:tc>
                <w:tcPr>
                  <w:tcW w:w="622" w:type="dxa"/>
                </w:tcPr>
                <w:p w14:paraId="728F1797" w14:textId="77777777" w:rsidR="008E355D" w:rsidRDefault="0096065B">
                  <w:r>
                    <w:t>25</w:t>
                  </w:r>
                </w:p>
              </w:tc>
              <w:tc>
                <w:tcPr>
                  <w:tcW w:w="622" w:type="dxa"/>
                </w:tcPr>
                <w:p w14:paraId="6F46C0E1" w14:textId="77777777" w:rsidR="008E355D" w:rsidRDefault="0096065B">
                  <w:r>
                    <w:t>26</w:t>
                  </w:r>
                </w:p>
              </w:tc>
              <w:tc>
                <w:tcPr>
                  <w:tcW w:w="622" w:type="dxa"/>
                </w:tcPr>
                <w:p w14:paraId="5210C003" w14:textId="77777777" w:rsidR="008E355D" w:rsidRDefault="0096065B">
                  <w:r>
                    <w:t>27</w:t>
                  </w:r>
                </w:p>
              </w:tc>
              <w:tc>
                <w:tcPr>
                  <w:tcW w:w="622" w:type="dxa"/>
                  <w:shd w:val="clear" w:color="auto" w:fill="FF0000"/>
                </w:tcPr>
                <w:p w14:paraId="186DC8D1" w14:textId="77777777" w:rsidR="008E355D" w:rsidRDefault="0096065B">
                  <w:r>
                    <w:t>28</w:t>
                  </w:r>
                </w:p>
              </w:tc>
            </w:tr>
            <w:tr w:rsidR="008E355D" w14:paraId="6A677E84" w14:textId="77777777" w:rsidTr="2ADC3D5F">
              <w:tc>
                <w:tcPr>
                  <w:tcW w:w="622" w:type="dxa"/>
                  <w:shd w:val="clear" w:color="auto" w:fill="B57EDC"/>
                </w:tcPr>
                <w:p w14:paraId="4F9BD7C5" w14:textId="77777777" w:rsidR="008E355D" w:rsidRDefault="0096065B">
                  <w:r>
                    <w:t>31</w:t>
                  </w:r>
                </w:p>
              </w:tc>
              <w:tc>
                <w:tcPr>
                  <w:tcW w:w="622" w:type="dxa"/>
                </w:tcPr>
                <w:p w14:paraId="52E56223" w14:textId="77777777" w:rsidR="008E355D" w:rsidRDefault="008E355D"/>
              </w:tc>
              <w:tc>
                <w:tcPr>
                  <w:tcW w:w="622" w:type="dxa"/>
                </w:tcPr>
                <w:p w14:paraId="07547A01" w14:textId="77777777" w:rsidR="008E355D" w:rsidRDefault="008E355D"/>
              </w:tc>
              <w:tc>
                <w:tcPr>
                  <w:tcW w:w="622" w:type="dxa"/>
                </w:tcPr>
                <w:p w14:paraId="5043CB0F" w14:textId="77777777" w:rsidR="008E355D" w:rsidRDefault="008E355D"/>
              </w:tc>
              <w:tc>
                <w:tcPr>
                  <w:tcW w:w="622" w:type="dxa"/>
                </w:tcPr>
                <w:p w14:paraId="07459315" w14:textId="77777777" w:rsidR="008E355D" w:rsidRDefault="008E355D"/>
              </w:tc>
            </w:tr>
          </w:tbl>
          <w:p w14:paraId="6537F28F" w14:textId="77777777" w:rsidR="008E355D" w:rsidRDefault="008E355D"/>
        </w:tc>
        <w:tc>
          <w:tcPr>
            <w:tcW w:w="3111" w:type="dxa"/>
          </w:tcPr>
          <w:p w14:paraId="2E918377" w14:textId="77777777" w:rsidR="008E355D" w:rsidRDefault="0096065B">
            <w:pPr>
              <w:jc w:val="center"/>
            </w:pPr>
            <w:r>
              <w:rPr>
                <w:b/>
              </w:rPr>
              <w:t>June 2027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625"/>
              <w:gridCol w:w="567"/>
              <w:gridCol w:w="639"/>
              <w:gridCol w:w="581"/>
              <w:gridCol w:w="481"/>
            </w:tblGrid>
            <w:tr w:rsidR="008E355D" w14:paraId="05C455D6" w14:textId="77777777">
              <w:tc>
                <w:tcPr>
                  <w:tcW w:w="622" w:type="dxa"/>
                </w:tcPr>
                <w:p w14:paraId="6A6AD019" w14:textId="77777777" w:rsidR="008E355D" w:rsidRDefault="0096065B">
                  <w:r>
                    <w:t>Mon</w:t>
                  </w:r>
                </w:p>
              </w:tc>
              <w:tc>
                <w:tcPr>
                  <w:tcW w:w="622" w:type="dxa"/>
                </w:tcPr>
                <w:p w14:paraId="7BEEFEBE" w14:textId="77777777" w:rsidR="008E355D" w:rsidRDefault="0096065B">
                  <w:r>
                    <w:t>Tue</w:t>
                  </w:r>
                </w:p>
              </w:tc>
              <w:tc>
                <w:tcPr>
                  <w:tcW w:w="622" w:type="dxa"/>
                </w:tcPr>
                <w:p w14:paraId="1FA643EB" w14:textId="77777777" w:rsidR="008E355D" w:rsidRDefault="0096065B">
                  <w:r>
                    <w:t>Wed</w:t>
                  </w:r>
                </w:p>
              </w:tc>
              <w:tc>
                <w:tcPr>
                  <w:tcW w:w="622" w:type="dxa"/>
                </w:tcPr>
                <w:p w14:paraId="48BBC8A2" w14:textId="77777777" w:rsidR="008E355D" w:rsidRDefault="0096065B">
                  <w:r>
                    <w:t>Thu</w:t>
                  </w:r>
                </w:p>
              </w:tc>
              <w:tc>
                <w:tcPr>
                  <w:tcW w:w="622" w:type="dxa"/>
                </w:tcPr>
                <w:p w14:paraId="6C735A62" w14:textId="77777777" w:rsidR="008E355D" w:rsidRDefault="0096065B">
                  <w:r>
                    <w:t>Fri</w:t>
                  </w:r>
                </w:p>
              </w:tc>
            </w:tr>
            <w:tr w:rsidR="008E355D" w14:paraId="451E78F2" w14:textId="77777777">
              <w:tc>
                <w:tcPr>
                  <w:tcW w:w="622" w:type="dxa"/>
                </w:tcPr>
                <w:p w14:paraId="6DFB9E20" w14:textId="77777777" w:rsidR="008E355D" w:rsidRDefault="008E355D"/>
              </w:tc>
              <w:tc>
                <w:tcPr>
                  <w:tcW w:w="622" w:type="dxa"/>
                </w:tcPr>
                <w:p w14:paraId="6B965A47" w14:textId="77777777" w:rsidR="008E355D" w:rsidRDefault="0096065B">
                  <w:r>
                    <w:t>1</w:t>
                  </w:r>
                </w:p>
              </w:tc>
              <w:tc>
                <w:tcPr>
                  <w:tcW w:w="622" w:type="dxa"/>
                </w:tcPr>
                <w:p w14:paraId="58A8CB7E" w14:textId="77777777" w:rsidR="008E355D" w:rsidRDefault="0096065B">
                  <w:r>
                    <w:t>2</w:t>
                  </w:r>
                </w:p>
              </w:tc>
              <w:tc>
                <w:tcPr>
                  <w:tcW w:w="622" w:type="dxa"/>
                  <w:shd w:val="clear" w:color="auto" w:fill="B6F0B6"/>
                </w:tcPr>
                <w:p w14:paraId="2A2176D0" w14:textId="77777777" w:rsidR="008E355D" w:rsidRDefault="0096065B">
                  <w:r>
                    <w:t>3</w:t>
                  </w:r>
                </w:p>
              </w:tc>
              <w:tc>
                <w:tcPr>
                  <w:tcW w:w="622" w:type="dxa"/>
                  <w:shd w:val="clear" w:color="auto" w:fill="B6F0B6"/>
                </w:tcPr>
                <w:p w14:paraId="7CD048C6" w14:textId="77777777" w:rsidR="008E355D" w:rsidRDefault="0096065B">
                  <w:r>
                    <w:t>4</w:t>
                  </w:r>
                </w:p>
              </w:tc>
            </w:tr>
            <w:tr w:rsidR="008E355D" w14:paraId="50FA3463" w14:textId="77777777">
              <w:tc>
                <w:tcPr>
                  <w:tcW w:w="622" w:type="dxa"/>
                </w:tcPr>
                <w:p w14:paraId="67E6CB27" w14:textId="77777777" w:rsidR="008E355D" w:rsidRDefault="0096065B">
                  <w:r>
                    <w:t>7</w:t>
                  </w:r>
                </w:p>
              </w:tc>
              <w:tc>
                <w:tcPr>
                  <w:tcW w:w="622" w:type="dxa"/>
                </w:tcPr>
                <w:p w14:paraId="77BBEA4A" w14:textId="77777777" w:rsidR="008E355D" w:rsidRDefault="0096065B">
                  <w:r>
                    <w:t>8</w:t>
                  </w:r>
                </w:p>
              </w:tc>
              <w:tc>
                <w:tcPr>
                  <w:tcW w:w="622" w:type="dxa"/>
                </w:tcPr>
                <w:p w14:paraId="6BB22C15" w14:textId="77777777" w:rsidR="008E355D" w:rsidRDefault="0096065B">
                  <w:r>
                    <w:t>9</w:t>
                  </w:r>
                </w:p>
              </w:tc>
              <w:tc>
                <w:tcPr>
                  <w:tcW w:w="622" w:type="dxa"/>
                </w:tcPr>
                <w:p w14:paraId="5E8FBDAF" w14:textId="77777777" w:rsidR="008E355D" w:rsidRDefault="0096065B">
                  <w:r>
                    <w:t>10</w:t>
                  </w:r>
                </w:p>
              </w:tc>
              <w:tc>
                <w:tcPr>
                  <w:tcW w:w="622" w:type="dxa"/>
                  <w:shd w:val="clear" w:color="auto" w:fill="50C878"/>
                </w:tcPr>
                <w:p w14:paraId="26360089" w14:textId="77777777" w:rsidR="008E355D" w:rsidRDefault="0096065B">
                  <w:r>
                    <w:t>11</w:t>
                  </w:r>
                </w:p>
              </w:tc>
            </w:tr>
            <w:tr w:rsidR="008E355D" w14:paraId="18B7BB6E" w14:textId="77777777">
              <w:tc>
                <w:tcPr>
                  <w:tcW w:w="622" w:type="dxa"/>
                </w:tcPr>
                <w:p w14:paraId="2874E130" w14:textId="77777777" w:rsidR="008E355D" w:rsidRDefault="0096065B">
                  <w:r>
                    <w:t>14</w:t>
                  </w:r>
                </w:p>
              </w:tc>
              <w:tc>
                <w:tcPr>
                  <w:tcW w:w="622" w:type="dxa"/>
                </w:tcPr>
                <w:p w14:paraId="67D23D5B" w14:textId="77777777" w:rsidR="008E355D" w:rsidRDefault="0096065B">
                  <w:r>
                    <w:t>15</w:t>
                  </w:r>
                </w:p>
              </w:tc>
              <w:tc>
                <w:tcPr>
                  <w:tcW w:w="622" w:type="dxa"/>
                  <w:shd w:val="clear" w:color="auto" w:fill="FFF200"/>
                </w:tcPr>
                <w:p w14:paraId="483605B9" w14:textId="77777777" w:rsidR="008E355D" w:rsidRDefault="0096065B">
                  <w:r>
                    <w:t>16</w:t>
                  </w:r>
                </w:p>
              </w:tc>
              <w:tc>
                <w:tcPr>
                  <w:tcW w:w="622" w:type="dxa"/>
                </w:tcPr>
                <w:p w14:paraId="2588D061" w14:textId="77777777" w:rsidR="008E355D" w:rsidRDefault="0096065B">
                  <w:r>
                    <w:t>17</w:t>
                  </w:r>
                </w:p>
              </w:tc>
              <w:tc>
                <w:tcPr>
                  <w:tcW w:w="622" w:type="dxa"/>
                </w:tcPr>
                <w:p w14:paraId="4052EA3A" w14:textId="77777777" w:rsidR="008E355D" w:rsidRDefault="0096065B">
                  <w:r>
                    <w:t>18</w:t>
                  </w:r>
                </w:p>
              </w:tc>
            </w:tr>
            <w:tr w:rsidR="008E355D" w14:paraId="3D5EEE09" w14:textId="77777777">
              <w:tc>
                <w:tcPr>
                  <w:tcW w:w="622" w:type="dxa"/>
                </w:tcPr>
                <w:p w14:paraId="673AD2FC" w14:textId="77777777" w:rsidR="008E355D" w:rsidRDefault="0096065B">
                  <w:r>
                    <w:t>21</w:t>
                  </w:r>
                </w:p>
              </w:tc>
              <w:tc>
                <w:tcPr>
                  <w:tcW w:w="622" w:type="dxa"/>
                </w:tcPr>
                <w:p w14:paraId="4B0F123E" w14:textId="77777777" w:rsidR="008E355D" w:rsidRDefault="0096065B">
                  <w:r>
                    <w:t>22</w:t>
                  </w:r>
                </w:p>
              </w:tc>
              <w:tc>
                <w:tcPr>
                  <w:tcW w:w="622" w:type="dxa"/>
                </w:tcPr>
                <w:p w14:paraId="086D4785" w14:textId="77777777" w:rsidR="008E355D" w:rsidRDefault="0096065B">
                  <w:r>
                    <w:t>23</w:t>
                  </w:r>
                </w:p>
              </w:tc>
              <w:tc>
                <w:tcPr>
                  <w:tcW w:w="622" w:type="dxa"/>
                </w:tcPr>
                <w:p w14:paraId="4DFBC012" w14:textId="77777777" w:rsidR="008E355D" w:rsidRDefault="0096065B">
                  <w:r>
                    <w:t>24</w:t>
                  </w:r>
                </w:p>
              </w:tc>
              <w:tc>
                <w:tcPr>
                  <w:tcW w:w="622" w:type="dxa"/>
                </w:tcPr>
                <w:p w14:paraId="033917F2" w14:textId="77777777" w:rsidR="008E355D" w:rsidRDefault="0096065B">
                  <w:r>
                    <w:t>25</w:t>
                  </w:r>
                </w:p>
              </w:tc>
            </w:tr>
            <w:tr w:rsidR="008E355D" w14:paraId="7DD85A07" w14:textId="77777777">
              <w:tc>
                <w:tcPr>
                  <w:tcW w:w="622" w:type="dxa"/>
                </w:tcPr>
                <w:p w14:paraId="59F7A25F" w14:textId="77777777" w:rsidR="008E355D" w:rsidRDefault="0096065B">
                  <w:r>
                    <w:t>28</w:t>
                  </w:r>
                </w:p>
              </w:tc>
              <w:tc>
                <w:tcPr>
                  <w:tcW w:w="622" w:type="dxa"/>
                </w:tcPr>
                <w:p w14:paraId="1775D929" w14:textId="77777777" w:rsidR="008E355D" w:rsidRDefault="0096065B">
                  <w:r>
                    <w:t>29</w:t>
                  </w:r>
                </w:p>
              </w:tc>
              <w:tc>
                <w:tcPr>
                  <w:tcW w:w="622" w:type="dxa"/>
                </w:tcPr>
                <w:p w14:paraId="43B36BAC" w14:textId="77777777" w:rsidR="008E355D" w:rsidRDefault="0096065B">
                  <w:r>
                    <w:t>30</w:t>
                  </w:r>
                </w:p>
              </w:tc>
              <w:tc>
                <w:tcPr>
                  <w:tcW w:w="622" w:type="dxa"/>
                </w:tcPr>
                <w:p w14:paraId="70DF9E56" w14:textId="77777777" w:rsidR="008E355D" w:rsidRDefault="008E355D"/>
              </w:tc>
              <w:tc>
                <w:tcPr>
                  <w:tcW w:w="622" w:type="dxa"/>
                </w:tcPr>
                <w:p w14:paraId="44E871BC" w14:textId="77777777" w:rsidR="008E355D" w:rsidRDefault="008E355D"/>
              </w:tc>
            </w:tr>
          </w:tbl>
          <w:p w14:paraId="144A5D23" w14:textId="77777777" w:rsidR="008E355D" w:rsidRDefault="008E355D"/>
        </w:tc>
      </w:tr>
    </w:tbl>
    <w:tbl>
      <w:tblPr>
        <w:tblW w:w="13308" w:type="dxa"/>
        <w:tblLook w:val="04A0" w:firstRow="1" w:lastRow="0" w:firstColumn="1" w:lastColumn="0" w:noHBand="0" w:noVBand="1"/>
      </w:tblPr>
      <w:tblGrid>
        <w:gridCol w:w="2430"/>
        <w:gridCol w:w="2754"/>
        <w:gridCol w:w="2593"/>
        <w:gridCol w:w="2295"/>
        <w:gridCol w:w="2891"/>
        <w:gridCol w:w="345"/>
      </w:tblGrid>
      <w:tr w:rsidR="008E355D" w14:paraId="738610EB" w14:textId="77777777" w:rsidTr="2ADC3D5F">
        <w:tc>
          <w:tcPr>
            <w:tcW w:w="2430" w:type="dxa"/>
            <w:shd w:val="clear" w:color="auto" w:fill="FFF200"/>
          </w:tcPr>
          <w:p w14:paraId="637805D2" w14:textId="77777777" w:rsidR="008E355D" w:rsidRDefault="008E355D"/>
        </w:tc>
        <w:tc>
          <w:tcPr>
            <w:tcW w:w="2754" w:type="dxa"/>
            <w:shd w:val="clear" w:color="auto" w:fill="50C878"/>
          </w:tcPr>
          <w:p w14:paraId="463F29E8" w14:textId="77777777" w:rsidR="008E355D" w:rsidRDefault="008E355D"/>
        </w:tc>
        <w:tc>
          <w:tcPr>
            <w:tcW w:w="2593" w:type="dxa"/>
            <w:shd w:val="clear" w:color="auto" w:fill="B57EDC"/>
          </w:tcPr>
          <w:p w14:paraId="3B7B4B86" w14:textId="77777777" w:rsidR="008E355D" w:rsidRDefault="008E355D"/>
        </w:tc>
        <w:tc>
          <w:tcPr>
            <w:tcW w:w="2295" w:type="dxa"/>
            <w:shd w:val="clear" w:color="auto" w:fill="FF0000"/>
          </w:tcPr>
          <w:p w14:paraId="3A0FF5F2" w14:textId="77777777" w:rsidR="008E355D" w:rsidRDefault="008E355D"/>
        </w:tc>
        <w:tc>
          <w:tcPr>
            <w:tcW w:w="2891" w:type="dxa"/>
            <w:shd w:val="clear" w:color="auto" w:fill="B6F0B6"/>
          </w:tcPr>
          <w:p w14:paraId="70BCB9E7" w14:textId="77777777" w:rsidR="2ADC3D5F" w:rsidRDefault="2ADC3D5F"/>
        </w:tc>
        <w:tc>
          <w:tcPr>
            <w:tcW w:w="345" w:type="dxa"/>
            <w:shd w:val="clear" w:color="auto" w:fill="B6F0B6"/>
          </w:tcPr>
          <w:p w14:paraId="5EBB02AD" w14:textId="1164B767" w:rsidR="2ADC3D5F" w:rsidRDefault="2ADC3D5F"/>
        </w:tc>
      </w:tr>
      <w:tr w:rsidR="008E355D" w14:paraId="46275419" w14:textId="77777777" w:rsidTr="2ADC3D5F">
        <w:tc>
          <w:tcPr>
            <w:tcW w:w="2430" w:type="dxa"/>
          </w:tcPr>
          <w:p w14:paraId="5FFBD064" w14:textId="77777777" w:rsidR="008E355D" w:rsidRDefault="0096065B">
            <w:r>
              <w:t>First / Last Day</w:t>
            </w:r>
          </w:p>
        </w:tc>
        <w:tc>
          <w:tcPr>
            <w:tcW w:w="2754" w:type="dxa"/>
          </w:tcPr>
          <w:p w14:paraId="1D270E38" w14:textId="187AE7F4" w:rsidR="008E355D" w:rsidRDefault="751EA3BB">
            <w:r>
              <w:t xml:space="preserve">Friday - </w:t>
            </w:r>
            <w:r w:rsidR="0096065B">
              <w:t>Early Dismissal</w:t>
            </w:r>
          </w:p>
        </w:tc>
        <w:tc>
          <w:tcPr>
            <w:tcW w:w="2593" w:type="dxa"/>
          </w:tcPr>
          <w:p w14:paraId="30CB3ACD" w14:textId="77777777" w:rsidR="008E355D" w:rsidRDefault="0096065B">
            <w:r>
              <w:t>Holiday / No School</w:t>
            </w:r>
          </w:p>
        </w:tc>
        <w:tc>
          <w:tcPr>
            <w:tcW w:w="2295" w:type="dxa"/>
          </w:tcPr>
          <w:p w14:paraId="36ADE087" w14:textId="77777777" w:rsidR="008E355D" w:rsidRDefault="0096065B">
            <w:r>
              <w:t>No School</w:t>
            </w:r>
          </w:p>
        </w:tc>
        <w:tc>
          <w:tcPr>
            <w:tcW w:w="2891" w:type="dxa"/>
          </w:tcPr>
          <w:p w14:paraId="2AB34CFA" w14:textId="76692F15" w:rsidR="008E355D" w:rsidRDefault="2C96BCF8">
            <w:r>
              <w:t>Parent Conference – No School</w:t>
            </w:r>
          </w:p>
        </w:tc>
        <w:tc>
          <w:tcPr>
            <w:tcW w:w="345" w:type="dxa"/>
          </w:tcPr>
          <w:p w14:paraId="2E4FFD64" w14:textId="38E4547C" w:rsidR="008E355D" w:rsidRDefault="008E355D"/>
        </w:tc>
      </w:tr>
    </w:tbl>
    <w:p w14:paraId="344D6511" w14:textId="77777777" w:rsidR="0096065B" w:rsidRDefault="0096065B" w:rsidP="00EE2AB2"/>
    <w:sectPr w:rsidR="0096065B" w:rsidSect="00034616">
      <w:footerReference w:type="even" r:id="rId8"/>
      <w:footerReference w:type="default" r:id="rId9"/>
      <w:footerReference w:type="first" r:id="rId10"/>
      <w:pgSz w:w="15840" w:h="12240" w:orient="landscape"/>
      <w:pgMar w:top="142" w:right="142" w:bottom="142" w:left="14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D0608" w14:textId="77777777" w:rsidR="003957C6" w:rsidRDefault="003957C6" w:rsidP="00152AD7">
      <w:pPr>
        <w:spacing w:after="0" w:line="240" w:lineRule="auto"/>
      </w:pPr>
      <w:r>
        <w:separator/>
      </w:r>
    </w:p>
  </w:endnote>
  <w:endnote w:type="continuationSeparator" w:id="0">
    <w:p w14:paraId="462A5684" w14:textId="77777777" w:rsidR="003957C6" w:rsidRDefault="003957C6" w:rsidP="00152A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62A4C" w14:textId="11A1AF82" w:rsidR="00152AD7" w:rsidRDefault="00152A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47192" w14:textId="5618D49F" w:rsidR="00152AD7" w:rsidRDefault="00152AD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5A0C7" w14:textId="75AF0327" w:rsidR="00152AD7" w:rsidRDefault="00152A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921A5" w14:textId="77777777" w:rsidR="003957C6" w:rsidRDefault="003957C6" w:rsidP="00152AD7">
      <w:pPr>
        <w:spacing w:after="0" w:line="240" w:lineRule="auto"/>
      </w:pPr>
      <w:r>
        <w:separator/>
      </w:r>
    </w:p>
  </w:footnote>
  <w:footnote w:type="continuationSeparator" w:id="0">
    <w:p w14:paraId="79A7735C" w14:textId="77777777" w:rsidR="003957C6" w:rsidRDefault="003957C6" w:rsidP="00152A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00841751">
    <w:abstractNumId w:val="8"/>
  </w:num>
  <w:num w:numId="2" w16cid:durableId="801965484">
    <w:abstractNumId w:val="6"/>
  </w:num>
  <w:num w:numId="3" w16cid:durableId="699356362">
    <w:abstractNumId w:val="5"/>
  </w:num>
  <w:num w:numId="4" w16cid:durableId="1688673995">
    <w:abstractNumId w:val="4"/>
  </w:num>
  <w:num w:numId="5" w16cid:durableId="2092971931">
    <w:abstractNumId w:val="7"/>
  </w:num>
  <w:num w:numId="6" w16cid:durableId="1358849337">
    <w:abstractNumId w:val="3"/>
  </w:num>
  <w:num w:numId="7" w16cid:durableId="46345922">
    <w:abstractNumId w:val="2"/>
  </w:num>
  <w:num w:numId="8" w16cid:durableId="1907642056">
    <w:abstractNumId w:val="1"/>
  </w:num>
  <w:num w:numId="9" w16cid:durableId="881017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2AD7"/>
    <w:rsid w:val="0029639D"/>
    <w:rsid w:val="00326F90"/>
    <w:rsid w:val="003957C6"/>
    <w:rsid w:val="0043191E"/>
    <w:rsid w:val="00467E0B"/>
    <w:rsid w:val="008E355D"/>
    <w:rsid w:val="00901D02"/>
    <w:rsid w:val="0096065B"/>
    <w:rsid w:val="00AA1D8D"/>
    <w:rsid w:val="00B47730"/>
    <w:rsid w:val="00BE2002"/>
    <w:rsid w:val="00CB0664"/>
    <w:rsid w:val="00EE2AB2"/>
    <w:rsid w:val="00FC693F"/>
    <w:rsid w:val="121262A0"/>
    <w:rsid w:val="2ADC3D5F"/>
    <w:rsid w:val="2C96BCF8"/>
    <w:rsid w:val="3696D7C6"/>
    <w:rsid w:val="400C95C4"/>
    <w:rsid w:val="56ABB2AE"/>
    <w:rsid w:val="5B6806ED"/>
    <w:rsid w:val="7309B4AC"/>
    <w:rsid w:val="751EA3BB"/>
    <w:rsid w:val="7B97F530"/>
    <w:rsid w:val="7C3F0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A9D835EC-0D2C-40D4-A9BB-F1CABEB3A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1ab4c2-ce41-4c49-b913-ec96a901a88d}" enabled="1" method="Privileged" siteId="{e56e5535-8e7b-44d0-bfa8-1d50833ab84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178</Words>
  <Characters>1017</Characters>
  <Application>Microsoft Office Word</Application>
  <DocSecurity>0</DocSecurity>
  <Lines>8</Lines>
  <Paragraphs>2</Paragraphs>
  <ScaleCrop>false</ScaleCrop>
  <Manager/>
  <Company/>
  <LinksUpToDate>false</LinksUpToDate>
  <CharactersWithSpaces>1193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Shana Hoefer</dc:creator>
  <cp:keywords/>
  <dc:description>generated by python-docx</dc:description>
  <cp:lastModifiedBy>Candy Yarbrough</cp:lastModifiedBy>
  <cp:revision>2</cp:revision>
  <cp:lastPrinted>2026-08-26T19:24:00Z</cp:lastPrinted>
  <dcterms:created xsi:type="dcterms:W3CDTF">2026-08-26T19:26:00Z</dcterms:created>
  <dcterms:modified xsi:type="dcterms:W3CDTF">2026-08-26T19:26:00Z</dcterms:modified>
  <cp:category/>
</cp:coreProperties>
</file>