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D87EB5" w14:textId="3B1ABAA3" w:rsidR="002D69B7" w:rsidRPr="00751423" w:rsidRDefault="00751423" w:rsidP="00751423">
      <w:pPr>
        <w:jc w:val="center"/>
        <w:rPr>
          <w:b/>
          <w:color w:val="800000"/>
          <w:sz w:val="48"/>
        </w:rPr>
      </w:pPr>
      <w:r>
        <w:rPr>
          <w:rFonts w:ascii="Baskerville Old Face" w:hAnsi="Baskerville Old Face"/>
          <w:b/>
          <w:noProof/>
          <w:sz w:val="44"/>
          <w:szCs w:val="44"/>
        </w:rPr>
        <w:drawing>
          <wp:inline distT="0" distB="0" distL="0" distR="0" wp14:anchorId="72FB7DDD" wp14:editId="351879DA">
            <wp:extent cx="2024380" cy="1096010"/>
            <wp:effectExtent l="0" t="0" r="0" b="0"/>
            <wp:docPr id="1" name="Picture 1" descr="A picture containing text, clipart, drawing, graphics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text, clipart, drawing, graphics&#10;&#10;Description automatically generated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380" cy="109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>
        <w:rPr>
          <w:b/>
          <w:color w:val="800000"/>
          <w:sz w:val="48"/>
        </w:rPr>
        <w:br/>
      </w:r>
      <w:r w:rsidR="00000000" w:rsidRPr="00751423">
        <w:rPr>
          <w:b/>
          <w:color w:val="000000" w:themeColor="text1"/>
          <w:sz w:val="48"/>
        </w:rPr>
        <w:t>Bell Schedule 2026–2027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51"/>
        <w:gridCol w:w="5251"/>
      </w:tblGrid>
      <w:tr w:rsidR="002D69B7" w14:paraId="4BA0CF90" w14:textId="77777777" w:rsidTr="00B0058E">
        <w:tc>
          <w:tcPr>
            <w:tcW w:w="5256" w:type="dxa"/>
            <w:shd w:val="clear" w:color="auto" w:fill="511123"/>
          </w:tcPr>
          <w:p w14:paraId="3081CA3C" w14:textId="77777777" w:rsidR="002D69B7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t>Blocks</w:t>
            </w:r>
          </w:p>
        </w:tc>
        <w:tc>
          <w:tcPr>
            <w:tcW w:w="5256" w:type="dxa"/>
            <w:shd w:val="clear" w:color="auto" w:fill="511123"/>
          </w:tcPr>
          <w:p w14:paraId="7E382999" w14:textId="77777777" w:rsidR="002D69B7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t>Time</w:t>
            </w:r>
          </w:p>
        </w:tc>
      </w:tr>
      <w:tr w:rsidR="002D69B7" w14:paraId="0ED7E8F6" w14:textId="77777777" w:rsidTr="0057657C">
        <w:tc>
          <w:tcPr>
            <w:tcW w:w="5256" w:type="dxa"/>
            <w:shd w:val="clear" w:color="auto" w:fill="D9D9D9" w:themeFill="background1" w:themeFillShade="D9"/>
          </w:tcPr>
          <w:p w14:paraId="7347A040" w14:textId="77777777" w:rsidR="002D69B7" w:rsidRDefault="00000000">
            <w:pPr>
              <w:jc w:val="center"/>
            </w:pPr>
            <w:r>
              <w:rPr>
                <w:sz w:val="24"/>
              </w:rPr>
              <w:t>Breakfast</w:t>
            </w:r>
          </w:p>
        </w:tc>
        <w:tc>
          <w:tcPr>
            <w:tcW w:w="5256" w:type="dxa"/>
            <w:shd w:val="clear" w:color="auto" w:fill="D9D9D9" w:themeFill="background1" w:themeFillShade="D9"/>
          </w:tcPr>
          <w:p w14:paraId="013D0ADB" w14:textId="77777777" w:rsidR="002D69B7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8:00 – 8:10 a.m.</w:t>
            </w:r>
          </w:p>
          <w:p w14:paraId="1DDBA865" w14:textId="77777777" w:rsidR="00751423" w:rsidRDefault="00751423">
            <w:pPr>
              <w:jc w:val="center"/>
            </w:pPr>
          </w:p>
        </w:tc>
      </w:tr>
      <w:tr w:rsidR="002D69B7" w14:paraId="425447A3" w14:textId="77777777">
        <w:tc>
          <w:tcPr>
            <w:tcW w:w="5256" w:type="dxa"/>
            <w:shd w:val="clear" w:color="auto" w:fill="FFFFFF"/>
          </w:tcPr>
          <w:p w14:paraId="0C10D6AC" w14:textId="77777777" w:rsidR="002D69B7" w:rsidRDefault="00000000">
            <w:pPr>
              <w:jc w:val="center"/>
            </w:pPr>
            <w:r>
              <w:rPr>
                <w:sz w:val="24"/>
              </w:rPr>
              <w:t>Transition to 1st Block</w:t>
            </w:r>
          </w:p>
        </w:tc>
        <w:tc>
          <w:tcPr>
            <w:tcW w:w="5256" w:type="dxa"/>
            <w:shd w:val="clear" w:color="auto" w:fill="FFFFFF"/>
          </w:tcPr>
          <w:p w14:paraId="533AFA77" w14:textId="77777777" w:rsidR="002D69B7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8:10 – 8:15 a.m.</w:t>
            </w:r>
          </w:p>
          <w:p w14:paraId="7D084BE3" w14:textId="77777777" w:rsidR="00751423" w:rsidRDefault="00751423">
            <w:pPr>
              <w:jc w:val="center"/>
            </w:pPr>
          </w:p>
        </w:tc>
      </w:tr>
      <w:tr w:rsidR="002D69B7" w14:paraId="6F6DC0AF" w14:textId="77777777" w:rsidTr="0057657C">
        <w:tc>
          <w:tcPr>
            <w:tcW w:w="5256" w:type="dxa"/>
            <w:shd w:val="clear" w:color="auto" w:fill="D9D9D9" w:themeFill="background1" w:themeFillShade="D9"/>
          </w:tcPr>
          <w:p w14:paraId="364D21F1" w14:textId="77777777" w:rsidR="002D69B7" w:rsidRDefault="00000000">
            <w:pPr>
              <w:jc w:val="center"/>
            </w:pPr>
            <w:r>
              <w:rPr>
                <w:sz w:val="24"/>
              </w:rPr>
              <w:t>1st Block</w:t>
            </w:r>
          </w:p>
        </w:tc>
        <w:tc>
          <w:tcPr>
            <w:tcW w:w="5256" w:type="dxa"/>
            <w:shd w:val="clear" w:color="auto" w:fill="D9D9D9" w:themeFill="background1" w:themeFillShade="D9"/>
          </w:tcPr>
          <w:p w14:paraId="6BBC3078" w14:textId="77777777" w:rsidR="002D69B7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8:15 – 9:30 a.m.</w:t>
            </w:r>
          </w:p>
          <w:p w14:paraId="481BD957" w14:textId="77777777" w:rsidR="00751423" w:rsidRDefault="00751423">
            <w:pPr>
              <w:jc w:val="center"/>
            </w:pPr>
          </w:p>
        </w:tc>
      </w:tr>
      <w:tr w:rsidR="002D69B7" w14:paraId="042B5C23" w14:textId="77777777">
        <w:tc>
          <w:tcPr>
            <w:tcW w:w="5256" w:type="dxa"/>
            <w:shd w:val="clear" w:color="auto" w:fill="FFFFFF"/>
          </w:tcPr>
          <w:p w14:paraId="6085F0DC" w14:textId="77777777" w:rsidR="002D69B7" w:rsidRDefault="00000000">
            <w:pPr>
              <w:jc w:val="center"/>
            </w:pPr>
            <w:r>
              <w:rPr>
                <w:sz w:val="24"/>
              </w:rPr>
              <w:t>Transition to 2nd Block</w:t>
            </w:r>
          </w:p>
        </w:tc>
        <w:tc>
          <w:tcPr>
            <w:tcW w:w="5256" w:type="dxa"/>
            <w:shd w:val="clear" w:color="auto" w:fill="FFFFFF"/>
          </w:tcPr>
          <w:p w14:paraId="62F1D919" w14:textId="77777777" w:rsidR="002D69B7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9:30 – 9:35 a.m.</w:t>
            </w:r>
          </w:p>
          <w:p w14:paraId="0D76085C" w14:textId="77777777" w:rsidR="00751423" w:rsidRDefault="00751423">
            <w:pPr>
              <w:jc w:val="center"/>
            </w:pPr>
          </w:p>
        </w:tc>
      </w:tr>
      <w:tr w:rsidR="002D69B7" w14:paraId="418B3C5E" w14:textId="77777777" w:rsidTr="0057657C">
        <w:tc>
          <w:tcPr>
            <w:tcW w:w="5256" w:type="dxa"/>
            <w:shd w:val="clear" w:color="auto" w:fill="D9D9D9" w:themeFill="background1" w:themeFillShade="D9"/>
          </w:tcPr>
          <w:p w14:paraId="0E7A4C5C" w14:textId="77777777" w:rsidR="002D69B7" w:rsidRDefault="00000000">
            <w:pPr>
              <w:jc w:val="center"/>
            </w:pPr>
            <w:r>
              <w:rPr>
                <w:sz w:val="24"/>
              </w:rPr>
              <w:t>2nd Block</w:t>
            </w:r>
          </w:p>
        </w:tc>
        <w:tc>
          <w:tcPr>
            <w:tcW w:w="5256" w:type="dxa"/>
            <w:shd w:val="clear" w:color="auto" w:fill="D9D9D9" w:themeFill="background1" w:themeFillShade="D9"/>
          </w:tcPr>
          <w:p w14:paraId="0E973D9A" w14:textId="77777777" w:rsidR="002D69B7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9:35 – 10:50 a.m.</w:t>
            </w:r>
          </w:p>
          <w:p w14:paraId="04D02E42" w14:textId="77777777" w:rsidR="00751423" w:rsidRDefault="00751423">
            <w:pPr>
              <w:jc w:val="center"/>
            </w:pPr>
          </w:p>
        </w:tc>
      </w:tr>
      <w:tr w:rsidR="002D69B7" w14:paraId="490CF0A3" w14:textId="77777777">
        <w:tc>
          <w:tcPr>
            <w:tcW w:w="5256" w:type="dxa"/>
            <w:shd w:val="clear" w:color="auto" w:fill="FFFFFF"/>
          </w:tcPr>
          <w:p w14:paraId="1597CA4D" w14:textId="2130612F" w:rsidR="002D69B7" w:rsidRDefault="00000000">
            <w:pPr>
              <w:jc w:val="center"/>
            </w:pPr>
            <w:r>
              <w:rPr>
                <w:sz w:val="24"/>
              </w:rPr>
              <w:t>Transition to 3rd Block</w:t>
            </w:r>
            <w:r w:rsidR="00751423">
              <w:rPr>
                <w:sz w:val="24"/>
              </w:rPr>
              <w:t>/1</w:t>
            </w:r>
            <w:r w:rsidR="00751423" w:rsidRPr="00751423">
              <w:rPr>
                <w:sz w:val="24"/>
                <w:vertAlign w:val="superscript"/>
              </w:rPr>
              <w:t>st</w:t>
            </w:r>
            <w:r w:rsidR="00751423">
              <w:rPr>
                <w:sz w:val="24"/>
              </w:rPr>
              <w:t xml:space="preserve"> Lunch</w:t>
            </w:r>
          </w:p>
        </w:tc>
        <w:tc>
          <w:tcPr>
            <w:tcW w:w="5256" w:type="dxa"/>
            <w:shd w:val="clear" w:color="auto" w:fill="FFFFFF"/>
          </w:tcPr>
          <w:p w14:paraId="7EE1DAB8" w14:textId="77777777" w:rsidR="002D69B7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10:50 – 10:55 a.m</w:t>
            </w:r>
            <w:r w:rsidR="00751423">
              <w:rPr>
                <w:sz w:val="24"/>
              </w:rPr>
              <w:t>.</w:t>
            </w:r>
          </w:p>
          <w:p w14:paraId="7B38B1E1" w14:textId="68EC5432" w:rsidR="00751423" w:rsidRDefault="00751423">
            <w:pPr>
              <w:jc w:val="center"/>
            </w:pPr>
          </w:p>
        </w:tc>
      </w:tr>
      <w:tr w:rsidR="002D69B7" w14:paraId="5024B55B" w14:textId="77777777" w:rsidTr="0057657C">
        <w:tc>
          <w:tcPr>
            <w:tcW w:w="5256" w:type="dxa"/>
            <w:shd w:val="clear" w:color="auto" w:fill="D9D9D9" w:themeFill="background1" w:themeFillShade="D9"/>
          </w:tcPr>
          <w:p w14:paraId="10786646" w14:textId="77777777" w:rsidR="002D69B7" w:rsidRDefault="00000000">
            <w:pPr>
              <w:jc w:val="center"/>
            </w:pPr>
            <w:r>
              <w:rPr>
                <w:sz w:val="24"/>
              </w:rPr>
              <w:t>3rd Block</w:t>
            </w:r>
          </w:p>
        </w:tc>
        <w:tc>
          <w:tcPr>
            <w:tcW w:w="5256" w:type="dxa"/>
            <w:shd w:val="clear" w:color="auto" w:fill="D9D9D9" w:themeFill="background1" w:themeFillShade="D9"/>
          </w:tcPr>
          <w:p w14:paraId="0359DE4C" w14:textId="77777777" w:rsidR="002D69B7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10:55 – 12:40 p.m.</w:t>
            </w:r>
          </w:p>
          <w:p w14:paraId="75F842B9" w14:textId="77777777" w:rsidR="00751423" w:rsidRDefault="00751423">
            <w:pPr>
              <w:jc w:val="center"/>
            </w:pPr>
          </w:p>
        </w:tc>
      </w:tr>
      <w:tr w:rsidR="002D69B7" w14:paraId="22A053D1" w14:textId="77777777">
        <w:tc>
          <w:tcPr>
            <w:tcW w:w="5256" w:type="dxa"/>
            <w:shd w:val="clear" w:color="auto" w:fill="FFFFFF"/>
          </w:tcPr>
          <w:p w14:paraId="2B4E5188" w14:textId="77777777" w:rsidR="002D69B7" w:rsidRDefault="00000000">
            <w:pPr>
              <w:jc w:val="center"/>
            </w:pPr>
            <w:r>
              <w:rPr>
                <w:sz w:val="24"/>
              </w:rPr>
              <w:t>1st Lunch</w:t>
            </w:r>
          </w:p>
        </w:tc>
        <w:tc>
          <w:tcPr>
            <w:tcW w:w="5256" w:type="dxa"/>
            <w:shd w:val="clear" w:color="auto" w:fill="FFFFFF"/>
          </w:tcPr>
          <w:p w14:paraId="23DD9916" w14:textId="77777777" w:rsidR="002D69B7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10:55 – 11:25 a.m.</w:t>
            </w:r>
          </w:p>
          <w:p w14:paraId="769A9057" w14:textId="77777777" w:rsidR="00751423" w:rsidRDefault="00751423">
            <w:pPr>
              <w:jc w:val="center"/>
            </w:pPr>
          </w:p>
        </w:tc>
      </w:tr>
      <w:tr w:rsidR="002D69B7" w14:paraId="69830E76" w14:textId="77777777" w:rsidTr="0057657C">
        <w:tc>
          <w:tcPr>
            <w:tcW w:w="5256" w:type="dxa"/>
            <w:shd w:val="clear" w:color="auto" w:fill="D9D9D9" w:themeFill="background1" w:themeFillShade="D9"/>
          </w:tcPr>
          <w:p w14:paraId="7BBC364A" w14:textId="77777777" w:rsidR="002D69B7" w:rsidRDefault="00000000">
            <w:pPr>
              <w:jc w:val="center"/>
            </w:pPr>
            <w:r>
              <w:rPr>
                <w:sz w:val="24"/>
              </w:rPr>
              <w:t>1st Lunch (Transition to Class)</w:t>
            </w:r>
          </w:p>
        </w:tc>
        <w:tc>
          <w:tcPr>
            <w:tcW w:w="5256" w:type="dxa"/>
            <w:shd w:val="clear" w:color="auto" w:fill="D9D9D9" w:themeFill="background1" w:themeFillShade="D9"/>
          </w:tcPr>
          <w:p w14:paraId="3DCE0252" w14:textId="77777777" w:rsidR="002D69B7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11:25 – 11:30 a.m.</w:t>
            </w:r>
          </w:p>
          <w:p w14:paraId="7E7BAC04" w14:textId="77777777" w:rsidR="00751423" w:rsidRDefault="00751423">
            <w:pPr>
              <w:jc w:val="center"/>
            </w:pPr>
          </w:p>
        </w:tc>
      </w:tr>
      <w:tr w:rsidR="002D69B7" w14:paraId="39C83E4F" w14:textId="77777777">
        <w:tc>
          <w:tcPr>
            <w:tcW w:w="5256" w:type="dxa"/>
            <w:shd w:val="clear" w:color="auto" w:fill="FFFFFF"/>
          </w:tcPr>
          <w:p w14:paraId="63CEAC31" w14:textId="77777777" w:rsidR="002D69B7" w:rsidRDefault="00000000">
            <w:pPr>
              <w:jc w:val="center"/>
            </w:pPr>
            <w:r>
              <w:rPr>
                <w:sz w:val="24"/>
              </w:rPr>
              <w:t>Transition to 2nd Lunch</w:t>
            </w:r>
          </w:p>
        </w:tc>
        <w:tc>
          <w:tcPr>
            <w:tcW w:w="5256" w:type="dxa"/>
            <w:shd w:val="clear" w:color="auto" w:fill="FFFFFF"/>
          </w:tcPr>
          <w:p w14:paraId="4AA99B8C" w14:textId="4C9F6B54" w:rsidR="002D69B7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12:</w:t>
            </w:r>
            <w:r w:rsidR="00751423">
              <w:rPr>
                <w:sz w:val="24"/>
              </w:rPr>
              <w:t>05</w:t>
            </w:r>
            <w:r>
              <w:rPr>
                <w:sz w:val="24"/>
              </w:rPr>
              <w:t xml:space="preserve"> – 12:1</w:t>
            </w:r>
            <w:r w:rsidR="00751423">
              <w:rPr>
                <w:sz w:val="24"/>
              </w:rPr>
              <w:t>0</w:t>
            </w:r>
            <w:r>
              <w:rPr>
                <w:sz w:val="24"/>
              </w:rPr>
              <w:t xml:space="preserve"> p.m.</w:t>
            </w:r>
          </w:p>
          <w:p w14:paraId="0AB0C027" w14:textId="77777777" w:rsidR="00751423" w:rsidRDefault="00751423">
            <w:pPr>
              <w:jc w:val="center"/>
            </w:pPr>
          </w:p>
        </w:tc>
      </w:tr>
      <w:tr w:rsidR="002D69B7" w14:paraId="3C1ED9BB" w14:textId="77777777" w:rsidTr="0057657C">
        <w:tc>
          <w:tcPr>
            <w:tcW w:w="5256" w:type="dxa"/>
            <w:shd w:val="clear" w:color="auto" w:fill="D9D9D9" w:themeFill="background1" w:themeFillShade="D9"/>
          </w:tcPr>
          <w:p w14:paraId="520B21A2" w14:textId="77777777" w:rsidR="002D69B7" w:rsidRDefault="00000000">
            <w:pPr>
              <w:jc w:val="center"/>
            </w:pPr>
            <w:r>
              <w:rPr>
                <w:sz w:val="24"/>
              </w:rPr>
              <w:t>2nd Lunch</w:t>
            </w:r>
          </w:p>
        </w:tc>
        <w:tc>
          <w:tcPr>
            <w:tcW w:w="5256" w:type="dxa"/>
            <w:shd w:val="clear" w:color="auto" w:fill="D9D9D9" w:themeFill="background1" w:themeFillShade="D9"/>
          </w:tcPr>
          <w:p w14:paraId="794C6722" w14:textId="09E39FF7" w:rsidR="002D69B7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12:1</w:t>
            </w:r>
            <w:r w:rsidR="00751423">
              <w:rPr>
                <w:sz w:val="24"/>
              </w:rPr>
              <w:t>0</w:t>
            </w:r>
            <w:r>
              <w:rPr>
                <w:sz w:val="24"/>
              </w:rPr>
              <w:t xml:space="preserve"> – 12:</w:t>
            </w:r>
            <w:r w:rsidR="00751423">
              <w:rPr>
                <w:sz w:val="24"/>
              </w:rPr>
              <w:t>40</w:t>
            </w:r>
            <w:r>
              <w:rPr>
                <w:sz w:val="24"/>
              </w:rPr>
              <w:t xml:space="preserve"> p.m.</w:t>
            </w:r>
          </w:p>
          <w:p w14:paraId="101621E4" w14:textId="77777777" w:rsidR="00751423" w:rsidRDefault="00751423">
            <w:pPr>
              <w:jc w:val="center"/>
            </w:pPr>
          </w:p>
        </w:tc>
      </w:tr>
      <w:tr w:rsidR="002D69B7" w14:paraId="4223DFDE" w14:textId="77777777">
        <w:tc>
          <w:tcPr>
            <w:tcW w:w="5256" w:type="dxa"/>
            <w:shd w:val="clear" w:color="auto" w:fill="FFFFFF"/>
          </w:tcPr>
          <w:p w14:paraId="0693B3BA" w14:textId="77777777" w:rsidR="002D69B7" w:rsidRDefault="00000000">
            <w:pPr>
              <w:jc w:val="center"/>
            </w:pPr>
            <w:r>
              <w:rPr>
                <w:sz w:val="24"/>
              </w:rPr>
              <w:t>Transition to 4th Block</w:t>
            </w:r>
          </w:p>
        </w:tc>
        <w:tc>
          <w:tcPr>
            <w:tcW w:w="5256" w:type="dxa"/>
            <w:shd w:val="clear" w:color="auto" w:fill="FFFFFF"/>
          </w:tcPr>
          <w:p w14:paraId="1DC59657" w14:textId="6898FF94" w:rsidR="002D69B7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12:4</w:t>
            </w:r>
            <w:r w:rsidR="00751423">
              <w:rPr>
                <w:sz w:val="24"/>
              </w:rPr>
              <w:t>0</w:t>
            </w:r>
            <w:r>
              <w:rPr>
                <w:sz w:val="24"/>
              </w:rPr>
              <w:t xml:space="preserve"> – 12:</w:t>
            </w:r>
            <w:r w:rsidR="00751423">
              <w:rPr>
                <w:sz w:val="24"/>
              </w:rPr>
              <w:t>45</w:t>
            </w:r>
            <w:r>
              <w:rPr>
                <w:sz w:val="24"/>
              </w:rPr>
              <w:t xml:space="preserve"> p.m.</w:t>
            </w:r>
          </w:p>
          <w:p w14:paraId="6B62A369" w14:textId="77777777" w:rsidR="00751423" w:rsidRDefault="00751423">
            <w:pPr>
              <w:jc w:val="center"/>
            </w:pPr>
          </w:p>
        </w:tc>
      </w:tr>
      <w:tr w:rsidR="002D69B7" w14:paraId="0A1E79AA" w14:textId="77777777" w:rsidTr="0057657C">
        <w:tc>
          <w:tcPr>
            <w:tcW w:w="5256" w:type="dxa"/>
            <w:shd w:val="clear" w:color="auto" w:fill="D9D9D9" w:themeFill="background1" w:themeFillShade="D9"/>
          </w:tcPr>
          <w:p w14:paraId="755010B3" w14:textId="77777777" w:rsidR="002D69B7" w:rsidRDefault="00000000">
            <w:pPr>
              <w:jc w:val="center"/>
            </w:pPr>
            <w:r>
              <w:rPr>
                <w:sz w:val="24"/>
              </w:rPr>
              <w:t>4th Block</w:t>
            </w:r>
          </w:p>
        </w:tc>
        <w:tc>
          <w:tcPr>
            <w:tcW w:w="5256" w:type="dxa"/>
            <w:shd w:val="clear" w:color="auto" w:fill="D9D9D9" w:themeFill="background1" w:themeFillShade="D9"/>
          </w:tcPr>
          <w:p w14:paraId="6F8F1AD8" w14:textId="07861956" w:rsidR="002D69B7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12:</w:t>
            </w:r>
            <w:r w:rsidR="00751423">
              <w:rPr>
                <w:sz w:val="24"/>
              </w:rPr>
              <w:t>45</w:t>
            </w:r>
            <w:r>
              <w:rPr>
                <w:sz w:val="24"/>
              </w:rPr>
              <w:t xml:space="preserve"> – 2:0</w:t>
            </w:r>
            <w:r w:rsidR="00751423">
              <w:rPr>
                <w:sz w:val="24"/>
              </w:rPr>
              <w:t>0</w:t>
            </w:r>
            <w:r>
              <w:rPr>
                <w:sz w:val="24"/>
              </w:rPr>
              <w:t xml:space="preserve"> p.m.</w:t>
            </w:r>
          </w:p>
          <w:p w14:paraId="1B9DA70E" w14:textId="77777777" w:rsidR="00751423" w:rsidRDefault="00751423">
            <w:pPr>
              <w:jc w:val="center"/>
            </w:pPr>
          </w:p>
        </w:tc>
      </w:tr>
      <w:tr w:rsidR="002D69B7" w14:paraId="7E36D716" w14:textId="77777777">
        <w:tc>
          <w:tcPr>
            <w:tcW w:w="5256" w:type="dxa"/>
            <w:shd w:val="clear" w:color="auto" w:fill="FFFFFF"/>
          </w:tcPr>
          <w:p w14:paraId="4E2E1D5D" w14:textId="77777777" w:rsidR="002D69B7" w:rsidRDefault="00000000">
            <w:pPr>
              <w:jc w:val="center"/>
            </w:pPr>
            <w:r>
              <w:rPr>
                <w:sz w:val="24"/>
              </w:rPr>
              <w:t>Transition to 5th Block</w:t>
            </w:r>
          </w:p>
        </w:tc>
        <w:tc>
          <w:tcPr>
            <w:tcW w:w="5256" w:type="dxa"/>
            <w:shd w:val="clear" w:color="auto" w:fill="FFFFFF"/>
          </w:tcPr>
          <w:p w14:paraId="5879BB5F" w14:textId="014BA042" w:rsidR="002D69B7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2:0</w:t>
            </w:r>
            <w:r w:rsidR="00751423">
              <w:rPr>
                <w:sz w:val="24"/>
              </w:rPr>
              <w:t>0</w:t>
            </w:r>
            <w:r>
              <w:rPr>
                <w:sz w:val="24"/>
              </w:rPr>
              <w:t xml:space="preserve"> – 2:</w:t>
            </w:r>
            <w:r w:rsidR="00751423">
              <w:rPr>
                <w:sz w:val="24"/>
              </w:rPr>
              <w:t>05</w:t>
            </w:r>
            <w:r>
              <w:rPr>
                <w:sz w:val="24"/>
              </w:rPr>
              <w:t xml:space="preserve"> p.m.</w:t>
            </w:r>
          </w:p>
          <w:p w14:paraId="5A2951E0" w14:textId="77777777" w:rsidR="00751423" w:rsidRDefault="00751423">
            <w:pPr>
              <w:jc w:val="center"/>
            </w:pPr>
          </w:p>
        </w:tc>
      </w:tr>
      <w:tr w:rsidR="002D69B7" w14:paraId="3E099981" w14:textId="77777777" w:rsidTr="0057657C">
        <w:tc>
          <w:tcPr>
            <w:tcW w:w="5256" w:type="dxa"/>
            <w:shd w:val="clear" w:color="auto" w:fill="D9D9D9" w:themeFill="background1" w:themeFillShade="D9"/>
          </w:tcPr>
          <w:p w14:paraId="18E66998" w14:textId="77777777" w:rsidR="002D69B7" w:rsidRDefault="00000000">
            <w:pPr>
              <w:jc w:val="center"/>
            </w:pPr>
            <w:r>
              <w:rPr>
                <w:sz w:val="24"/>
              </w:rPr>
              <w:t>5th Block</w:t>
            </w:r>
          </w:p>
        </w:tc>
        <w:tc>
          <w:tcPr>
            <w:tcW w:w="5256" w:type="dxa"/>
            <w:shd w:val="clear" w:color="auto" w:fill="D9D9D9" w:themeFill="background1" w:themeFillShade="D9"/>
          </w:tcPr>
          <w:p w14:paraId="553CBAD7" w14:textId="007F70EB" w:rsidR="002D69B7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2:</w:t>
            </w:r>
            <w:r w:rsidR="00751423">
              <w:rPr>
                <w:sz w:val="24"/>
              </w:rPr>
              <w:t>05</w:t>
            </w:r>
            <w:r>
              <w:rPr>
                <w:sz w:val="24"/>
              </w:rPr>
              <w:t xml:space="preserve"> – 3:15 p.m.</w:t>
            </w:r>
          </w:p>
          <w:p w14:paraId="5A6DB6C5" w14:textId="77777777" w:rsidR="00751423" w:rsidRDefault="00751423">
            <w:pPr>
              <w:jc w:val="center"/>
            </w:pPr>
          </w:p>
        </w:tc>
      </w:tr>
    </w:tbl>
    <w:p w14:paraId="1152BFF6" w14:textId="77777777" w:rsidR="002D69B7" w:rsidRPr="00B0058E" w:rsidRDefault="002D69B7">
      <w:pPr>
        <w:rPr>
          <w:sz w:val="24"/>
          <w:szCs w:val="24"/>
        </w:rPr>
      </w:pPr>
    </w:p>
    <w:p w14:paraId="2E9AE888" w14:textId="1663226C" w:rsidR="002D69B7" w:rsidRPr="00B0058E" w:rsidRDefault="00000000">
      <w:pPr>
        <w:jc w:val="center"/>
        <w:rPr>
          <w:bCs/>
          <w:color w:val="000000" w:themeColor="text1"/>
          <w:sz w:val="36"/>
          <w:szCs w:val="24"/>
        </w:rPr>
      </w:pPr>
      <w:proofErr w:type="spellStart"/>
      <w:proofErr w:type="gramStart"/>
      <w:r w:rsidRPr="00B0058E">
        <w:rPr>
          <w:b/>
          <w:color w:val="800000"/>
          <w:sz w:val="36"/>
          <w:szCs w:val="24"/>
        </w:rPr>
        <w:t>D</w:t>
      </w:r>
      <w:r w:rsidRPr="00B0058E">
        <w:rPr>
          <w:bCs/>
          <w:color w:val="000000" w:themeColor="text1"/>
          <w:sz w:val="36"/>
          <w:szCs w:val="24"/>
        </w:rPr>
        <w:t>etermination</w:t>
      </w:r>
      <w:r w:rsidRPr="00B0058E">
        <w:rPr>
          <w:bCs/>
          <w:color w:val="4D1025"/>
          <w:sz w:val="36"/>
          <w:szCs w:val="24"/>
        </w:rPr>
        <w:t>.</w:t>
      </w:r>
      <w:r w:rsidRPr="00B0058E">
        <w:rPr>
          <w:b/>
          <w:color w:val="800000"/>
          <w:sz w:val="36"/>
          <w:szCs w:val="24"/>
        </w:rPr>
        <w:t>A</w:t>
      </w:r>
      <w:r w:rsidRPr="00B0058E">
        <w:rPr>
          <w:bCs/>
          <w:color w:val="000000" w:themeColor="text1"/>
          <w:sz w:val="36"/>
          <w:szCs w:val="24"/>
        </w:rPr>
        <w:t>ccountability</w:t>
      </w:r>
      <w:r w:rsidRPr="00B0058E">
        <w:rPr>
          <w:bCs/>
          <w:color w:val="4D1025"/>
          <w:sz w:val="36"/>
          <w:szCs w:val="24"/>
        </w:rPr>
        <w:t>.</w:t>
      </w:r>
      <w:r w:rsidRPr="00B0058E">
        <w:rPr>
          <w:b/>
          <w:color w:val="800000"/>
          <w:sz w:val="36"/>
          <w:szCs w:val="24"/>
        </w:rPr>
        <w:t>R</w:t>
      </w:r>
      <w:r w:rsidRPr="00B0058E">
        <w:rPr>
          <w:bCs/>
          <w:color w:val="000000" w:themeColor="text1"/>
          <w:sz w:val="36"/>
          <w:szCs w:val="24"/>
        </w:rPr>
        <w:t>espect</w:t>
      </w:r>
      <w:r w:rsidRPr="00B0058E">
        <w:rPr>
          <w:bCs/>
          <w:color w:val="4D1025"/>
          <w:sz w:val="36"/>
          <w:szCs w:val="24"/>
        </w:rPr>
        <w:t>.</w:t>
      </w:r>
      <w:r w:rsidRPr="00B0058E">
        <w:rPr>
          <w:b/>
          <w:color w:val="800000"/>
          <w:sz w:val="36"/>
          <w:szCs w:val="24"/>
        </w:rPr>
        <w:t>E</w:t>
      </w:r>
      <w:r w:rsidRPr="00B0058E">
        <w:rPr>
          <w:bCs/>
          <w:color w:val="000000" w:themeColor="text1"/>
          <w:sz w:val="36"/>
          <w:szCs w:val="24"/>
        </w:rPr>
        <w:t>xcellence</w:t>
      </w:r>
      <w:proofErr w:type="spellEnd"/>
      <w:proofErr w:type="gramEnd"/>
      <w:r w:rsidR="00751423" w:rsidRPr="00B0058E">
        <w:rPr>
          <w:bCs/>
          <w:color w:val="000000" w:themeColor="text1"/>
          <w:sz w:val="36"/>
          <w:szCs w:val="24"/>
        </w:rPr>
        <w:t xml:space="preserve"> </w:t>
      </w:r>
      <w:r w:rsidRPr="00B0058E">
        <w:rPr>
          <w:b/>
          <w:color w:val="800000"/>
          <w:sz w:val="36"/>
          <w:szCs w:val="24"/>
        </w:rPr>
        <w:t xml:space="preserve">. . . </w:t>
      </w:r>
      <w:r w:rsidRPr="00B0058E">
        <w:rPr>
          <w:rFonts w:ascii="Apple Chancery" w:hAnsi="Apple Chancery" w:cs="Apple Chancery" w:hint="cs"/>
          <w:b/>
          <w:color w:val="800000"/>
          <w:sz w:val="36"/>
          <w:szCs w:val="24"/>
        </w:rPr>
        <w:t>to be Great!</w:t>
      </w:r>
    </w:p>
    <w:p w14:paraId="34669D75" w14:textId="77777777" w:rsidR="00751423" w:rsidRPr="00751423" w:rsidRDefault="00751423" w:rsidP="00751423"/>
    <w:p w14:paraId="7DD4270C" w14:textId="4EEAF371" w:rsidR="00751423" w:rsidRPr="00751423" w:rsidRDefault="00751423" w:rsidP="00751423">
      <w:pPr>
        <w:tabs>
          <w:tab w:val="left" w:pos="6945"/>
        </w:tabs>
      </w:pPr>
      <w:r>
        <w:tab/>
      </w:r>
    </w:p>
    <w:sectPr w:rsidR="00751423" w:rsidRPr="00751423" w:rsidSect="00B0058E">
      <w:footerReference w:type="default" r:id="rId9"/>
      <w:pgSz w:w="12240" w:h="15840"/>
      <w:pgMar w:top="720" w:right="864" w:bottom="720" w:left="864" w:header="720" w:footer="72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63E9D6" w14:textId="77777777" w:rsidR="00FB016F" w:rsidRDefault="00FB016F">
      <w:pPr>
        <w:spacing w:after="0" w:line="240" w:lineRule="auto"/>
      </w:pPr>
      <w:r>
        <w:separator/>
      </w:r>
    </w:p>
  </w:endnote>
  <w:endnote w:type="continuationSeparator" w:id="0">
    <w:p w14:paraId="015D865C" w14:textId="77777777" w:rsidR="00FB016F" w:rsidRDefault="00FB0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Baskerville Old Face">
    <w:panose1 w:val="02020602080505020303"/>
    <w:charset w:val="4D"/>
    <w:family w:val="roman"/>
    <w:pitch w:val="variable"/>
    <w:sig w:usb0="00000003" w:usb1="00000000" w:usb2="00000000" w:usb3="00000000" w:csb0="00000001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18D990" w14:textId="36DD12B7" w:rsidR="002D69B7" w:rsidRDefault="002D69B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DD57C0" w14:textId="77777777" w:rsidR="00FB016F" w:rsidRDefault="00FB016F">
      <w:pPr>
        <w:spacing w:after="0" w:line="240" w:lineRule="auto"/>
      </w:pPr>
      <w:r>
        <w:separator/>
      </w:r>
    </w:p>
  </w:footnote>
  <w:footnote w:type="continuationSeparator" w:id="0">
    <w:p w14:paraId="69F1A3BE" w14:textId="77777777" w:rsidR="00FB016F" w:rsidRDefault="00FB01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7932105">
    <w:abstractNumId w:val="8"/>
  </w:num>
  <w:num w:numId="2" w16cid:durableId="1281647069">
    <w:abstractNumId w:val="6"/>
  </w:num>
  <w:num w:numId="3" w16cid:durableId="147283870">
    <w:abstractNumId w:val="5"/>
  </w:num>
  <w:num w:numId="4" w16cid:durableId="2107921821">
    <w:abstractNumId w:val="4"/>
  </w:num>
  <w:num w:numId="5" w16cid:durableId="1812939162">
    <w:abstractNumId w:val="7"/>
  </w:num>
  <w:num w:numId="6" w16cid:durableId="241837366">
    <w:abstractNumId w:val="3"/>
  </w:num>
  <w:num w:numId="7" w16cid:durableId="891430525">
    <w:abstractNumId w:val="2"/>
  </w:num>
  <w:num w:numId="8" w16cid:durableId="2129079995">
    <w:abstractNumId w:val="1"/>
  </w:num>
  <w:num w:numId="9" w16cid:durableId="1681547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7217"/>
    <w:rsid w:val="0015074B"/>
    <w:rsid w:val="0029639D"/>
    <w:rsid w:val="002D69B7"/>
    <w:rsid w:val="00326F90"/>
    <w:rsid w:val="0057657C"/>
    <w:rsid w:val="00751423"/>
    <w:rsid w:val="00AA1D8D"/>
    <w:rsid w:val="00B0058E"/>
    <w:rsid w:val="00B47730"/>
    <w:rsid w:val="00CB0664"/>
    <w:rsid w:val="00D57F57"/>
    <w:rsid w:val="00FB01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B9A580"/>
  <w14:defaultImageDpi w14:val="300"/>
  <w15:docId w15:val="{32A70A40-1683-AB45-AC68-E9E2EF94E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Soya Moore</cp:lastModifiedBy>
  <cp:revision>4</cp:revision>
  <cp:lastPrinted>2026-05-28T18:44:00Z</cp:lastPrinted>
  <dcterms:created xsi:type="dcterms:W3CDTF">2026-05-28T18:23:00Z</dcterms:created>
  <dcterms:modified xsi:type="dcterms:W3CDTF">2026-05-28T19:11:00Z</dcterms:modified>
  <cp:category/>
</cp:coreProperties>
</file>