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558CC1" w14:textId="77777777" w:rsidR="00F37609" w:rsidRPr="008D0A73" w:rsidRDefault="00E040F6">
      <w:pPr>
        <w:pStyle w:val="Heading1"/>
        <w:rPr>
          <w:color w:val="AC6067"/>
        </w:rPr>
      </w:pPr>
      <w:r w:rsidRPr="008D0A73">
        <w:rPr>
          <w:color w:val="AC6067"/>
        </w:rPr>
        <w:t>AMBRIDGE AREA HIGH SCHOOL</w:t>
      </w:r>
    </w:p>
    <w:p w14:paraId="6D0566E8" w14:textId="77777777" w:rsidR="00F37609" w:rsidRDefault="00E040F6">
      <w:r>
        <w:rPr>
          <w:b/>
        </w:rPr>
        <w:t>909 Duss Avenue • Ambridge, PA 15003</w:t>
      </w:r>
      <w:r>
        <w:rPr>
          <w:b/>
        </w:rPr>
        <w:br/>
        <w:t>Phone: 724-266-2833</w:t>
      </w:r>
    </w:p>
    <w:p w14:paraId="0349C53A" w14:textId="77777777" w:rsidR="00F37609" w:rsidRPr="008D0A73" w:rsidRDefault="00E040F6">
      <w:pPr>
        <w:pStyle w:val="Heading2"/>
        <w:rPr>
          <w:color w:val="AC6067"/>
        </w:rPr>
      </w:pPr>
      <w:r w:rsidRPr="008D0A73">
        <w:rPr>
          <w:color w:val="AC6067"/>
        </w:rPr>
        <w:t>Who Should I Contact?</w:t>
      </w:r>
    </w:p>
    <w:p w14:paraId="401FF5FF" w14:textId="77777777" w:rsidR="00F37609" w:rsidRDefault="00E040F6">
      <w:r>
        <w:t>To better assist you during the school year and ensure your questions are answered as quickly as possible, please use the guide below to determine the appropriate contact person or department.</w:t>
      </w:r>
    </w:p>
    <w:p w14:paraId="252D0CC2" w14:textId="77777777" w:rsidR="00F37609" w:rsidRPr="008D0A73" w:rsidRDefault="00E040F6">
      <w:pPr>
        <w:pStyle w:val="Heading2"/>
        <w:rPr>
          <w:color w:val="AC6067"/>
        </w:rPr>
      </w:pPr>
      <w:r w:rsidRPr="008D0A73">
        <w:rPr>
          <w:color w:val="AC6067"/>
        </w:rPr>
        <w:t>Classroom Teachers</w:t>
      </w:r>
    </w:p>
    <w:p w14:paraId="4C4F4624" w14:textId="77777777" w:rsidR="00F37609" w:rsidRDefault="00E040F6">
      <w:pPr>
        <w:pStyle w:val="ListBullet"/>
      </w:pPr>
      <w:r w:rsidRPr="008D0A73">
        <w:rPr>
          <w:b/>
          <w:bCs/>
        </w:rPr>
        <w:t>After-School Tutoring:</w:t>
      </w:r>
      <w:r>
        <w:t xml:space="preserve"> Teachers are available for academic tutoring from 2:30–3:00 PM by appointment.</w:t>
      </w:r>
    </w:p>
    <w:p w14:paraId="1842C0DA" w14:textId="77777777" w:rsidR="00F37609" w:rsidRPr="00E22CEA" w:rsidRDefault="00E040F6">
      <w:pPr>
        <w:pStyle w:val="ListBullet"/>
        <w:rPr>
          <w:b/>
          <w:bCs/>
        </w:rPr>
      </w:pPr>
      <w:r w:rsidRPr="00E22CEA">
        <w:rPr>
          <w:b/>
          <w:bCs/>
        </w:rPr>
        <w:t>Assignments, Grades, and Missing Work</w:t>
      </w:r>
    </w:p>
    <w:p w14:paraId="53ED22A4" w14:textId="4BD56D79" w:rsidR="00F37609" w:rsidRDefault="00E040F6">
      <w:pPr>
        <w:pStyle w:val="ListBullet"/>
      </w:pPr>
      <w:r>
        <w:t>Tests and Assessments</w:t>
      </w:r>
      <w:r w:rsidR="008D0A73">
        <w:t xml:space="preserve"> Questions </w:t>
      </w:r>
    </w:p>
    <w:p w14:paraId="4B56D74D" w14:textId="047B25FF" w:rsidR="00F37609" w:rsidRDefault="00E040F6">
      <w:pPr>
        <w:pStyle w:val="ListBullet"/>
      </w:pPr>
      <w:r>
        <w:t>IEP or Section 504 Accommodations</w:t>
      </w:r>
      <w:r w:rsidR="008D0A73">
        <w:t xml:space="preserve"> in the Classroom </w:t>
      </w:r>
    </w:p>
    <w:p w14:paraId="5D8E8A20" w14:textId="77777777" w:rsidR="00F37609" w:rsidRDefault="00E040F6">
      <w:pPr>
        <w:pStyle w:val="ListBullet"/>
      </w:pPr>
      <w:r>
        <w:t>Grading Policies, Late Work, Extensions, and Deadlines</w:t>
      </w:r>
    </w:p>
    <w:p w14:paraId="4055CFB5" w14:textId="77777777" w:rsidR="00F37609" w:rsidRDefault="00E040F6">
      <w:pPr>
        <w:pStyle w:val="ListBullet"/>
      </w:pPr>
      <w:r>
        <w:t>Microsoft Teams Access</w:t>
      </w:r>
    </w:p>
    <w:p w14:paraId="160AF0AD" w14:textId="43F86DBB" w:rsidR="008D0A73" w:rsidRDefault="008D0A73">
      <w:pPr>
        <w:pStyle w:val="ListBullet"/>
      </w:pPr>
      <w:r>
        <w:t xml:space="preserve">Grading Questions </w:t>
      </w:r>
    </w:p>
    <w:p w14:paraId="370E23AD" w14:textId="588BF383" w:rsidR="00F37609" w:rsidRPr="008D0A73" w:rsidRDefault="00E040F6">
      <w:pPr>
        <w:pStyle w:val="ListBullet"/>
      </w:pPr>
      <w:r w:rsidRPr="008D0A73">
        <w:t xml:space="preserve">Teacher Directory: </w:t>
      </w:r>
      <w:hyperlink r:id="rId6" w:history="1">
        <w:r w:rsidR="008D0A73" w:rsidRPr="008D0A73">
          <w:rPr>
            <w:rStyle w:val="Hyperlink"/>
          </w:rPr>
          <w:t>www.ambridge.k12.pa.us</w:t>
        </w:r>
      </w:hyperlink>
      <w:r w:rsidR="008D0A73" w:rsidRPr="008D0A73">
        <w:t xml:space="preserve"> </w:t>
      </w:r>
    </w:p>
    <w:p w14:paraId="347B8448" w14:textId="77777777" w:rsidR="00F37609" w:rsidRPr="008D0A73" w:rsidRDefault="00E040F6">
      <w:pPr>
        <w:pStyle w:val="Heading2"/>
        <w:rPr>
          <w:color w:val="AC6067"/>
        </w:rPr>
      </w:pPr>
      <w:r w:rsidRPr="008D0A73">
        <w:rPr>
          <w:color w:val="AC6067"/>
        </w:rPr>
        <w:t>School Administration</w:t>
      </w:r>
    </w:p>
    <w:p w14:paraId="018E8F3C" w14:textId="77777777" w:rsidR="00F37609" w:rsidRDefault="00E040F6">
      <w:pPr>
        <w:pStyle w:val="ListBullet"/>
      </w:pPr>
      <w:r>
        <w:t>Academic policies and instructional concerns</w:t>
      </w:r>
    </w:p>
    <w:p w14:paraId="55199270" w14:textId="77777777" w:rsidR="00F37609" w:rsidRDefault="00E040F6">
      <w:pPr>
        <w:pStyle w:val="ListBullet"/>
      </w:pPr>
      <w:r>
        <w:t>Classroom procedures</w:t>
      </w:r>
    </w:p>
    <w:p w14:paraId="5113C1E2" w14:textId="77777777" w:rsidR="00F37609" w:rsidRDefault="00E040F6">
      <w:pPr>
        <w:pStyle w:val="ListBullet"/>
      </w:pPr>
      <w:r>
        <w:t>School policies</w:t>
      </w:r>
    </w:p>
    <w:p w14:paraId="7E01CF51" w14:textId="795A17BE" w:rsidR="00F37609" w:rsidRDefault="00E040F6">
      <w:pPr>
        <w:pStyle w:val="ListBullet"/>
      </w:pPr>
      <w:r>
        <w:t>Instructional changes</w:t>
      </w:r>
      <w:r w:rsidR="008D0A73">
        <w:t xml:space="preserve"> or Educational Staff Concern </w:t>
      </w:r>
    </w:p>
    <w:p w14:paraId="267B5CED" w14:textId="77777777" w:rsidR="00F37609" w:rsidRDefault="00E040F6">
      <w:pPr>
        <w:pStyle w:val="ListBullet"/>
      </w:pPr>
      <w:r>
        <w:t>Athletic eligibility</w:t>
      </w:r>
    </w:p>
    <w:p w14:paraId="65A8A55F" w14:textId="77777777" w:rsidR="00F37609" w:rsidRDefault="00E040F6">
      <w:pPr>
        <w:pStyle w:val="ListBullet"/>
      </w:pPr>
      <w:r>
        <w:t>Discipline</w:t>
      </w:r>
    </w:p>
    <w:p w14:paraId="11DD0CF9" w14:textId="468ECA12" w:rsidR="00F37609" w:rsidRDefault="00E040F6">
      <w:pPr>
        <w:pStyle w:val="ListBullet"/>
      </w:pPr>
      <w:r>
        <w:t>IEP/504 implementation</w:t>
      </w:r>
      <w:r w:rsidR="008D0A73">
        <w:t xml:space="preserve"> in the </w:t>
      </w:r>
      <w:proofErr w:type="gramStart"/>
      <w:r w:rsidR="008D0A73">
        <w:t>Classroom</w:t>
      </w:r>
      <w:proofErr w:type="gramEnd"/>
      <w:r w:rsidR="008D0A73">
        <w:t xml:space="preserve"> </w:t>
      </w:r>
    </w:p>
    <w:p w14:paraId="68476FAA" w14:textId="2DF0C899" w:rsidR="00F37609" w:rsidRPr="008D0A73" w:rsidRDefault="00E040F6" w:rsidP="008D0A73">
      <w:pPr>
        <w:pStyle w:val="ListBullet"/>
        <w:tabs>
          <w:tab w:val="clear" w:pos="360"/>
          <w:tab w:val="num" w:pos="720"/>
        </w:tabs>
        <w:ind w:left="720"/>
      </w:pPr>
      <w:r w:rsidRPr="008D0A73">
        <w:t>Dr. Janice Zupsic, Principal</w:t>
      </w:r>
      <w:r w:rsidR="008D0A73" w:rsidRPr="008D0A73">
        <w:t xml:space="preserve">: </w:t>
      </w:r>
      <w:hyperlink r:id="rId7" w:history="1">
        <w:r w:rsidR="008D0A73" w:rsidRPr="008D0A73">
          <w:rPr>
            <w:rStyle w:val="Hyperlink"/>
          </w:rPr>
          <w:t>JZUPSIC@ambridge.k12.pa.us</w:t>
        </w:r>
      </w:hyperlink>
      <w:r w:rsidR="008D0A73" w:rsidRPr="008D0A73">
        <w:t xml:space="preserve"> </w:t>
      </w:r>
    </w:p>
    <w:p w14:paraId="1793CA57" w14:textId="5703ACCF" w:rsidR="00F37609" w:rsidRPr="008D0A73" w:rsidRDefault="00E040F6" w:rsidP="008D0A73">
      <w:pPr>
        <w:pStyle w:val="ListBullet"/>
        <w:tabs>
          <w:tab w:val="clear" w:pos="360"/>
          <w:tab w:val="num" w:pos="720"/>
        </w:tabs>
        <w:ind w:left="720"/>
      </w:pPr>
      <w:r w:rsidRPr="008D0A73">
        <w:t xml:space="preserve">Mr. </w:t>
      </w:r>
      <w:r w:rsidR="008D0A73" w:rsidRPr="008D0A73">
        <w:t>Anthony Amadio</w:t>
      </w:r>
      <w:r w:rsidRPr="008D0A73">
        <w:t>, Assistant Principal/Athletic Director</w:t>
      </w:r>
      <w:r w:rsidR="008D0A73" w:rsidRPr="008D0A73">
        <w:t xml:space="preserve">: </w:t>
      </w:r>
      <w:hyperlink r:id="rId8" w:history="1">
        <w:r w:rsidR="008D0A73" w:rsidRPr="008D0A73">
          <w:rPr>
            <w:rStyle w:val="Hyperlink"/>
          </w:rPr>
          <w:t>AAmadio@ambridge.k12.pa.us</w:t>
        </w:r>
      </w:hyperlink>
      <w:r w:rsidR="008D0A73" w:rsidRPr="008D0A73">
        <w:t xml:space="preserve"> </w:t>
      </w:r>
    </w:p>
    <w:p w14:paraId="1BC62F91" w14:textId="10D33C01" w:rsidR="00F37609" w:rsidRPr="008D0A73" w:rsidRDefault="00E040F6" w:rsidP="008D0A73">
      <w:pPr>
        <w:pStyle w:val="ListBullet"/>
        <w:tabs>
          <w:tab w:val="clear" w:pos="360"/>
          <w:tab w:val="num" w:pos="720"/>
        </w:tabs>
        <w:ind w:left="720"/>
      </w:pPr>
      <w:r w:rsidRPr="008D0A73">
        <w:t>Dr. Amy Filipowski, Director of Special Education</w:t>
      </w:r>
      <w:r w:rsidR="008D0A73" w:rsidRPr="008D0A73">
        <w:t xml:space="preserve">: </w:t>
      </w:r>
      <w:hyperlink r:id="rId9" w:history="1">
        <w:r w:rsidR="008D0A73" w:rsidRPr="008D0A73">
          <w:rPr>
            <w:rStyle w:val="Hyperlink"/>
          </w:rPr>
          <w:t>afilipowski@ambridge.k12.pa.us</w:t>
        </w:r>
      </w:hyperlink>
      <w:r w:rsidR="008D0A73" w:rsidRPr="008D0A73">
        <w:t xml:space="preserve"> </w:t>
      </w:r>
    </w:p>
    <w:p w14:paraId="1D1B9DDA" w14:textId="77777777" w:rsidR="00F37609" w:rsidRPr="008D0A73" w:rsidRDefault="00E040F6">
      <w:pPr>
        <w:pStyle w:val="Heading2"/>
        <w:rPr>
          <w:color w:val="AC6067"/>
        </w:rPr>
      </w:pPr>
      <w:r w:rsidRPr="008D0A73">
        <w:rPr>
          <w:color w:val="AC6067"/>
        </w:rPr>
        <w:t>Cyber Program &amp; Edgenuity</w:t>
      </w:r>
    </w:p>
    <w:p w14:paraId="4783754F" w14:textId="6BD907DF" w:rsidR="00F37609" w:rsidRDefault="00E040F6">
      <w:pPr>
        <w:pStyle w:val="ListBullet"/>
      </w:pPr>
      <w:proofErr w:type="spellStart"/>
      <w:r>
        <w:t>Edgenuity</w:t>
      </w:r>
      <w:proofErr w:type="spellEnd"/>
      <w:r>
        <w:t xml:space="preserve"> courses</w:t>
      </w:r>
      <w:r w:rsidR="008D0A73">
        <w:t xml:space="preserve"> / Class Issues </w:t>
      </w:r>
    </w:p>
    <w:p w14:paraId="19382B9F" w14:textId="77777777" w:rsidR="00F37609" w:rsidRDefault="00E040F6">
      <w:pPr>
        <w:pStyle w:val="ListBullet"/>
      </w:pPr>
      <w:r>
        <w:t>Course timelines</w:t>
      </w:r>
    </w:p>
    <w:p w14:paraId="1AEE3706" w14:textId="77777777" w:rsidR="00F37609" w:rsidRDefault="00E040F6">
      <w:pPr>
        <w:pStyle w:val="ListBullet"/>
      </w:pPr>
      <w:r>
        <w:t>Extensions</w:t>
      </w:r>
    </w:p>
    <w:p w14:paraId="3FC1A6DD" w14:textId="2577E87C" w:rsidR="00F37609" w:rsidRPr="008D0A73" w:rsidRDefault="00E040F6">
      <w:pPr>
        <w:pStyle w:val="ListBullet"/>
      </w:pPr>
      <w:r w:rsidRPr="008D0A73">
        <w:t>Cyber Coordinator</w:t>
      </w:r>
      <w:r w:rsidR="008D0A73" w:rsidRPr="008D0A73">
        <w:t xml:space="preserve">s: </w:t>
      </w:r>
    </w:p>
    <w:p w14:paraId="267B153F" w14:textId="1F381429" w:rsidR="008D0A73" w:rsidRPr="008D0A73" w:rsidRDefault="008D0A73" w:rsidP="008D0A73">
      <w:pPr>
        <w:pStyle w:val="ListBullet"/>
        <w:tabs>
          <w:tab w:val="clear" w:pos="360"/>
          <w:tab w:val="num" w:pos="720"/>
        </w:tabs>
        <w:ind w:left="720"/>
      </w:pPr>
      <w:r w:rsidRPr="008D0A73">
        <w:t xml:space="preserve">Davide Sciulli: </w:t>
      </w:r>
      <w:hyperlink r:id="rId10" w:history="1">
        <w:r w:rsidRPr="008D0A73">
          <w:rPr>
            <w:rStyle w:val="Hyperlink"/>
          </w:rPr>
          <w:t>DSCIULLI@ambridge.k12.pa.us</w:t>
        </w:r>
      </w:hyperlink>
      <w:r w:rsidRPr="008D0A73">
        <w:t xml:space="preserve"> </w:t>
      </w:r>
    </w:p>
    <w:p w14:paraId="4717E133" w14:textId="7E625B85" w:rsidR="008D0A73" w:rsidRPr="008D0A73" w:rsidRDefault="008D0A73" w:rsidP="008D0A73">
      <w:pPr>
        <w:pStyle w:val="ListBullet"/>
        <w:tabs>
          <w:tab w:val="clear" w:pos="360"/>
          <w:tab w:val="num" w:pos="720"/>
        </w:tabs>
        <w:ind w:left="720"/>
      </w:pPr>
      <w:r w:rsidRPr="008D0A73">
        <w:t xml:space="preserve">Ethan Becker: </w:t>
      </w:r>
      <w:hyperlink r:id="rId11" w:history="1">
        <w:r w:rsidRPr="008D0A73">
          <w:rPr>
            <w:rStyle w:val="Hyperlink"/>
          </w:rPr>
          <w:t>ethan.becker@ambridge.k12.pa.us</w:t>
        </w:r>
      </w:hyperlink>
      <w:r w:rsidRPr="008D0A73">
        <w:t xml:space="preserve"> </w:t>
      </w:r>
    </w:p>
    <w:p w14:paraId="032B4348" w14:textId="77777777" w:rsidR="00F37609" w:rsidRPr="008D0A73" w:rsidRDefault="00E040F6">
      <w:pPr>
        <w:pStyle w:val="Heading2"/>
        <w:rPr>
          <w:color w:val="AC6067"/>
        </w:rPr>
      </w:pPr>
      <w:r w:rsidRPr="008D0A73">
        <w:rPr>
          <w:color w:val="AC6067"/>
        </w:rPr>
        <w:t>Technology Department</w:t>
      </w:r>
    </w:p>
    <w:p w14:paraId="2DC0D036" w14:textId="77777777" w:rsidR="00F37609" w:rsidRDefault="00E040F6">
      <w:pPr>
        <w:pStyle w:val="ListBullet"/>
      </w:pPr>
      <w:r>
        <w:t>Infinite Campus login</w:t>
      </w:r>
    </w:p>
    <w:p w14:paraId="59008428" w14:textId="77777777" w:rsidR="00F37609" w:rsidRDefault="00E040F6">
      <w:pPr>
        <w:pStyle w:val="ListBullet"/>
      </w:pPr>
      <w:r>
        <w:t>Parent/Student Portal</w:t>
      </w:r>
    </w:p>
    <w:p w14:paraId="03DAC987" w14:textId="77777777" w:rsidR="00F37609" w:rsidRDefault="00E040F6">
      <w:pPr>
        <w:pStyle w:val="ListBullet"/>
      </w:pPr>
      <w:r>
        <w:t>School email</w:t>
      </w:r>
    </w:p>
    <w:p w14:paraId="7B71EF18" w14:textId="77777777" w:rsidR="00F37609" w:rsidRDefault="00E040F6">
      <w:pPr>
        <w:pStyle w:val="ListBullet"/>
      </w:pPr>
      <w:r>
        <w:t>Schoology</w:t>
      </w:r>
    </w:p>
    <w:p w14:paraId="5CEE6E9E" w14:textId="77777777" w:rsidR="00F37609" w:rsidRDefault="00E040F6">
      <w:pPr>
        <w:pStyle w:val="ListBullet"/>
      </w:pPr>
      <w:r>
        <w:t>Computer issues</w:t>
      </w:r>
    </w:p>
    <w:p w14:paraId="421689D3" w14:textId="470AC26C" w:rsidR="00F37609" w:rsidRDefault="00E040F6">
      <w:pPr>
        <w:pStyle w:val="ListBullet"/>
      </w:pPr>
      <w:r>
        <w:t>Technology Help Desk: 724-266-2833 ext.4357</w:t>
      </w:r>
      <w:r w:rsidR="008D0A73">
        <w:t xml:space="preserve"> </w:t>
      </w:r>
    </w:p>
    <w:p w14:paraId="3CC06901" w14:textId="7D4AA552" w:rsidR="008D0A73" w:rsidRPr="008D0A73" w:rsidRDefault="008D0A73" w:rsidP="008D0A73">
      <w:pPr>
        <w:pStyle w:val="ListBullet"/>
        <w:tabs>
          <w:tab w:val="clear" w:pos="360"/>
          <w:tab w:val="num" w:pos="1080"/>
        </w:tabs>
        <w:ind w:left="1080"/>
      </w:pPr>
      <w:r w:rsidRPr="008D0A73">
        <w:lastRenderedPageBreak/>
        <w:t xml:space="preserve">Christian Morrison: </w:t>
      </w:r>
      <w:hyperlink r:id="rId12" w:history="1">
        <w:r w:rsidRPr="008D0A73">
          <w:rPr>
            <w:rStyle w:val="Hyperlink"/>
          </w:rPr>
          <w:t>christian.morrison@ambridge.k12.pa.us</w:t>
        </w:r>
      </w:hyperlink>
      <w:r w:rsidRPr="008D0A73">
        <w:t xml:space="preserve"> </w:t>
      </w:r>
    </w:p>
    <w:p w14:paraId="75B2491A" w14:textId="77777777" w:rsidR="00F37609" w:rsidRPr="008D0A73" w:rsidRDefault="00E040F6">
      <w:pPr>
        <w:pStyle w:val="Heading2"/>
        <w:rPr>
          <w:color w:val="AC6067"/>
        </w:rPr>
      </w:pPr>
      <w:r w:rsidRPr="008D0A73">
        <w:rPr>
          <w:color w:val="AC6067"/>
        </w:rPr>
        <w:t>School Counseling Office</w:t>
      </w:r>
    </w:p>
    <w:p w14:paraId="53AB6866" w14:textId="77777777" w:rsidR="00F37609" w:rsidRDefault="00E040F6">
      <w:pPr>
        <w:pStyle w:val="ListBullet"/>
      </w:pPr>
      <w:r>
        <w:t>Scheduling</w:t>
      </w:r>
    </w:p>
    <w:p w14:paraId="71D0F7EE" w14:textId="77777777" w:rsidR="00F37609" w:rsidRDefault="00E040F6">
      <w:pPr>
        <w:pStyle w:val="ListBullet"/>
      </w:pPr>
      <w:r>
        <w:t>College/Career Planning</w:t>
      </w:r>
    </w:p>
    <w:p w14:paraId="78C44E5B" w14:textId="77777777" w:rsidR="00F37609" w:rsidRDefault="00E040F6">
      <w:pPr>
        <w:pStyle w:val="ListBullet"/>
      </w:pPr>
      <w:r>
        <w:t>SAT/ACT/PSAT/ASVAB</w:t>
      </w:r>
    </w:p>
    <w:p w14:paraId="1DFF04A7" w14:textId="77777777" w:rsidR="00F37609" w:rsidRDefault="00E040F6">
      <w:pPr>
        <w:pStyle w:val="ListBullet"/>
      </w:pPr>
      <w:r>
        <w:t>SAT Fee Waivers</w:t>
      </w:r>
    </w:p>
    <w:p w14:paraId="5B623D6D" w14:textId="77777777" w:rsidR="00F37609" w:rsidRDefault="00E040F6">
      <w:pPr>
        <w:pStyle w:val="ListBullet"/>
      </w:pPr>
      <w:r>
        <w:t>Student referrals</w:t>
      </w:r>
    </w:p>
    <w:p w14:paraId="65C5426C" w14:textId="0638B0C9" w:rsidR="00E22CEA" w:rsidRDefault="00E22CEA">
      <w:pPr>
        <w:pStyle w:val="ListBullet"/>
      </w:pPr>
      <w:r>
        <w:t xml:space="preserve">Academic / Social-Emotional / Career Counseling </w:t>
      </w:r>
    </w:p>
    <w:p w14:paraId="62DB78BB" w14:textId="77777777" w:rsidR="00F37609" w:rsidRPr="008D0A73" w:rsidRDefault="00E040F6">
      <w:pPr>
        <w:pStyle w:val="ListBullet"/>
      </w:pPr>
      <w:r>
        <w:t xml:space="preserve">Failure </w:t>
      </w:r>
      <w:r w:rsidRPr="008D0A73">
        <w:t>notifications</w:t>
      </w:r>
    </w:p>
    <w:p w14:paraId="18B37A9F" w14:textId="63C79937" w:rsidR="00F37609" w:rsidRPr="008D0A73" w:rsidRDefault="008D0A73" w:rsidP="008D0A73">
      <w:pPr>
        <w:pStyle w:val="ListBullet"/>
        <w:tabs>
          <w:tab w:val="clear" w:pos="360"/>
          <w:tab w:val="num" w:pos="720"/>
        </w:tabs>
        <w:ind w:left="720"/>
      </w:pPr>
      <w:r w:rsidRPr="008D0A73">
        <w:t xml:space="preserve">Guidance Secretary: </w:t>
      </w:r>
      <w:r w:rsidR="00E040F6" w:rsidRPr="008D0A73">
        <w:t>Mrs. Valerie Misencik</w:t>
      </w:r>
      <w:r w:rsidRPr="008D0A73">
        <w:t xml:space="preserve">: </w:t>
      </w:r>
      <w:hyperlink r:id="rId13" w:history="1">
        <w:r w:rsidRPr="008D0A73">
          <w:rPr>
            <w:rStyle w:val="Hyperlink"/>
          </w:rPr>
          <w:t>VMisencik@ambridge.k12.pa.us</w:t>
        </w:r>
      </w:hyperlink>
      <w:r w:rsidRPr="008D0A73">
        <w:t xml:space="preserve"> 724-266-2833, </w:t>
      </w:r>
      <w:r w:rsidR="00E040F6" w:rsidRPr="008D0A73">
        <w:t>ext.2377</w:t>
      </w:r>
    </w:p>
    <w:p w14:paraId="4411645B" w14:textId="76E2BE09" w:rsidR="008D0A73" w:rsidRPr="008D0A73" w:rsidRDefault="008D0A73" w:rsidP="008D0A73">
      <w:pPr>
        <w:pStyle w:val="Heading2"/>
        <w:rPr>
          <w:color w:val="AC6067"/>
        </w:rPr>
      </w:pPr>
      <w:r>
        <w:rPr>
          <w:color w:val="AC6067"/>
        </w:rPr>
        <w:t>Attendance</w:t>
      </w:r>
    </w:p>
    <w:p w14:paraId="6A43CD26" w14:textId="3382E014" w:rsidR="008D0A73" w:rsidRDefault="008D0A73" w:rsidP="008D0A73">
      <w:pPr>
        <w:pStyle w:val="ListBullet"/>
      </w:pPr>
      <w:r>
        <w:t xml:space="preserve">Absences </w:t>
      </w:r>
    </w:p>
    <w:p w14:paraId="76EEE33C" w14:textId="3E5C20A6" w:rsidR="008D0A73" w:rsidRDefault="008D0A73" w:rsidP="008D0A73">
      <w:pPr>
        <w:pStyle w:val="ListBullet"/>
      </w:pPr>
      <w:r>
        <w:t xml:space="preserve">Late Policy </w:t>
      </w:r>
    </w:p>
    <w:p w14:paraId="695B4600" w14:textId="42333419" w:rsidR="008D0A73" w:rsidRDefault="008D0A73" w:rsidP="008D0A73">
      <w:pPr>
        <w:pStyle w:val="ListBullet"/>
      </w:pPr>
      <w:r>
        <w:t xml:space="preserve">Truancy (Truancy Intervention Program: Students who have difficulty attending school) </w:t>
      </w:r>
    </w:p>
    <w:p w14:paraId="78D84CFE" w14:textId="0EB370DF" w:rsidR="008D0A73" w:rsidRDefault="008D0A73" w:rsidP="008D0A73">
      <w:pPr>
        <w:pStyle w:val="ListBullet"/>
      </w:pPr>
      <w:r>
        <w:t xml:space="preserve">Magistrate for Attendance Hearing Information </w:t>
      </w:r>
    </w:p>
    <w:p w14:paraId="660198F0" w14:textId="753A7103" w:rsidR="008D0A73" w:rsidRDefault="008D0A73" w:rsidP="008D0A73">
      <w:pPr>
        <w:pStyle w:val="ListBullet"/>
      </w:pPr>
      <w:r>
        <w:t xml:space="preserve">Parent Excuses / Medical Excuses </w:t>
      </w:r>
    </w:p>
    <w:p w14:paraId="2EFE2D80" w14:textId="08F0050F" w:rsidR="008D0A73" w:rsidRDefault="008D0A73" w:rsidP="008D0A73">
      <w:pPr>
        <w:pStyle w:val="ListBullet"/>
      </w:pPr>
      <w:r>
        <w:t xml:space="preserve">Assistance with getting your student to school </w:t>
      </w:r>
    </w:p>
    <w:p w14:paraId="6B6B4570" w14:textId="38C7B23B" w:rsidR="008D0A73" w:rsidRPr="008D0A73" w:rsidRDefault="008D0A73" w:rsidP="008D0A73">
      <w:pPr>
        <w:pStyle w:val="ListBullet"/>
      </w:pPr>
      <w:r w:rsidRPr="008D0A73">
        <w:t xml:space="preserve">All Attendance Questions and Concerns: </w:t>
      </w:r>
    </w:p>
    <w:p w14:paraId="50A9302B" w14:textId="609A3831" w:rsidR="008D0A73" w:rsidRPr="008D0A73" w:rsidRDefault="008D0A73" w:rsidP="008D0A73">
      <w:pPr>
        <w:pStyle w:val="ListBullet"/>
        <w:tabs>
          <w:tab w:val="clear" w:pos="360"/>
          <w:tab w:val="num" w:pos="720"/>
        </w:tabs>
        <w:ind w:left="720"/>
      </w:pPr>
      <w:r w:rsidRPr="008D0A73">
        <w:t xml:space="preserve">Ms. Kylee Ryan, School Social Worker: </w:t>
      </w:r>
      <w:hyperlink r:id="rId14" w:history="1">
        <w:r w:rsidRPr="008D0A73">
          <w:rPr>
            <w:rStyle w:val="Hyperlink"/>
          </w:rPr>
          <w:t>kylee.ryan@ambridge.k12.pa.us</w:t>
        </w:r>
      </w:hyperlink>
      <w:r w:rsidRPr="008D0A73">
        <w:t xml:space="preserve"> </w:t>
      </w:r>
    </w:p>
    <w:p w14:paraId="23F19797" w14:textId="5C843164" w:rsidR="008D0A73" w:rsidRPr="008D0A73" w:rsidRDefault="008D0A73" w:rsidP="008D0A73">
      <w:pPr>
        <w:pStyle w:val="ListBullet"/>
        <w:tabs>
          <w:tab w:val="clear" w:pos="360"/>
          <w:tab w:val="num" w:pos="720"/>
        </w:tabs>
        <w:ind w:left="720"/>
      </w:pPr>
      <w:r w:rsidRPr="008D0A73">
        <w:t xml:space="preserve">Mrs. Lori Chickos, Attendance Secretary: </w:t>
      </w:r>
      <w:hyperlink r:id="rId15" w:history="1">
        <w:r w:rsidR="00E22CEA" w:rsidRPr="0028730D">
          <w:rPr>
            <w:rStyle w:val="Hyperlink"/>
          </w:rPr>
          <w:t>lori.chickos@ambridge.k12.pa.us</w:t>
        </w:r>
      </w:hyperlink>
      <w:r w:rsidR="00E22CEA">
        <w:t xml:space="preserve"> </w:t>
      </w:r>
    </w:p>
    <w:p w14:paraId="3873F3B0" w14:textId="226B09B7" w:rsidR="00F37609" w:rsidRPr="008D0A73" w:rsidRDefault="00E040F6">
      <w:pPr>
        <w:pStyle w:val="Heading2"/>
        <w:rPr>
          <w:color w:val="AC6067"/>
        </w:rPr>
      </w:pPr>
      <w:r w:rsidRPr="008D0A73">
        <w:rPr>
          <w:color w:val="AC6067"/>
        </w:rPr>
        <w:t>High School Office Staff</w:t>
      </w:r>
    </w:p>
    <w:p w14:paraId="53587D2E" w14:textId="0DA134F2" w:rsidR="00F37609" w:rsidRDefault="00E040F6">
      <w:pPr>
        <w:pStyle w:val="ListBullet"/>
      </w:pPr>
      <w:r>
        <w:t>Mrs. Renee Guerrieri</w:t>
      </w:r>
      <w:r w:rsidR="008D0A73">
        <w:t xml:space="preserve">: Central Administration: </w:t>
      </w:r>
      <w:hyperlink r:id="rId16" w:history="1">
        <w:r w:rsidR="00E22CEA" w:rsidRPr="0028730D">
          <w:rPr>
            <w:rStyle w:val="Hyperlink"/>
          </w:rPr>
          <w:t>rguerrie@ambridge.k12.pa.us</w:t>
        </w:r>
      </w:hyperlink>
      <w:r w:rsidR="00E22CEA">
        <w:t xml:space="preserve"> </w:t>
      </w:r>
    </w:p>
    <w:p w14:paraId="75392DC0" w14:textId="1894A5F5" w:rsidR="00F37609" w:rsidRDefault="00E040F6">
      <w:pPr>
        <w:pStyle w:val="ListBullet"/>
      </w:pPr>
      <w:r>
        <w:t>Mrs. Maria Kotula</w:t>
      </w:r>
      <w:r w:rsidR="008D0A73">
        <w:t xml:space="preserve">: Athletics: </w:t>
      </w:r>
    </w:p>
    <w:sectPr w:rsidR="00F37609" w:rsidSect="008D0A7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B086BF8"/>
    <w:multiLevelType w:val="hybridMultilevel"/>
    <w:tmpl w:val="96049F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5734523">
    <w:abstractNumId w:val="8"/>
  </w:num>
  <w:num w:numId="2" w16cid:durableId="611328365">
    <w:abstractNumId w:val="6"/>
  </w:num>
  <w:num w:numId="3" w16cid:durableId="2038852206">
    <w:abstractNumId w:val="5"/>
  </w:num>
  <w:num w:numId="4" w16cid:durableId="878273930">
    <w:abstractNumId w:val="4"/>
  </w:num>
  <w:num w:numId="5" w16cid:durableId="1809321258">
    <w:abstractNumId w:val="7"/>
  </w:num>
  <w:num w:numId="6" w16cid:durableId="806698909">
    <w:abstractNumId w:val="3"/>
  </w:num>
  <w:num w:numId="7" w16cid:durableId="1242062120">
    <w:abstractNumId w:val="2"/>
  </w:num>
  <w:num w:numId="8" w16cid:durableId="375009142">
    <w:abstractNumId w:val="1"/>
  </w:num>
  <w:num w:numId="9" w16cid:durableId="1065226388">
    <w:abstractNumId w:val="0"/>
  </w:num>
  <w:num w:numId="10" w16cid:durableId="6105503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8D0A73"/>
    <w:rsid w:val="00A33C94"/>
    <w:rsid w:val="00AA1D8D"/>
    <w:rsid w:val="00B47730"/>
    <w:rsid w:val="00CB0664"/>
    <w:rsid w:val="00E040F6"/>
    <w:rsid w:val="00E22CEA"/>
    <w:rsid w:val="00F3760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DC62477"/>
  <w14:defaultImageDpi w14:val="300"/>
  <w15:docId w15:val="{4A875B66-F0B9-404C-84A3-515493DCA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8D0A7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0A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Amadio@ambridge.k12.pa.us" TargetMode="External"/><Relationship Id="rId13" Type="http://schemas.openxmlformats.org/officeDocument/2006/relationships/hyperlink" Target="mailto:VMisencik@ambridge.k12.pa.us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JZUPSIC@ambridge.k12.pa.us" TargetMode="External"/><Relationship Id="rId12" Type="http://schemas.openxmlformats.org/officeDocument/2006/relationships/hyperlink" Target="mailto:christian.morrison@ambridge.k12.pa.us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rguerrie@ambridge.k12.pa.us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www.ambridge.k12.pa.us" TargetMode="External"/><Relationship Id="rId11" Type="http://schemas.openxmlformats.org/officeDocument/2006/relationships/hyperlink" Target="mailto:ethan.becker@ambridge.k12.pa.u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lori.chickos@ambridge.k12.pa.us" TargetMode="External"/><Relationship Id="rId10" Type="http://schemas.openxmlformats.org/officeDocument/2006/relationships/hyperlink" Target="mailto:DSCIULLI@ambridge.k12.pa.us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filipowski@ambridge.k12.pa.us" TargetMode="External"/><Relationship Id="rId14" Type="http://schemas.openxmlformats.org/officeDocument/2006/relationships/hyperlink" Target="mailto:kylee.ryan@ambridge.k12.pa.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440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Chelsea Benedict</cp:lastModifiedBy>
  <cp:revision>2</cp:revision>
  <dcterms:created xsi:type="dcterms:W3CDTF">2026-08-04T18:38:00Z</dcterms:created>
  <dcterms:modified xsi:type="dcterms:W3CDTF">2026-08-04T18:38:00Z</dcterms:modified>
  <cp:category/>
</cp:coreProperties>
</file>