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DBD7B" w14:textId="0170D662" w:rsidR="00BF6B88" w:rsidRDefault="00811EAC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457200" distR="457200" simplePos="0" relativeHeight="251659264" behindDoc="0" locked="0" layoutInCell="1" allowOverlap="1" wp14:anchorId="351D911A" wp14:editId="17450E0F">
                <wp:simplePos x="4838700" y="228600"/>
                <wp:positionH relativeFrom="page">
                  <wp:align>right</wp:align>
                </wp:positionH>
                <mc:AlternateContent>
                  <mc:Choice Requires="wp14">
                    <wp:positionV relativeFrom="page">
                      <wp14:pctPosVOffset>2300</wp14:pctPosVOffset>
                    </wp:positionV>
                  </mc:Choice>
                  <mc:Fallback>
                    <wp:positionV relativeFrom="page">
                      <wp:posOffset>231140</wp:posOffset>
                    </wp:positionV>
                  </mc:Fallback>
                </mc:AlternateContent>
                <wp:extent cx="2934970" cy="9372600"/>
                <wp:effectExtent l="0" t="0" r="0" b="0"/>
                <wp:wrapSquare wrapText="bothSides"/>
                <wp:docPr id="186" name="Group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5224" cy="9372600"/>
                          <a:chOff x="0" y="0"/>
                          <a:chExt cx="2933967" cy="9372600"/>
                        </a:xfrm>
                      </wpg:grpSpPr>
                      <wps:wsp>
                        <wps:cNvPr id="187" name="Text Box 187"/>
                        <wps:cNvSpPr txBox="1"/>
                        <wps:spPr>
                          <a:xfrm>
                            <a:off x="0" y="590550"/>
                            <a:ext cx="2057400" cy="777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9871F8" w14:textId="5B7483CF" w:rsidR="00811EAC" w:rsidRDefault="00811EAC">
                              <w:pPr>
                                <w:pStyle w:val="TOCHeading"/>
                                <w:spacing w:before="120"/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</w:p>
                            <w:p w14:paraId="4D0E1689" w14:textId="061D0C5A" w:rsidR="00811EAC" w:rsidRPr="00811EAC" w:rsidRDefault="00811EAC" w:rsidP="00811EAC">
                              <w:pPr>
                                <w:pStyle w:val="Heading1"/>
                              </w:pPr>
                              <w:r w:rsidRPr="00811EAC">
                                <w:t>Add-On Items</w:t>
                              </w:r>
                            </w:p>
                            <w:p w14:paraId="30837005" w14:textId="77777777" w:rsidR="00811EAC" w:rsidRPr="00811EAC" w:rsidRDefault="00811EAC" w:rsidP="00811EAC">
                              <w:r w:rsidRPr="00811EAC">
                                <w:rPr>
                                  <w:rFonts w:ascii="Segoe UI Symbol" w:hAnsi="Segoe UI Symbol" w:cs="Segoe UI Symbol"/>
                                </w:rPr>
                                <w:t>☐</w:t>
                              </w:r>
                              <w:r w:rsidRPr="00811EAC">
                                <w:t xml:space="preserve"> 1 Locker Shelf</w:t>
                              </w:r>
                            </w:p>
                            <w:p w14:paraId="3D6D3906" w14:textId="77777777" w:rsidR="00811EAC" w:rsidRPr="00811EAC" w:rsidRDefault="00811EAC" w:rsidP="00811EAC">
                              <w:r w:rsidRPr="00811EAC">
                                <w:rPr>
                                  <w:rFonts w:ascii="Segoe UI Symbol" w:hAnsi="Segoe UI Symbol" w:cs="Segoe UI Symbol"/>
                                </w:rPr>
                                <w:t>☐</w:t>
                              </w:r>
                              <w:r w:rsidRPr="00811EAC">
                                <w:t xml:space="preserve"> 1 Earbuds</w:t>
                              </w:r>
                            </w:p>
                            <w:p w14:paraId="3F0547F6" w14:textId="49601546" w:rsidR="00811EAC" w:rsidRDefault="00811EAC" w:rsidP="00811EAC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019300" y="0"/>
                            <a:ext cx="914667" cy="93726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93200</wp14:pctHeight>
                </wp14:sizeRelV>
              </wp:anchor>
            </w:drawing>
          </mc:Choice>
          <mc:Fallback>
            <w:pict>
              <v:group w14:anchorId="351D911A" id="Group 194" o:spid="_x0000_s1026" style="position:absolute;margin-left:179.9pt;margin-top:0;width:231.1pt;height:738pt;z-index:251659264;mso-height-percent:932;mso-top-percent:23;mso-wrap-distance-left:36pt;mso-wrap-distance-right:36pt;mso-position-horizontal:right;mso-position-horizontal-relative:page;mso-position-vertical-relative:page;mso-height-percent:932;mso-top-percent:23;mso-width-relative:margin" coordsize="29339,93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7" o:spid="_x0000_s1027" type="#_x0000_t202" style="position:absolute;top:5905;width:20574;height:77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" filled="f" stroked="f" strokeweight=".5pt">
                  <v:textbox inset="0,0,0,0">
                    <w:txbxContent>
                      <w:p w14:paraId="4F9871F8" w14:textId="5B7483CF" w:rsidR="00811EAC" w:rsidRDefault="00811EAC">
                        <w:pPr>
                          <w:pStyle w:val="TOCHeading"/>
                          <w:spacing w:before="120"/>
                          <w:rPr>
                            <w:color w:val="4F81BD" w:themeColor="accent1"/>
                            <w:sz w:val="26"/>
                            <w:szCs w:val="26"/>
                          </w:rPr>
                        </w:pPr>
                      </w:p>
                      <w:p w14:paraId="4D0E1689" w14:textId="061D0C5A" w:rsidR="00811EAC" w:rsidRPr="00811EAC" w:rsidRDefault="00811EAC" w:rsidP="00811EAC">
                        <w:pPr>
                          <w:pStyle w:val="Heading1"/>
                        </w:pPr>
                        <w:r w:rsidRPr="00811EAC">
                          <w:t>Add-On Items</w:t>
                        </w:r>
                      </w:p>
                      <w:p w14:paraId="30837005" w14:textId="77777777" w:rsidR="00811EAC" w:rsidRPr="00811EAC" w:rsidRDefault="00811EAC" w:rsidP="00811EAC">
                        <w:r w:rsidRPr="00811EAC">
                          <w:rPr>
                            <w:rFonts w:ascii="Segoe UI Symbol" w:hAnsi="Segoe UI Symbol" w:cs="Segoe UI Symbol"/>
                          </w:rPr>
                          <w:t>☐</w:t>
                        </w:r>
                        <w:r w:rsidRPr="00811EAC">
                          <w:t xml:space="preserve"> 1 Locker Shelf</w:t>
                        </w:r>
                      </w:p>
                      <w:p w14:paraId="3D6D3906" w14:textId="77777777" w:rsidR="00811EAC" w:rsidRPr="00811EAC" w:rsidRDefault="00811EAC" w:rsidP="00811EAC">
                        <w:r w:rsidRPr="00811EAC">
                          <w:rPr>
                            <w:rFonts w:ascii="Segoe UI Symbol" w:hAnsi="Segoe UI Symbol" w:cs="Segoe UI Symbol"/>
                          </w:rPr>
                          <w:t>☐</w:t>
                        </w:r>
                        <w:r w:rsidRPr="00811EAC">
                          <w:t xml:space="preserve"> 1 Earbuds</w:t>
                        </w:r>
                      </w:p>
                      <w:p w14:paraId="3F0547F6" w14:textId="49601546" w:rsidR="00811EAC" w:rsidRDefault="00811EAC" w:rsidP="00811EAC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rect id="Rectangle 189" o:spid="_x0000_s1028" style="position:absolute;left:20193;width:9146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" fillcolor="white [3212]" stroked="f" strokeweight="2pt">
                  <v:fill opacity="0"/>
                </v:rect>
                <w10:wrap type="square" anchorx="page" anchory="page"/>
              </v:group>
            </w:pict>
          </mc:Fallback>
        </mc:AlternateContent>
      </w:r>
      <w:r w:rsidR="00000000">
        <w:t>2026 6th Grade</w:t>
      </w:r>
    </w:p>
    <w:p w14:paraId="213AEBE8" w14:textId="6422B8E5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Colored Pencil Pack - 12 Ct</w:t>
      </w:r>
      <w:r w:rsidR="00811EAC" w:rsidRPr="00040331">
        <w:rPr>
          <w:sz w:val="21"/>
          <w:szCs w:val="21"/>
        </w:rPr>
        <w:t xml:space="preserve">                                                                         </w:t>
      </w:r>
    </w:p>
    <w:p w14:paraId="6C78DD0C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4 Composition Books (Blue, Green, Orange, Yellow)</w:t>
      </w:r>
    </w:p>
    <w:p w14:paraId="73C51748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Dry Erase Marker Set - Fine</w:t>
      </w:r>
    </w:p>
    <w:p w14:paraId="6B1B2428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Large Eraser</w:t>
      </w:r>
    </w:p>
    <w:p w14:paraId="0B470E3E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5 Folders (Blue, Green, Orange, Yellow, Red)</w:t>
      </w:r>
    </w:p>
    <w:p w14:paraId="3FFA0FCE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2 Glue Stick Packs - 6 Pk</w:t>
      </w:r>
    </w:p>
    <w:p w14:paraId="773D1CE9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Graph Paper Pack</w:t>
      </w:r>
    </w:p>
    <w:p w14:paraId="7E8B16FE" w14:textId="0F490D38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Highlighter Pack</w:t>
      </w:r>
      <w:r w:rsidR="00040331" w:rsidRPr="00040331">
        <w:rPr>
          <w:sz w:val="21"/>
          <w:szCs w:val="21"/>
        </w:rPr>
        <w:t xml:space="preserve"> (gel)</w:t>
      </w:r>
    </w:p>
    <w:p w14:paraId="38FE1452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3 Index Card Packs - 100 Ct</w:t>
      </w:r>
    </w:p>
    <w:p w14:paraId="065E65FC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Thin Marker Pack</w:t>
      </w:r>
    </w:p>
    <w:p w14:paraId="6E7B2001" w14:textId="3440384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2 Wide Filler Paper Packs</w:t>
      </w:r>
      <w:r w:rsidR="00811EAC" w:rsidRPr="00040331">
        <w:rPr>
          <w:sz w:val="21"/>
          <w:szCs w:val="21"/>
        </w:rPr>
        <w:t xml:space="preserve">                                                   </w:t>
      </w:r>
    </w:p>
    <w:p w14:paraId="0487ADB1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2 Paper Towels</w:t>
      </w:r>
    </w:p>
    <w:p w14:paraId="641F255B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Pencil Pouch</w:t>
      </w:r>
    </w:p>
    <w:p w14:paraId="19E90DE5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7 Pencil Packs - 10 Ct</w:t>
      </w:r>
    </w:p>
    <w:p w14:paraId="1CC6CB02" w14:textId="3752E03A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Blue Erasable Pen Pack</w:t>
      </w:r>
      <w:r w:rsidR="00811EAC" w:rsidRPr="00040331">
        <w:rPr>
          <w:sz w:val="21"/>
          <w:szCs w:val="21"/>
        </w:rPr>
        <w:t xml:space="preserve">                                                                                             </w:t>
      </w:r>
    </w:p>
    <w:p w14:paraId="1166C3C7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White Poster Board</w:t>
      </w:r>
    </w:p>
    <w:p w14:paraId="2E7157AD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Presentation Board</w:t>
      </w:r>
    </w:p>
    <w:p w14:paraId="4D3D4C08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Scissors</w:t>
      </w:r>
    </w:p>
    <w:p w14:paraId="439AB3FC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Sketch Pad</w:t>
      </w:r>
    </w:p>
    <w:p w14:paraId="20F7A5A9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 Sticky Notes Pack</w:t>
      </w:r>
    </w:p>
    <w:p w14:paraId="579B1970" w14:textId="77777777" w:rsidR="00BF6B88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3 Tissue Boxes</w:t>
      </w:r>
    </w:p>
    <w:p w14:paraId="37A67DC5" w14:textId="0933B7ED" w:rsidR="00040331" w:rsidRPr="00040331" w:rsidRDefault="00000000">
      <w:pPr>
        <w:rPr>
          <w:sz w:val="21"/>
          <w:szCs w:val="21"/>
        </w:rPr>
      </w:pPr>
      <w:r w:rsidRPr="00040331">
        <w:rPr>
          <w:sz w:val="21"/>
          <w:szCs w:val="21"/>
        </w:rPr>
        <w:t>☐</w:t>
      </w:r>
      <w:r w:rsidRPr="00040331">
        <w:rPr>
          <w:sz w:val="21"/>
          <w:szCs w:val="21"/>
        </w:rPr>
        <w:t xml:space="preserve"> 1</w:t>
      </w:r>
      <w:r w:rsidR="00811EAC" w:rsidRPr="00040331">
        <w:rPr>
          <w:sz w:val="21"/>
          <w:szCs w:val="21"/>
        </w:rPr>
        <w:t xml:space="preserve"> Container</w:t>
      </w:r>
      <w:r w:rsidRPr="00040331">
        <w:rPr>
          <w:sz w:val="21"/>
          <w:szCs w:val="21"/>
        </w:rPr>
        <w:t xml:space="preserve"> Disinfecting Wipes</w:t>
      </w:r>
    </w:p>
    <w:p w14:paraId="153E7ACD" w14:textId="61F358D8" w:rsidR="00040331" w:rsidRPr="00040331" w:rsidRDefault="00040331">
      <w:pPr>
        <w:rPr>
          <w:sz w:val="21"/>
          <w:szCs w:val="21"/>
        </w:rPr>
      </w:pPr>
      <w:r w:rsidRPr="00040331">
        <w:rPr>
          <w:sz w:val="21"/>
          <w:szCs w:val="21"/>
        </w:rPr>
        <w:t xml:space="preserve">☐ 1 </w:t>
      </w:r>
      <w:r w:rsidRPr="00040331">
        <w:rPr>
          <w:sz w:val="21"/>
          <w:szCs w:val="21"/>
        </w:rPr>
        <w:t>S</w:t>
      </w:r>
      <w:r w:rsidRPr="00040331">
        <w:rPr>
          <w:sz w:val="21"/>
          <w:szCs w:val="21"/>
        </w:rPr>
        <w:t xml:space="preserve">piral-bound </w:t>
      </w:r>
      <w:r w:rsidRPr="00040331">
        <w:rPr>
          <w:sz w:val="21"/>
          <w:szCs w:val="21"/>
        </w:rPr>
        <w:t>G</w:t>
      </w:r>
      <w:r w:rsidRPr="00040331">
        <w:rPr>
          <w:sz w:val="21"/>
          <w:szCs w:val="21"/>
        </w:rPr>
        <w:t xml:space="preserve">raph </w:t>
      </w:r>
      <w:r w:rsidRPr="00040331">
        <w:rPr>
          <w:sz w:val="21"/>
          <w:szCs w:val="21"/>
        </w:rPr>
        <w:t>P</w:t>
      </w:r>
      <w:r w:rsidRPr="00040331">
        <w:rPr>
          <w:sz w:val="21"/>
          <w:szCs w:val="21"/>
        </w:rPr>
        <w:t xml:space="preserve">aper </w:t>
      </w:r>
      <w:r w:rsidRPr="00040331">
        <w:rPr>
          <w:sz w:val="21"/>
          <w:szCs w:val="21"/>
        </w:rPr>
        <w:t>N</w:t>
      </w:r>
      <w:r w:rsidRPr="00040331">
        <w:rPr>
          <w:sz w:val="21"/>
          <w:szCs w:val="21"/>
        </w:rPr>
        <w:t>otebook</w:t>
      </w:r>
      <w:r w:rsidRPr="00040331">
        <w:rPr>
          <w:sz w:val="21"/>
          <w:szCs w:val="21"/>
        </w:rPr>
        <w:t xml:space="preserve"> (any color)</w:t>
      </w:r>
    </w:p>
    <w:sectPr w:rsidR="00040331" w:rsidRPr="0004033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9982614">
    <w:abstractNumId w:val="8"/>
  </w:num>
  <w:num w:numId="2" w16cid:durableId="1148282058">
    <w:abstractNumId w:val="6"/>
  </w:num>
  <w:num w:numId="3" w16cid:durableId="988245384">
    <w:abstractNumId w:val="5"/>
  </w:num>
  <w:num w:numId="4" w16cid:durableId="426728590">
    <w:abstractNumId w:val="4"/>
  </w:num>
  <w:num w:numId="5" w16cid:durableId="1406995270">
    <w:abstractNumId w:val="7"/>
  </w:num>
  <w:num w:numId="6" w16cid:durableId="495076876">
    <w:abstractNumId w:val="3"/>
  </w:num>
  <w:num w:numId="7" w16cid:durableId="1620722273">
    <w:abstractNumId w:val="2"/>
  </w:num>
  <w:num w:numId="8" w16cid:durableId="1145506432">
    <w:abstractNumId w:val="1"/>
  </w:num>
  <w:num w:numId="9" w16cid:durableId="1411657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331"/>
    <w:rsid w:val="0006063C"/>
    <w:rsid w:val="000675C0"/>
    <w:rsid w:val="0015074B"/>
    <w:rsid w:val="0029639D"/>
    <w:rsid w:val="00326F90"/>
    <w:rsid w:val="00811EAC"/>
    <w:rsid w:val="009A7B35"/>
    <w:rsid w:val="00AA1D8D"/>
    <w:rsid w:val="00B47730"/>
    <w:rsid w:val="00BF6B8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BC398C"/>
  <w14:defaultImageDpi w14:val="300"/>
  <w15:docId w15:val="{8BE52E4E-EE63-4A36-9CB6-7C849318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Miano, Amy H.</cp:lastModifiedBy>
  <cp:revision>2</cp:revision>
  <dcterms:created xsi:type="dcterms:W3CDTF">2026-07-15T17:33:00Z</dcterms:created>
  <dcterms:modified xsi:type="dcterms:W3CDTF">2026-07-15T17:33:00Z</dcterms:modified>
  <cp:category/>
</cp:coreProperties>
</file>