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BETTIS PREPARATORY LEADERSHIP ACADEMY</w:t>
        <w:br/>
      </w:r>
    </w:p>
    <w:p>
      <w:pPr>
        <w:jc w:val="center"/>
      </w:pPr>
      <w:r>
        <w:t>Regular Board Meeting Agenda</w:t>
        <w:br/>
        <w:t>BPLA Building #1</w:t>
        <w:br/>
        <w:t>June 18, 2026 @ 6:00 PM</w:t>
      </w:r>
    </w:p>
    <w:p/>
    <w:p>
      <w:r>
        <w:t>Call to Order</w:t>
      </w:r>
    </w:p>
    <w:p>
      <w:r>
        <w:t>Attendance Check</w:t>
      </w:r>
    </w:p>
    <w:p>
      <w:r>
        <w:t>Invocation / Pledge</w:t>
      </w:r>
    </w:p>
    <w:p>
      <w:r>
        <w:t>Approval of Agenda</w:t>
      </w:r>
    </w:p>
    <w:p>
      <w:r>
        <w:t>BPLA Vision and Mission Statement</w:t>
      </w:r>
    </w:p>
    <w:p>
      <w:r>
        <w:t>Minutes – Regular Board Meeting, May 21, 2026 (Action Item)</w:t>
      </w:r>
    </w:p>
    <w:p>
      <w:r>
        <w:t>South Carolina Public Charter School District (Optional)</w:t>
      </w:r>
    </w:p>
    <w:p>
      <w:r>
        <w:t>Public Comments</w:t>
      </w:r>
    </w:p>
    <w:p>
      <w:r>
        <w:t>Principal's Update – Ms. Natonia Tillman</w:t>
      </w:r>
    </w:p>
    <w:p>
      <w:r>
        <w:t>Appointing Board of Directors (June 21, 2026 – June 30, 2026 (1); July 1, 2026 – June 30, 2027 (2))</w:t>
      </w:r>
    </w:p>
    <w:p>
      <w:r>
        <w:t>Swearing-In of New Board Members</w:t>
      </w:r>
    </w:p>
    <w:p>
      <w:r>
        <w:t>Board Elections Update</w:t>
      </w:r>
    </w:p>
    <w:p>
      <w:r>
        <w:t>3rd Reading of the Budget (Action Item)</w:t>
      </w:r>
    </w:p>
    <w:p>
      <w:r>
        <w:t>Chairman's Comments</w:t>
      </w:r>
    </w:p>
    <w:p>
      <w:r>
        <w:t>Special Election (Action Item)</w:t>
      </w:r>
    </w:p>
    <w:p>
      <w:r>
        <w:t>Building Project Update</w:t>
      </w:r>
    </w:p>
    <w:p>
      <w:r>
        <w:t>Adjournment</w:t>
      </w:r>
    </w:p>
    <w:p/>
    <w:p>
      <w:r>
        <w:t>Bettis Preparatory Leadership Academy</w:t>
      </w:r>
    </w:p>
    <w:p>
      <w:pPr>
        <w:jc w:val="left"/>
      </w:pPr>
      <w:r>
        <w:rPr>
          <w:b/>
        </w:rPr>
        <w:t>Next Regular Board Meeting: July 16, 2026 @ 6:00 PM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