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7EC5F" w14:textId="39E8CD5D" w:rsidR="00DD6607" w:rsidRDefault="00F97F83">
      <w:pPr>
        <w:pStyle w:val="Heading1"/>
      </w:pPr>
      <w:r>
        <w:rPr>
          <w:noProof/>
        </w:rPr>
        <mc:AlternateContent>
          <mc:Choice Requires="wpg">
            <w:drawing>
              <wp:anchor distT="0" distB="0" distL="457200" distR="457200" simplePos="0" relativeHeight="251659264" behindDoc="0" locked="0" layoutInCell="1" allowOverlap="1" wp14:anchorId="5B955722" wp14:editId="74223B65">
                <wp:simplePos x="4838700" y="228600"/>
                <wp:positionH relativeFrom="page">
                  <wp:align>right</wp:align>
                </wp:positionH>
                <mc:AlternateContent>
                  <mc:Choice Requires="wp14">
                    <wp:positionV relativeFrom="page">
                      <wp14:pctPosVOffset>2300</wp14:pctPosVOffset>
                    </wp:positionV>
                  </mc:Choice>
                  <mc:Fallback>
                    <wp:positionV relativeFrom="page">
                      <wp:posOffset>231140</wp:posOffset>
                    </wp:positionV>
                  </mc:Fallback>
                </mc:AlternateContent>
                <wp:extent cx="2934970" cy="9372600"/>
                <wp:effectExtent l="0" t="0" r="0" b="0"/>
                <wp:wrapSquare wrapText="bothSides"/>
                <wp:docPr id="186" name="Group 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5224" cy="9372600"/>
                          <a:chOff x="0" y="0"/>
                          <a:chExt cx="2933967" cy="9372600"/>
                        </a:xfrm>
                      </wpg:grpSpPr>
                      <wps:wsp>
                        <wps:cNvPr id="187" name="Text Box 187"/>
                        <wps:cNvSpPr txBox="1"/>
                        <wps:spPr>
                          <a:xfrm>
                            <a:off x="0" y="590550"/>
                            <a:ext cx="2057400" cy="777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A233DAE" w14:textId="2C9C869C" w:rsidR="00F97F83" w:rsidRDefault="00F97F83">
                              <w:pPr>
                                <w:pStyle w:val="TOCHeading"/>
                                <w:spacing w:before="120"/>
                                <w:rPr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</w:p>
                            <w:p w14:paraId="0BE4E059" w14:textId="77777777" w:rsidR="00F97F83" w:rsidRDefault="00F97F83" w:rsidP="00F97F83">
                              <w:pPr>
                                <w:pStyle w:val="Heading1"/>
                              </w:pPr>
                              <w:r>
                                <w:t>2026 8th Grade - Taking Art</w:t>
                              </w:r>
                            </w:p>
                            <w:p w14:paraId="667F695B" w14:textId="77777777" w:rsidR="00F97F83" w:rsidRDefault="00F97F83" w:rsidP="00F97F83">
                              <w:r>
                                <w:t>☐ All items listed plus:</w:t>
                              </w:r>
                            </w:p>
                            <w:p w14:paraId="40F9BCA6" w14:textId="77777777" w:rsidR="00F97F83" w:rsidRDefault="00F97F83" w:rsidP="00F97F83">
                              <w:r>
                                <w:t>☐ 1 Sketch Pad</w:t>
                              </w:r>
                            </w:p>
                            <w:p w14:paraId="47C6F80F" w14:textId="77777777" w:rsidR="00F97F83" w:rsidRDefault="00F97F83" w:rsidP="00F97F83"/>
                            <w:p w14:paraId="3D4410E0" w14:textId="07F94EF7" w:rsidR="00F97F83" w:rsidRDefault="00F97F83" w:rsidP="00F97F83">
                              <w:pP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2019300" y="0"/>
                            <a:ext cx="914667" cy="93726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93200</wp14:pctHeight>
                </wp14:sizeRelV>
              </wp:anchor>
            </w:drawing>
          </mc:Choice>
          <mc:Fallback>
            <w:pict>
              <v:group w14:anchorId="5B955722" id="Group 194" o:spid="_x0000_s1026" style="position:absolute;margin-left:179.9pt;margin-top:0;width:231.1pt;height:738pt;z-index:251659264;mso-height-percent:932;mso-top-percent:23;mso-wrap-distance-left:36pt;mso-wrap-distance-right:36pt;mso-position-horizontal:right;mso-position-horizontal-relative:page;mso-position-vertical-relative:page;mso-height-percent:932;mso-top-percent:23;mso-width-relative:margin" coordsize="29339,937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7" o:spid="_x0000_s1027" type="#_x0000_t202" style="position:absolute;top:5905;width:20574;height:77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" filled="f" stroked="f" strokeweight=".5pt">
                  <v:textbox inset="0,0,0,0">
                    <w:txbxContent>
                      <w:p w14:paraId="2A233DAE" w14:textId="2C9C869C" w:rsidR="00F97F83" w:rsidRDefault="00F97F83">
                        <w:pPr>
                          <w:pStyle w:val="TOCHeading"/>
                          <w:spacing w:before="120"/>
                          <w:rPr>
                            <w:color w:val="4F81BD" w:themeColor="accent1"/>
                            <w:sz w:val="26"/>
                            <w:szCs w:val="26"/>
                          </w:rPr>
                        </w:pPr>
                      </w:p>
                      <w:p w14:paraId="0BE4E059" w14:textId="77777777" w:rsidR="00F97F83" w:rsidRDefault="00F97F83" w:rsidP="00F97F83">
                        <w:pPr>
                          <w:pStyle w:val="Heading1"/>
                        </w:pPr>
                        <w:r>
                          <w:t>2026 8th Grade - Taking Art</w:t>
                        </w:r>
                      </w:p>
                      <w:p w14:paraId="667F695B" w14:textId="77777777" w:rsidR="00F97F83" w:rsidRDefault="00F97F83" w:rsidP="00F97F83">
                        <w:r>
                          <w:t>☐ All items listed plus:</w:t>
                        </w:r>
                      </w:p>
                      <w:p w14:paraId="40F9BCA6" w14:textId="77777777" w:rsidR="00F97F83" w:rsidRDefault="00F97F83" w:rsidP="00F97F83">
                        <w:r>
                          <w:t>☐ 1 Sketch Pad</w:t>
                        </w:r>
                      </w:p>
                      <w:p w14:paraId="47C6F80F" w14:textId="77777777" w:rsidR="00F97F83" w:rsidRDefault="00F97F83" w:rsidP="00F97F83"/>
                      <w:p w14:paraId="3D4410E0" w14:textId="07F94EF7" w:rsidR="00F97F83" w:rsidRDefault="00F97F83" w:rsidP="00F97F83">
                        <w:pP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rect id="Rectangle 189" o:spid="_x0000_s1028" style="position:absolute;left:20193;width:9146;height:9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" fillcolor="white [3212]" stroked="f" strokeweight="2pt">
                  <v:fill opacity="0"/>
                </v:rect>
                <w10:wrap type="square" anchorx="page" anchory="page"/>
              </v:group>
            </w:pict>
          </mc:Fallback>
        </mc:AlternateContent>
      </w:r>
      <w:r w:rsidR="00000000">
        <w:t>2026 8th Grade</w:t>
      </w:r>
    </w:p>
    <w:p w14:paraId="7313AF95" w14:textId="130ECD5B" w:rsidR="00DD6607" w:rsidRDefault="00000000">
      <w:r>
        <w:t>☐</w:t>
      </w:r>
      <w:r>
        <w:t xml:space="preserve"> 3 Binders - 1.5 Inch (Black, Blue, Green)</w:t>
      </w:r>
    </w:p>
    <w:p w14:paraId="5543D460" w14:textId="77777777" w:rsidR="00DD6607" w:rsidRDefault="00000000">
      <w:r>
        <w:t>☐</w:t>
      </w:r>
      <w:r>
        <w:t xml:space="preserve"> 6 Composition Books</w:t>
      </w:r>
    </w:p>
    <w:p w14:paraId="26373A6C" w14:textId="77777777" w:rsidR="00DD6607" w:rsidRDefault="00000000">
      <w:r>
        <w:t>☐</w:t>
      </w:r>
      <w:r>
        <w:t xml:space="preserve"> 1 Divider Set</w:t>
      </w:r>
    </w:p>
    <w:p w14:paraId="2FC90904" w14:textId="77777777" w:rsidR="00DD6607" w:rsidRDefault="00000000">
      <w:r>
        <w:t>☐</w:t>
      </w:r>
      <w:r>
        <w:t xml:space="preserve"> 4 Dry Erase Marker Sets</w:t>
      </w:r>
    </w:p>
    <w:p w14:paraId="4E6BB8BE" w14:textId="77777777" w:rsidR="00DD6607" w:rsidRDefault="00000000">
      <w:r>
        <w:t>☐</w:t>
      </w:r>
      <w:r>
        <w:t xml:space="preserve"> 1 Blue Folder</w:t>
      </w:r>
    </w:p>
    <w:p w14:paraId="159B2625" w14:textId="77777777" w:rsidR="00DD6607" w:rsidRDefault="00000000">
      <w:r>
        <w:t>☐</w:t>
      </w:r>
      <w:r>
        <w:t xml:space="preserve"> 1 Folder Pack - Blue/Red/Green</w:t>
      </w:r>
    </w:p>
    <w:p w14:paraId="7C131A1A" w14:textId="77777777" w:rsidR="00DD6607" w:rsidRDefault="00000000">
      <w:r>
        <w:t>☐</w:t>
      </w:r>
      <w:r>
        <w:t xml:space="preserve"> 2 Highlighters</w:t>
      </w:r>
    </w:p>
    <w:p w14:paraId="03DD4E49" w14:textId="77777777" w:rsidR="00DD6607" w:rsidRDefault="00000000">
      <w:r>
        <w:t>☐</w:t>
      </w:r>
      <w:r>
        <w:t xml:space="preserve"> 4 Index Card Packs</w:t>
      </w:r>
    </w:p>
    <w:p w14:paraId="5C10FD4A" w14:textId="77777777" w:rsidR="00DD6607" w:rsidRDefault="00000000">
      <w:r>
        <w:t>☐</w:t>
      </w:r>
      <w:r>
        <w:t xml:space="preserve"> 3 Wide Filler Paper Packs</w:t>
      </w:r>
    </w:p>
    <w:p w14:paraId="12D1F79F" w14:textId="63F713B7" w:rsidR="00DD6607" w:rsidRDefault="00000000">
      <w:r>
        <w:t>☐</w:t>
      </w:r>
      <w:r>
        <w:t xml:space="preserve"> 2 </w:t>
      </w:r>
      <w:r w:rsidR="00F97F83">
        <w:t xml:space="preserve">Rolls </w:t>
      </w:r>
      <w:r>
        <w:t>Paper Towels</w:t>
      </w:r>
    </w:p>
    <w:p w14:paraId="1C154C48" w14:textId="77777777" w:rsidR="00DD6607" w:rsidRDefault="00000000">
      <w:r>
        <w:t>☐</w:t>
      </w:r>
      <w:r>
        <w:t xml:space="preserve"> 4 Pencil Packs</w:t>
      </w:r>
    </w:p>
    <w:p w14:paraId="781C1E80" w14:textId="77777777" w:rsidR="00DD6607" w:rsidRDefault="00000000">
      <w:r>
        <w:t>☐</w:t>
      </w:r>
      <w:r>
        <w:t xml:space="preserve"> 2 Black Pen Packs</w:t>
      </w:r>
    </w:p>
    <w:p w14:paraId="69CB051D" w14:textId="77777777" w:rsidR="00DD6607" w:rsidRDefault="00000000">
      <w:r>
        <w:t>☐</w:t>
      </w:r>
      <w:r>
        <w:t xml:space="preserve"> 2 Blue Pen Packs</w:t>
      </w:r>
    </w:p>
    <w:p w14:paraId="2C902A0A" w14:textId="77777777" w:rsidR="00DD6607" w:rsidRDefault="00000000">
      <w:r>
        <w:t>☐</w:t>
      </w:r>
      <w:r>
        <w:t xml:space="preserve"> 3 Tissue Boxes</w:t>
      </w:r>
    </w:p>
    <w:p w14:paraId="31A988D1" w14:textId="77777777" w:rsidR="00DD6607" w:rsidRDefault="00000000">
      <w:r>
        <w:t>☐</w:t>
      </w:r>
      <w:r>
        <w:t xml:space="preserve"> 1 Disinfecting Wipes</w:t>
      </w:r>
    </w:p>
    <w:p w14:paraId="4FF282D5" w14:textId="77777777" w:rsidR="00DD6607" w:rsidRDefault="00DD6607"/>
    <w:p w14:paraId="2591F51B" w14:textId="77777777" w:rsidR="00DD6607" w:rsidRDefault="00000000">
      <w:pPr>
        <w:pStyle w:val="Heading1"/>
      </w:pPr>
      <w:r>
        <w:t>Add-On Items</w:t>
      </w:r>
    </w:p>
    <w:p w14:paraId="7A88709A" w14:textId="65329B28" w:rsidR="00DD6607" w:rsidRDefault="00000000">
      <w:r>
        <w:t>☐</w:t>
      </w:r>
      <w:r>
        <w:t xml:space="preserve"> 1 Headphones</w:t>
      </w:r>
    </w:p>
    <w:p w14:paraId="5F54AC78" w14:textId="77777777" w:rsidR="00DD6607" w:rsidRDefault="00000000">
      <w:pPr>
        <w:pStyle w:val="Heading1"/>
      </w:pPr>
      <w:r>
        <w:t>Important Notes</w:t>
      </w:r>
    </w:p>
    <w:p w14:paraId="4E69606B" w14:textId="45809B72" w:rsidR="00DD6607" w:rsidRDefault="00000000">
      <w:r>
        <w:t>☐</w:t>
      </w:r>
      <w:r>
        <w:t xml:space="preserve"> Graphing calculator</w:t>
      </w:r>
      <w:r w:rsidR="00E435E4">
        <w:t xml:space="preserve"> (</w:t>
      </w:r>
      <w:r w:rsidR="00381FDC">
        <w:t>TI-</w:t>
      </w:r>
      <w:proofErr w:type="spellStart"/>
      <w:r w:rsidR="00381FDC">
        <w:t>Nspire</w:t>
      </w:r>
      <w:proofErr w:type="spellEnd"/>
      <w:r w:rsidR="00381FDC">
        <w:t xml:space="preserve"> CX II</w:t>
      </w:r>
      <w:r w:rsidR="00126EF0">
        <w:t>)</w:t>
      </w:r>
      <w:r>
        <w:t xml:space="preserve"> required for</w:t>
      </w:r>
      <w:r w:rsidR="00126EF0">
        <w:t xml:space="preserve"> </w:t>
      </w:r>
      <w:r>
        <w:t>Algebra students</w:t>
      </w:r>
    </w:p>
    <w:p w14:paraId="3B782A29" w14:textId="30759E4E" w:rsidR="00DD6607" w:rsidRDefault="00000000">
      <w:r>
        <w:t>☐</w:t>
      </w:r>
      <w:r>
        <w:t xml:space="preserve"> Calculator</w:t>
      </w:r>
      <w:r w:rsidR="00FE205F">
        <w:t xml:space="preserve"> </w:t>
      </w:r>
      <w:r w:rsidR="00FE205F">
        <w:t xml:space="preserve">(TI-30XS) </w:t>
      </w:r>
      <w:r>
        <w:t xml:space="preserve"> required for Math 8</w:t>
      </w:r>
      <w:r w:rsidR="00126EF0">
        <w:t xml:space="preserve"> </w:t>
      </w:r>
      <w:r>
        <w:t>students</w:t>
      </w:r>
    </w:p>
    <w:sectPr w:rsidR="00DD660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8128148">
    <w:abstractNumId w:val="8"/>
  </w:num>
  <w:num w:numId="2" w16cid:durableId="1728409132">
    <w:abstractNumId w:val="6"/>
  </w:num>
  <w:num w:numId="3" w16cid:durableId="63652997">
    <w:abstractNumId w:val="5"/>
  </w:num>
  <w:num w:numId="4" w16cid:durableId="1148745188">
    <w:abstractNumId w:val="4"/>
  </w:num>
  <w:num w:numId="5" w16cid:durableId="2000571453">
    <w:abstractNumId w:val="7"/>
  </w:num>
  <w:num w:numId="6" w16cid:durableId="1751460871">
    <w:abstractNumId w:val="3"/>
  </w:num>
  <w:num w:numId="7" w16cid:durableId="615866053">
    <w:abstractNumId w:val="2"/>
  </w:num>
  <w:num w:numId="8" w16cid:durableId="498665662">
    <w:abstractNumId w:val="1"/>
  </w:num>
  <w:num w:numId="9" w16cid:durableId="794368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6EF0"/>
    <w:rsid w:val="00133187"/>
    <w:rsid w:val="0015074B"/>
    <w:rsid w:val="0029639D"/>
    <w:rsid w:val="00326F90"/>
    <w:rsid w:val="00381FDC"/>
    <w:rsid w:val="00A63A90"/>
    <w:rsid w:val="00AA1D8D"/>
    <w:rsid w:val="00B47730"/>
    <w:rsid w:val="00CB0664"/>
    <w:rsid w:val="00DD6607"/>
    <w:rsid w:val="00E435E4"/>
    <w:rsid w:val="00F97F83"/>
    <w:rsid w:val="00FC693F"/>
    <w:rsid w:val="00FE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6C2633"/>
  <w14:defaultImageDpi w14:val="300"/>
  <w15:docId w15:val="{FE4D482A-8632-4C13-BD7B-00A871F4C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Miano, Amy H.</cp:lastModifiedBy>
  <cp:revision>6</cp:revision>
  <dcterms:created xsi:type="dcterms:W3CDTF">2026-06-02T21:35:00Z</dcterms:created>
  <dcterms:modified xsi:type="dcterms:W3CDTF">2026-06-03T17:53:00Z</dcterms:modified>
  <cp:category/>
</cp:coreProperties>
</file>