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3F6D6" w14:textId="69FAE7B2" w:rsidR="0060374C" w:rsidRPr="00C0745B" w:rsidRDefault="00C0745B">
      <w:pPr>
        <w:pStyle w:val="Heading1"/>
        <w:rPr>
          <w:sz w:val="20"/>
          <w:szCs w:val="20"/>
        </w:rPr>
      </w:pPr>
      <w:r w:rsidRPr="00C0745B">
        <w:rPr>
          <w:noProof/>
          <w:sz w:val="20"/>
          <w:szCs w:val="20"/>
        </w:rPr>
        <mc:AlternateContent>
          <mc:Choice Requires="wpg">
            <w:drawing>
              <wp:anchor distT="0" distB="0" distL="457200" distR="457200" simplePos="0" relativeHeight="251658240" behindDoc="0" locked="0" layoutInCell="1" allowOverlap="1" wp14:anchorId="023E336B" wp14:editId="711FC8A7">
                <wp:simplePos x="4838700" y="228600"/>
                <wp:positionH relativeFrom="page">
                  <wp:align>right</wp:align>
                </wp:positionH>
                <mc:AlternateContent>
                  <mc:Choice Requires="wp14">
                    <wp:positionV relativeFrom="page">
                      <wp14:pctPosVOffset>2300</wp14:pctPosVOffset>
                    </wp:positionV>
                  </mc:Choice>
                  <mc:Fallback>
                    <wp:positionV relativeFrom="page">
                      <wp:posOffset>231140</wp:posOffset>
                    </wp:positionV>
                  </mc:Fallback>
                </mc:AlternateContent>
                <wp:extent cx="2934970" cy="9372600"/>
                <wp:effectExtent l="0" t="0" r="0" b="0"/>
                <wp:wrapSquare wrapText="bothSides"/>
                <wp:docPr id="186" name="Group 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5224" cy="9372600"/>
                          <a:chOff x="0" y="0"/>
                          <a:chExt cx="2933967" cy="9372600"/>
                        </a:xfrm>
                      </wpg:grpSpPr>
                      <wps:wsp>
                        <wps:cNvPr id="187" name="Text Box 187"/>
                        <wps:cNvSpPr txBox="1"/>
                        <wps:spPr>
                          <a:xfrm>
                            <a:off x="0" y="590550"/>
                            <a:ext cx="2057400" cy="7772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9909D8D" w14:textId="1045A614" w:rsidR="00C0745B" w:rsidRDefault="00C0745B">
                              <w:pPr>
                                <w:pStyle w:val="TOCHeading"/>
                                <w:spacing w:before="120"/>
                                <w:rPr>
                                  <w:color w:val="4F81BD" w:themeColor="accent1"/>
                                  <w:sz w:val="26"/>
                                  <w:szCs w:val="26"/>
                                </w:rPr>
                              </w:pPr>
                            </w:p>
                            <w:p w14:paraId="739BD267" w14:textId="77777777" w:rsidR="00C0745B" w:rsidRPr="00C0745B" w:rsidRDefault="00C0745B" w:rsidP="00C0745B">
                              <w:pPr>
                                <w:pStyle w:val="Heading1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0745B">
                                <w:rPr>
                                  <w:sz w:val="20"/>
                                  <w:szCs w:val="20"/>
                                </w:rPr>
                                <w:t>2026 7th Grade - Taking Art</w:t>
                              </w:r>
                            </w:p>
                            <w:p w14:paraId="3BE3AB4F" w14:textId="77777777" w:rsidR="00C0745B" w:rsidRPr="00C0745B" w:rsidRDefault="00C0745B" w:rsidP="00C0745B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C0745B">
                                <w:rPr>
                                  <w:rFonts w:ascii="Segoe UI Symbol" w:hAnsi="Segoe UI Symbol" w:cs="Segoe UI Symbol"/>
                                  <w:sz w:val="20"/>
                                  <w:szCs w:val="20"/>
                                </w:rPr>
                                <w:t>☐</w:t>
                              </w:r>
                              <w:r w:rsidRPr="00C0745B">
                                <w:rPr>
                                  <w:sz w:val="20"/>
                                  <w:szCs w:val="20"/>
                                </w:rPr>
                                <w:t xml:space="preserve"> All items listed plus:</w:t>
                              </w:r>
                            </w:p>
                            <w:p w14:paraId="282FD323" w14:textId="77777777" w:rsidR="00C0745B" w:rsidRPr="00C0745B" w:rsidRDefault="00C0745B" w:rsidP="00C0745B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C0745B">
                                <w:rPr>
                                  <w:rFonts w:ascii="Segoe UI Symbol" w:hAnsi="Segoe UI Symbol" w:cs="Segoe UI Symbol"/>
                                  <w:sz w:val="20"/>
                                  <w:szCs w:val="20"/>
                                </w:rPr>
                                <w:t>☐</w:t>
                              </w:r>
                              <w:r w:rsidRPr="00C0745B">
                                <w:rPr>
                                  <w:sz w:val="20"/>
                                  <w:szCs w:val="20"/>
                                </w:rPr>
                                <w:t xml:space="preserve"> 1 Sketch Pad</w:t>
                              </w:r>
                            </w:p>
                            <w:p w14:paraId="4DC3AC99" w14:textId="77777777" w:rsidR="00C0745B" w:rsidRDefault="00C0745B" w:rsidP="00C0745B"/>
                            <w:p w14:paraId="0FEBC306" w14:textId="646AE338" w:rsidR="00C0745B" w:rsidRDefault="00C0745B" w:rsidP="00C0745B">
                              <w:pP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2019300" y="0"/>
                            <a:ext cx="914667" cy="93726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93200</wp14:pctHeight>
                </wp14:sizeRelV>
              </wp:anchor>
            </w:drawing>
          </mc:Choice>
          <mc:Fallback>
            <w:pict>
              <v:group w14:anchorId="023E336B" id="Group 194" o:spid="_x0000_s1026" style="position:absolute;margin-left:179.9pt;margin-top:0;width:231.1pt;height:738pt;z-index:251658240;mso-height-percent:932;mso-top-percent:23;mso-wrap-distance-left:36pt;mso-wrap-distance-right:36pt;mso-position-horizontal:right;mso-position-horizontal-relative:page;mso-position-vertical-relative:page;mso-height-percent:932;mso-top-percent:23;mso-width-relative:margin" coordsize="29339,937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7" o:spid="_x0000_s1027" type="#_x0000_t202" style="position:absolute;top:5905;width:20574;height:77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" filled="f" stroked="f" strokeweight=".5pt">
                  <v:textbox inset="0,0,0,0">
                    <w:txbxContent>
                      <w:p w14:paraId="39909D8D" w14:textId="1045A614" w:rsidR="00C0745B" w:rsidRDefault="00C0745B">
                        <w:pPr>
                          <w:pStyle w:val="TOCHeading"/>
                          <w:spacing w:before="120"/>
                          <w:rPr>
                            <w:color w:val="4F81BD" w:themeColor="accent1"/>
                            <w:sz w:val="26"/>
                            <w:szCs w:val="26"/>
                          </w:rPr>
                        </w:pPr>
                      </w:p>
                      <w:p w14:paraId="739BD267" w14:textId="77777777" w:rsidR="00C0745B" w:rsidRPr="00C0745B" w:rsidRDefault="00C0745B" w:rsidP="00C0745B">
                        <w:pPr>
                          <w:pStyle w:val="Heading1"/>
                          <w:rPr>
                            <w:sz w:val="20"/>
                            <w:szCs w:val="20"/>
                          </w:rPr>
                        </w:pPr>
                        <w:r w:rsidRPr="00C0745B">
                          <w:rPr>
                            <w:sz w:val="20"/>
                            <w:szCs w:val="20"/>
                          </w:rPr>
                          <w:t>2026 7th Grade - Taking Art</w:t>
                        </w:r>
                      </w:p>
                      <w:p w14:paraId="3BE3AB4F" w14:textId="77777777" w:rsidR="00C0745B" w:rsidRPr="00C0745B" w:rsidRDefault="00C0745B" w:rsidP="00C0745B">
                        <w:pPr>
                          <w:rPr>
                            <w:sz w:val="20"/>
                            <w:szCs w:val="20"/>
                          </w:rPr>
                        </w:pPr>
                        <w:r w:rsidRPr="00C0745B">
                          <w:rPr>
                            <w:rFonts w:ascii="Segoe UI Symbol" w:hAnsi="Segoe UI Symbol" w:cs="Segoe UI Symbol"/>
                            <w:sz w:val="20"/>
                            <w:szCs w:val="20"/>
                          </w:rPr>
                          <w:t>☐</w:t>
                        </w:r>
                        <w:r w:rsidRPr="00C0745B">
                          <w:rPr>
                            <w:sz w:val="20"/>
                            <w:szCs w:val="20"/>
                          </w:rPr>
                          <w:t xml:space="preserve"> All items listed plus:</w:t>
                        </w:r>
                      </w:p>
                      <w:p w14:paraId="282FD323" w14:textId="77777777" w:rsidR="00C0745B" w:rsidRPr="00C0745B" w:rsidRDefault="00C0745B" w:rsidP="00C0745B">
                        <w:pPr>
                          <w:rPr>
                            <w:sz w:val="20"/>
                            <w:szCs w:val="20"/>
                          </w:rPr>
                        </w:pPr>
                        <w:r w:rsidRPr="00C0745B">
                          <w:rPr>
                            <w:rFonts w:ascii="Segoe UI Symbol" w:hAnsi="Segoe UI Symbol" w:cs="Segoe UI Symbol"/>
                            <w:sz w:val="20"/>
                            <w:szCs w:val="20"/>
                          </w:rPr>
                          <w:t>☐</w:t>
                        </w:r>
                        <w:r w:rsidRPr="00C0745B">
                          <w:rPr>
                            <w:sz w:val="20"/>
                            <w:szCs w:val="20"/>
                          </w:rPr>
                          <w:t xml:space="preserve"> 1 Sketch Pad</w:t>
                        </w:r>
                      </w:p>
                      <w:p w14:paraId="4DC3AC99" w14:textId="77777777" w:rsidR="00C0745B" w:rsidRDefault="00C0745B" w:rsidP="00C0745B"/>
                      <w:p w14:paraId="0FEBC306" w14:textId="646AE338" w:rsidR="00C0745B" w:rsidRDefault="00C0745B" w:rsidP="00C0745B">
                        <w:pP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rect id="Rectangle 189" o:spid="_x0000_s1028" style="position:absolute;left:20193;width:9146;height:9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" fillcolor="white [3212]" stroked="f" strokeweight="2pt">
                  <v:fill opacity="0"/>
                </v:rect>
                <w10:wrap type="square" anchorx="page" anchory="page"/>
              </v:group>
            </w:pict>
          </mc:Fallback>
        </mc:AlternateContent>
      </w:r>
      <w:r w:rsidR="00405F3C" w:rsidRPr="00C0745B">
        <w:rPr>
          <w:sz w:val="20"/>
          <w:szCs w:val="20"/>
        </w:rPr>
        <w:t>2026 7th Grade</w:t>
      </w:r>
    </w:p>
    <w:p w14:paraId="0B016D53" w14:textId="77777777" w:rsidR="0060374C" w:rsidRPr="00C0745B" w:rsidRDefault="00405F3C">
      <w:pPr>
        <w:rPr>
          <w:sz w:val="20"/>
          <w:szCs w:val="20"/>
        </w:rPr>
      </w:pPr>
      <w:r w:rsidRPr="00C0745B">
        <w:rPr>
          <w:sz w:val="20"/>
          <w:szCs w:val="20"/>
        </w:rPr>
        <w:t>☐</w:t>
      </w:r>
      <w:r w:rsidRPr="00C0745B">
        <w:rPr>
          <w:sz w:val="20"/>
          <w:szCs w:val="20"/>
        </w:rPr>
        <w:t xml:space="preserve"> 1 White Binder - .5 Inch</w:t>
      </w:r>
    </w:p>
    <w:p w14:paraId="50CBCD1D" w14:textId="77777777" w:rsidR="0060374C" w:rsidRPr="00C0745B" w:rsidRDefault="00405F3C">
      <w:pPr>
        <w:rPr>
          <w:sz w:val="20"/>
          <w:szCs w:val="20"/>
        </w:rPr>
      </w:pPr>
      <w:r w:rsidRPr="00C0745B">
        <w:rPr>
          <w:sz w:val="20"/>
          <w:szCs w:val="20"/>
        </w:rPr>
        <w:t>☐</w:t>
      </w:r>
      <w:r w:rsidRPr="00C0745B">
        <w:rPr>
          <w:sz w:val="20"/>
          <w:szCs w:val="20"/>
        </w:rPr>
        <w:t xml:space="preserve"> 2 Poly Binders - 1.5 Inch</w:t>
      </w:r>
    </w:p>
    <w:p w14:paraId="3588A1B6" w14:textId="77777777" w:rsidR="0060374C" w:rsidRPr="00C0745B" w:rsidRDefault="00405F3C">
      <w:pPr>
        <w:rPr>
          <w:sz w:val="20"/>
          <w:szCs w:val="20"/>
        </w:rPr>
      </w:pPr>
      <w:r w:rsidRPr="00C0745B">
        <w:rPr>
          <w:sz w:val="20"/>
          <w:szCs w:val="20"/>
        </w:rPr>
        <w:t>☐</w:t>
      </w:r>
      <w:r w:rsidRPr="00C0745B">
        <w:rPr>
          <w:sz w:val="20"/>
          <w:szCs w:val="20"/>
        </w:rPr>
        <w:t xml:space="preserve"> 1 Colored Pencil Pack</w:t>
      </w:r>
    </w:p>
    <w:p w14:paraId="55B0843B" w14:textId="77777777" w:rsidR="0060374C" w:rsidRPr="00C0745B" w:rsidRDefault="00405F3C">
      <w:pPr>
        <w:rPr>
          <w:sz w:val="20"/>
          <w:szCs w:val="20"/>
        </w:rPr>
      </w:pPr>
      <w:r w:rsidRPr="00C0745B">
        <w:rPr>
          <w:sz w:val="20"/>
          <w:szCs w:val="20"/>
        </w:rPr>
        <w:t>☐</w:t>
      </w:r>
      <w:r w:rsidRPr="00C0745B">
        <w:rPr>
          <w:sz w:val="20"/>
          <w:szCs w:val="20"/>
        </w:rPr>
        <w:t xml:space="preserve"> 2 Composition Books</w:t>
      </w:r>
    </w:p>
    <w:p w14:paraId="6FCD9F5A" w14:textId="77777777" w:rsidR="0060374C" w:rsidRPr="00C0745B" w:rsidRDefault="00405F3C">
      <w:pPr>
        <w:rPr>
          <w:sz w:val="20"/>
          <w:szCs w:val="20"/>
        </w:rPr>
      </w:pPr>
      <w:r w:rsidRPr="00C0745B">
        <w:rPr>
          <w:sz w:val="20"/>
          <w:szCs w:val="20"/>
        </w:rPr>
        <w:t>☐</w:t>
      </w:r>
      <w:r w:rsidRPr="00C0745B">
        <w:rPr>
          <w:sz w:val="20"/>
          <w:szCs w:val="20"/>
        </w:rPr>
        <w:t xml:space="preserve"> 4 Divider Sets</w:t>
      </w:r>
    </w:p>
    <w:p w14:paraId="3E672A52" w14:textId="77777777" w:rsidR="0060374C" w:rsidRPr="00C0745B" w:rsidRDefault="00405F3C">
      <w:pPr>
        <w:rPr>
          <w:sz w:val="20"/>
          <w:szCs w:val="20"/>
        </w:rPr>
      </w:pPr>
      <w:r w:rsidRPr="00C0745B">
        <w:rPr>
          <w:sz w:val="20"/>
          <w:szCs w:val="20"/>
        </w:rPr>
        <w:t>☐</w:t>
      </w:r>
      <w:r w:rsidRPr="00C0745B">
        <w:rPr>
          <w:sz w:val="20"/>
          <w:szCs w:val="20"/>
        </w:rPr>
        <w:t xml:space="preserve"> 3 Dry Erase Marker Sets</w:t>
      </w:r>
    </w:p>
    <w:p w14:paraId="16CF518D" w14:textId="3096F8D4" w:rsidR="0060374C" w:rsidRPr="00C0745B" w:rsidRDefault="00405F3C">
      <w:pPr>
        <w:rPr>
          <w:sz w:val="20"/>
          <w:szCs w:val="20"/>
        </w:rPr>
      </w:pPr>
      <w:r w:rsidRPr="00C0745B">
        <w:rPr>
          <w:sz w:val="20"/>
          <w:szCs w:val="20"/>
        </w:rPr>
        <w:t>☐</w:t>
      </w:r>
      <w:r w:rsidRPr="00C0745B">
        <w:rPr>
          <w:sz w:val="20"/>
          <w:szCs w:val="20"/>
        </w:rPr>
        <w:t xml:space="preserve"> 1 </w:t>
      </w:r>
      <w:r w:rsidR="00C0745B" w:rsidRPr="00C0745B">
        <w:rPr>
          <w:sz w:val="20"/>
          <w:szCs w:val="20"/>
        </w:rPr>
        <w:t xml:space="preserve">Blue </w:t>
      </w:r>
      <w:r w:rsidRPr="00C0745B">
        <w:rPr>
          <w:sz w:val="20"/>
          <w:szCs w:val="20"/>
        </w:rPr>
        <w:t xml:space="preserve">Folder </w:t>
      </w:r>
      <w:r w:rsidR="00C0745B">
        <w:rPr>
          <w:sz w:val="20"/>
          <w:szCs w:val="20"/>
        </w:rPr>
        <w:t>(Plastic, Pocket and Prong)</w:t>
      </w:r>
    </w:p>
    <w:p w14:paraId="1CEC8A99" w14:textId="1E620F2F" w:rsidR="00C0745B" w:rsidRPr="00C0745B" w:rsidRDefault="00C0745B">
      <w:pPr>
        <w:rPr>
          <w:sz w:val="20"/>
          <w:szCs w:val="20"/>
        </w:rPr>
      </w:pPr>
      <w:r w:rsidRPr="00C0745B">
        <w:rPr>
          <w:rFonts w:ascii="Segoe UI Symbol" w:hAnsi="Segoe UI Symbol" w:cs="Segoe UI Symbol"/>
          <w:sz w:val="20"/>
          <w:szCs w:val="20"/>
        </w:rPr>
        <w:t>☐</w:t>
      </w:r>
      <w:r w:rsidRPr="00C0745B">
        <w:rPr>
          <w:sz w:val="20"/>
          <w:szCs w:val="20"/>
        </w:rPr>
        <w:t xml:space="preserve"> 1 Red Folder </w:t>
      </w:r>
      <w:r>
        <w:rPr>
          <w:sz w:val="20"/>
          <w:szCs w:val="20"/>
        </w:rPr>
        <w:t>(Plastic, Pocket and Prong)</w:t>
      </w:r>
    </w:p>
    <w:p w14:paraId="2A7845D2" w14:textId="77777777" w:rsidR="0060374C" w:rsidRPr="00C0745B" w:rsidRDefault="00405F3C">
      <w:pPr>
        <w:rPr>
          <w:sz w:val="20"/>
          <w:szCs w:val="20"/>
        </w:rPr>
      </w:pPr>
      <w:r w:rsidRPr="00C0745B">
        <w:rPr>
          <w:sz w:val="20"/>
          <w:szCs w:val="20"/>
        </w:rPr>
        <w:t>☐</w:t>
      </w:r>
      <w:r w:rsidRPr="00C0745B">
        <w:rPr>
          <w:sz w:val="20"/>
          <w:szCs w:val="20"/>
        </w:rPr>
        <w:t xml:space="preserve"> 1 Highlighter Pack</w:t>
      </w:r>
    </w:p>
    <w:p w14:paraId="631B5A96" w14:textId="77777777" w:rsidR="0060374C" w:rsidRPr="00C0745B" w:rsidRDefault="00405F3C">
      <w:pPr>
        <w:rPr>
          <w:sz w:val="20"/>
          <w:szCs w:val="20"/>
        </w:rPr>
      </w:pPr>
      <w:r w:rsidRPr="00C0745B">
        <w:rPr>
          <w:sz w:val="20"/>
          <w:szCs w:val="20"/>
        </w:rPr>
        <w:t>☐</w:t>
      </w:r>
      <w:r w:rsidRPr="00C0745B">
        <w:rPr>
          <w:sz w:val="20"/>
          <w:szCs w:val="20"/>
        </w:rPr>
        <w:t xml:space="preserve"> 3 Index Card Packs</w:t>
      </w:r>
    </w:p>
    <w:p w14:paraId="2B6F0968" w14:textId="77777777" w:rsidR="0060374C" w:rsidRPr="00C0745B" w:rsidRDefault="00405F3C">
      <w:pPr>
        <w:rPr>
          <w:sz w:val="20"/>
          <w:szCs w:val="20"/>
        </w:rPr>
      </w:pPr>
      <w:r w:rsidRPr="00C0745B">
        <w:rPr>
          <w:sz w:val="20"/>
          <w:szCs w:val="20"/>
        </w:rPr>
        <w:t>☐</w:t>
      </w:r>
      <w:r w:rsidRPr="00C0745B">
        <w:rPr>
          <w:sz w:val="20"/>
          <w:szCs w:val="20"/>
        </w:rPr>
        <w:t xml:space="preserve"> 4 Wide Filler Paper Packs</w:t>
      </w:r>
    </w:p>
    <w:p w14:paraId="5DC8973F" w14:textId="77777777" w:rsidR="0060374C" w:rsidRPr="00C0745B" w:rsidRDefault="00405F3C">
      <w:pPr>
        <w:rPr>
          <w:sz w:val="20"/>
          <w:szCs w:val="20"/>
        </w:rPr>
      </w:pPr>
      <w:r w:rsidRPr="00C0745B">
        <w:rPr>
          <w:sz w:val="20"/>
          <w:szCs w:val="20"/>
        </w:rPr>
        <w:t>☐</w:t>
      </w:r>
      <w:r w:rsidRPr="00C0745B">
        <w:rPr>
          <w:sz w:val="20"/>
          <w:szCs w:val="20"/>
        </w:rPr>
        <w:t xml:space="preserve"> 2 Paper Towels</w:t>
      </w:r>
    </w:p>
    <w:p w14:paraId="735F3C20" w14:textId="77777777" w:rsidR="0060374C" w:rsidRPr="00C0745B" w:rsidRDefault="00405F3C">
      <w:pPr>
        <w:rPr>
          <w:sz w:val="20"/>
          <w:szCs w:val="20"/>
        </w:rPr>
      </w:pPr>
      <w:r w:rsidRPr="00C0745B">
        <w:rPr>
          <w:sz w:val="20"/>
          <w:szCs w:val="20"/>
        </w:rPr>
        <w:t>☐</w:t>
      </w:r>
      <w:r w:rsidRPr="00C0745B">
        <w:rPr>
          <w:sz w:val="20"/>
          <w:szCs w:val="20"/>
        </w:rPr>
        <w:t xml:space="preserve"> 4 Pencil Packs</w:t>
      </w:r>
    </w:p>
    <w:p w14:paraId="27929B93" w14:textId="77777777" w:rsidR="0060374C" w:rsidRPr="00C0745B" w:rsidRDefault="00405F3C">
      <w:pPr>
        <w:rPr>
          <w:sz w:val="20"/>
          <w:szCs w:val="20"/>
        </w:rPr>
      </w:pPr>
      <w:r w:rsidRPr="00C0745B">
        <w:rPr>
          <w:sz w:val="20"/>
          <w:szCs w:val="20"/>
        </w:rPr>
        <w:t>☐</w:t>
      </w:r>
      <w:r w:rsidRPr="00C0745B">
        <w:rPr>
          <w:sz w:val="20"/>
          <w:szCs w:val="20"/>
        </w:rPr>
        <w:t xml:space="preserve"> 2 Black Pen Packs</w:t>
      </w:r>
    </w:p>
    <w:p w14:paraId="3E672B4C" w14:textId="77777777" w:rsidR="0060374C" w:rsidRPr="00C0745B" w:rsidRDefault="00405F3C">
      <w:pPr>
        <w:rPr>
          <w:sz w:val="20"/>
          <w:szCs w:val="20"/>
        </w:rPr>
      </w:pPr>
      <w:r w:rsidRPr="00C0745B">
        <w:rPr>
          <w:sz w:val="20"/>
          <w:szCs w:val="20"/>
        </w:rPr>
        <w:t>☐</w:t>
      </w:r>
      <w:r w:rsidRPr="00C0745B">
        <w:rPr>
          <w:sz w:val="20"/>
          <w:szCs w:val="20"/>
        </w:rPr>
        <w:t xml:space="preserve"> 2 Blue Pen Packs</w:t>
      </w:r>
    </w:p>
    <w:p w14:paraId="16F4D4BC" w14:textId="77777777" w:rsidR="0060374C" w:rsidRPr="00C0745B" w:rsidRDefault="00405F3C">
      <w:pPr>
        <w:rPr>
          <w:sz w:val="20"/>
          <w:szCs w:val="20"/>
        </w:rPr>
      </w:pPr>
      <w:r w:rsidRPr="00C0745B">
        <w:rPr>
          <w:sz w:val="20"/>
          <w:szCs w:val="20"/>
        </w:rPr>
        <w:t>☐</w:t>
      </w:r>
      <w:r w:rsidRPr="00C0745B">
        <w:rPr>
          <w:sz w:val="20"/>
          <w:szCs w:val="20"/>
        </w:rPr>
        <w:t xml:space="preserve"> 2 Sticky Notes Packs</w:t>
      </w:r>
    </w:p>
    <w:p w14:paraId="4991E6C5" w14:textId="77777777" w:rsidR="0060374C" w:rsidRPr="00C0745B" w:rsidRDefault="00405F3C">
      <w:pPr>
        <w:rPr>
          <w:sz w:val="20"/>
          <w:szCs w:val="20"/>
        </w:rPr>
      </w:pPr>
      <w:r w:rsidRPr="00C0745B">
        <w:rPr>
          <w:sz w:val="20"/>
          <w:szCs w:val="20"/>
        </w:rPr>
        <w:t>☐</w:t>
      </w:r>
      <w:r w:rsidRPr="00C0745B">
        <w:rPr>
          <w:sz w:val="20"/>
          <w:szCs w:val="20"/>
        </w:rPr>
        <w:t xml:space="preserve"> 3 Tissue Boxes</w:t>
      </w:r>
    </w:p>
    <w:p w14:paraId="58441CF6" w14:textId="476B29F5" w:rsidR="0060374C" w:rsidRPr="00C0745B" w:rsidRDefault="00405F3C">
      <w:pPr>
        <w:rPr>
          <w:sz w:val="20"/>
          <w:szCs w:val="20"/>
        </w:rPr>
      </w:pPr>
      <w:r w:rsidRPr="00C0745B">
        <w:rPr>
          <w:sz w:val="20"/>
          <w:szCs w:val="20"/>
        </w:rPr>
        <w:t>☐</w:t>
      </w:r>
      <w:r w:rsidRPr="00C0745B">
        <w:rPr>
          <w:sz w:val="20"/>
          <w:szCs w:val="20"/>
        </w:rPr>
        <w:t xml:space="preserve"> 1 </w:t>
      </w:r>
      <w:r w:rsidR="006C2811">
        <w:rPr>
          <w:sz w:val="20"/>
          <w:szCs w:val="20"/>
        </w:rPr>
        <w:t xml:space="preserve">Container </w:t>
      </w:r>
      <w:r w:rsidRPr="00C0745B">
        <w:rPr>
          <w:sz w:val="20"/>
          <w:szCs w:val="20"/>
        </w:rPr>
        <w:t>Disinfecting Wipes</w:t>
      </w:r>
    </w:p>
    <w:p w14:paraId="4817E6A7" w14:textId="77777777" w:rsidR="0060374C" w:rsidRPr="00C0745B" w:rsidRDefault="00405F3C">
      <w:pPr>
        <w:pStyle w:val="Heading1"/>
        <w:rPr>
          <w:sz w:val="20"/>
          <w:szCs w:val="20"/>
        </w:rPr>
      </w:pPr>
      <w:r w:rsidRPr="00C0745B">
        <w:rPr>
          <w:sz w:val="20"/>
          <w:szCs w:val="20"/>
        </w:rPr>
        <w:t>Add-On Items</w:t>
      </w:r>
    </w:p>
    <w:p w14:paraId="57F873FA" w14:textId="3609ACEC" w:rsidR="0060374C" w:rsidRPr="00C0745B" w:rsidRDefault="00405F3C">
      <w:pPr>
        <w:rPr>
          <w:sz w:val="20"/>
          <w:szCs w:val="20"/>
        </w:rPr>
      </w:pPr>
      <w:r w:rsidRPr="00C0745B">
        <w:rPr>
          <w:sz w:val="20"/>
          <w:szCs w:val="20"/>
        </w:rPr>
        <w:t>☐</w:t>
      </w:r>
      <w:r w:rsidRPr="00C0745B">
        <w:rPr>
          <w:sz w:val="20"/>
          <w:szCs w:val="20"/>
        </w:rPr>
        <w:t xml:space="preserve"> 1 Earbuds</w:t>
      </w:r>
      <w:r w:rsidR="00C0745B">
        <w:rPr>
          <w:sz w:val="20"/>
          <w:szCs w:val="20"/>
        </w:rPr>
        <w:t xml:space="preserve"> OR</w:t>
      </w:r>
    </w:p>
    <w:p w14:paraId="408B7CF6" w14:textId="369DFEEA" w:rsidR="0060374C" w:rsidRPr="00C0745B" w:rsidRDefault="00405F3C">
      <w:pPr>
        <w:rPr>
          <w:sz w:val="20"/>
          <w:szCs w:val="20"/>
        </w:rPr>
      </w:pPr>
      <w:r w:rsidRPr="00C0745B">
        <w:rPr>
          <w:sz w:val="20"/>
          <w:szCs w:val="20"/>
        </w:rPr>
        <w:t>☐</w:t>
      </w:r>
      <w:r w:rsidRPr="00C0745B">
        <w:rPr>
          <w:sz w:val="20"/>
          <w:szCs w:val="20"/>
        </w:rPr>
        <w:t xml:space="preserve"> 1 Headphones</w:t>
      </w:r>
    </w:p>
    <w:p w14:paraId="4245D317" w14:textId="77777777" w:rsidR="0060374C" w:rsidRPr="00C0745B" w:rsidRDefault="00405F3C">
      <w:pPr>
        <w:pStyle w:val="Heading1"/>
        <w:rPr>
          <w:sz w:val="20"/>
          <w:szCs w:val="20"/>
        </w:rPr>
      </w:pPr>
      <w:r w:rsidRPr="00C0745B">
        <w:rPr>
          <w:sz w:val="20"/>
          <w:szCs w:val="20"/>
        </w:rPr>
        <w:t>Important Notes</w:t>
      </w:r>
    </w:p>
    <w:p w14:paraId="5F93A34E" w14:textId="6D148E8F" w:rsidR="0060374C" w:rsidRPr="00C0745B" w:rsidRDefault="00405F3C">
      <w:pPr>
        <w:rPr>
          <w:sz w:val="20"/>
          <w:szCs w:val="20"/>
        </w:rPr>
      </w:pPr>
      <w:r w:rsidRPr="00C0745B">
        <w:rPr>
          <w:sz w:val="20"/>
          <w:szCs w:val="20"/>
        </w:rPr>
        <w:t>☐</w:t>
      </w:r>
      <w:r w:rsidRPr="00C0745B">
        <w:rPr>
          <w:sz w:val="20"/>
          <w:szCs w:val="20"/>
        </w:rPr>
        <w:t xml:space="preserve"> </w:t>
      </w:r>
      <w:r w:rsidR="001549F8">
        <w:rPr>
          <w:sz w:val="20"/>
          <w:szCs w:val="20"/>
        </w:rPr>
        <w:t>C</w:t>
      </w:r>
      <w:r w:rsidRPr="00C0745B">
        <w:rPr>
          <w:sz w:val="20"/>
          <w:szCs w:val="20"/>
        </w:rPr>
        <w:t xml:space="preserve">alculator </w:t>
      </w:r>
      <w:r w:rsidR="001549F8">
        <w:rPr>
          <w:sz w:val="20"/>
          <w:szCs w:val="20"/>
        </w:rPr>
        <w:t>(TI-</w:t>
      </w:r>
      <w:r w:rsidR="001B6658">
        <w:rPr>
          <w:sz w:val="20"/>
          <w:szCs w:val="20"/>
        </w:rPr>
        <w:t xml:space="preserve">30XS) </w:t>
      </w:r>
      <w:r w:rsidR="00C0745B" w:rsidRPr="00C0745B">
        <w:rPr>
          <w:sz w:val="20"/>
          <w:szCs w:val="20"/>
        </w:rPr>
        <w:t xml:space="preserve">also </w:t>
      </w:r>
      <w:r w:rsidRPr="00C0745B">
        <w:rPr>
          <w:sz w:val="20"/>
          <w:szCs w:val="20"/>
        </w:rPr>
        <w:t xml:space="preserve">required </w:t>
      </w:r>
    </w:p>
    <w:sectPr w:rsidR="0060374C" w:rsidRPr="00C0745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55833487">
    <w:abstractNumId w:val="8"/>
  </w:num>
  <w:num w:numId="2" w16cid:durableId="1609122108">
    <w:abstractNumId w:val="6"/>
  </w:num>
  <w:num w:numId="3" w16cid:durableId="315306803">
    <w:abstractNumId w:val="5"/>
  </w:num>
  <w:num w:numId="4" w16cid:durableId="580796301">
    <w:abstractNumId w:val="4"/>
  </w:num>
  <w:num w:numId="5" w16cid:durableId="1188564841">
    <w:abstractNumId w:val="7"/>
  </w:num>
  <w:num w:numId="6" w16cid:durableId="185020219">
    <w:abstractNumId w:val="3"/>
  </w:num>
  <w:num w:numId="7" w16cid:durableId="1661497057">
    <w:abstractNumId w:val="2"/>
  </w:num>
  <w:num w:numId="8" w16cid:durableId="1710914699">
    <w:abstractNumId w:val="1"/>
  </w:num>
  <w:num w:numId="9" w16cid:durableId="1541281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49F8"/>
    <w:rsid w:val="001B6658"/>
    <w:rsid w:val="0029639D"/>
    <w:rsid w:val="00326F90"/>
    <w:rsid w:val="00526DFF"/>
    <w:rsid w:val="005C0272"/>
    <w:rsid w:val="0060374C"/>
    <w:rsid w:val="006C2811"/>
    <w:rsid w:val="00AA1D8D"/>
    <w:rsid w:val="00B47730"/>
    <w:rsid w:val="00C0745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896008"/>
  <w14:defaultImageDpi w14:val="300"/>
  <w15:docId w15:val="{7CDA41B1-D0A3-41DE-B2C4-794BFC485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Miano, Amy H.</cp:lastModifiedBy>
  <cp:revision>4</cp:revision>
  <dcterms:created xsi:type="dcterms:W3CDTF">2026-06-02T21:24:00Z</dcterms:created>
  <dcterms:modified xsi:type="dcterms:W3CDTF">2026-06-03T18:31:00Z</dcterms:modified>
  <cp:category/>
</cp:coreProperties>
</file>