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BDD43" w14:textId="77777777" w:rsidR="00A01DFD" w:rsidRDefault="00434786">
      <w:pPr>
        <w:pStyle w:val="Heading1"/>
      </w:pPr>
      <w:r>
        <w:t>2026 5th Grade</w:t>
      </w:r>
    </w:p>
    <w:p w14:paraId="4E74289C" w14:textId="77777777" w:rsidR="00A01DFD" w:rsidRDefault="00434786">
      <w:r>
        <w:t>☐</w:t>
      </w:r>
      <w:r>
        <w:t xml:space="preserve"> 1 White Binder - 1 Inch</w:t>
      </w:r>
    </w:p>
    <w:p w14:paraId="5946B745" w14:textId="77777777" w:rsidR="00A01DFD" w:rsidRDefault="00434786">
      <w:r>
        <w:t>☐</w:t>
      </w:r>
      <w:r>
        <w:t xml:space="preserve"> 1 Orange Binder - 1 Inch</w:t>
      </w:r>
    </w:p>
    <w:p w14:paraId="08F1C0AA" w14:textId="77777777" w:rsidR="00A01DFD" w:rsidRDefault="00434786">
      <w:r>
        <w:t>☐</w:t>
      </w:r>
      <w:r>
        <w:t xml:space="preserve"> 1 Colored Pencil Pack - 24 Ct</w:t>
      </w:r>
    </w:p>
    <w:p w14:paraId="3D78F121" w14:textId="77777777" w:rsidR="00A01DFD" w:rsidRDefault="00434786">
      <w:r>
        <w:t>☐</w:t>
      </w:r>
      <w:r>
        <w:t xml:space="preserve"> 5 Composition Books</w:t>
      </w:r>
    </w:p>
    <w:p w14:paraId="63C761BE" w14:textId="77777777" w:rsidR="00A01DFD" w:rsidRDefault="00434786">
      <w:r>
        <w:t>☐</w:t>
      </w:r>
      <w:r>
        <w:t xml:space="preserve"> 1 Divider Set - 8 Tab</w:t>
      </w:r>
    </w:p>
    <w:p w14:paraId="72FD9F4B" w14:textId="77777777" w:rsidR="00A01DFD" w:rsidRDefault="00434786">
      <w:r>
        <w:t>☐</w:t>
      </w:r>
      <w:r>
        <w:t xml:space="preserve"> 1 Dry Erase Marker</w:t>
      </w:r>
    </w:p>
    <w:p w14:paraId="06D50852" w14:textId="35AE212D" w:rsidR="00A01DFD" w:rsidRDefault="00434786">
      <w:r>
        <w:t>☐</w:t>
      </w:r>
      <w:r>
        <w:t xml:space="preserve"> 1 Eraser Cap Pack</w:t>
      </w:r>
      <w:r w:rsidR="00B03909">
        <w:t xml:space="preserve"> (for the top of pencils)</w:t>
      </w:r>
    </w:p>
    <w:p w14:paraId="35ACDFDF" w14:textId="77777777" w:rsidR="00A01DFD" w:rsidRDefault="00434786">
      <w:r>
        <w:t>☐</w:t>
      </w:r>
      <w:r>
        <w:t xml:space="preserve"> 1 Blue Folder</w:t>
      </w:r>
    </w:p>
    <w:p w14:paraId="44153CB0" w14:textId="77777777" w:rsidR="00A01DFD" w:rsidRDefault="00434786">
      <w:r>
        <w:t>☐</w:t>
      </w:r>
      <w:r>
        <w:t xml:space="preserve"> 1 Glue Stick Pack - 6 Pk</w:t>
      </w:r>
    </w:p>
    <w:p w14:paraId="7DC5FB22" w14:textId="77777777" w:rsidR="00A01DFD" w:rsidRDefault="00434786">
      <w:r>
        <w:t>☐</w:t>
      </w:r>
      <w:r>
        <w:t xml:space="preserve"> 1 Graph Paper Pack</w:t>
      </w:r>
    </w:p>
    <w:p w14:paraId="2F404755" w14:textId="77777777" w:rsidR="00A01DFD" w:rsidRDefault="00434786">
      <w:r>
        <w:t>☐</w:t>
      </w:r>
      <w:r>
        <w:t xml:space="preserve"> 1 Graph Paper Spiral Notebook</w:t>
      </w:r>
    </w:p>
    <w:p w14:paraId="4FFD44A5" w14:textId="77777777" w:rsidR="00A01DFD" w:rsidRDefault="00434786">
      <w:r>
        <w:t>☐</w:t>
      </w:r>
      <w:r>
        <w:t xml:space="preserve"> 1 Highlighter Pack</w:t>
      </w:r>
    </w:p>
    <w:p w14:paraId="423F53B2" w14:textId="77777777" w:rsidR="00A01DFD" w:rsidRDefault="00434786">
      <w:r>
        <w:t>☐</w:t>
      </w:r>
      <w:r>
        <w:t xml:space="preserve"> 3 Index Card Packs - 100 Ct</w:t>
      </w:r>
    </w:p>
    <w:p w14:paraId="127AA0C5" w14:textId="77777777" w:rsidR="00A01DFD" w:rsidRDefault="00434786">
      <w:r>
        <w:t>☐</w:t>
      </w:r>
      <w:r>
        <w:t xml:space="preserve"> 1 Marker Pack - 12 Ct</w:t>
      </w:r>
    </w:p>
    <w:p w14:paraId="05765586" w14:textId="77777777" w:rsidR="00A01DFD" w:rsidRDefault="00434786">
      <w:r>
        <w:t>☐</w:t>
      </w:r>
      <w:r>
        <w:t xml:space="preserve"> 1 Wide Filler Paper Pack</w:t>
      </w:r>
    </w:p>
    <w:p w14:paraId="27BBB2C0" w14:textId="7AFA37DC" w:rsidR="00A01DFD" w:rsidRDefault="00434786">
      <w:r>
        <w:t>☐</w:t>
      </w:r>
      <w:r>
        <w:t xml:space="preserve"> 1 </w:t>
      </w:r>
      <w:r w:rsidR="00B03909">
        <w:t xml:space="preserve">Roll </w:t>
      </w:r>
      <w:r>
        <w:t xml:space="preserve">Paper Towels </w:t>
      </w:r>
    </w:p>
    <w:p w14:paraId="66C524A6" w14:textId="77777777" w:rsidR="00A01DFD" w:rsidRDefault="00434786">
      <w:r>
        <w:t>☐</w:t>
      </w:r>
      <w:r>
        <w:t xml:space="preserve"> 2 Pencil Pouches</w:t>
      </w:r>
    </w:p>
    <w:p w14:paraId="341BD749" w14:textId="77777777" w:rsidR="00A01DFD" w:rsidRDefault="00434786">
      <w:r>
        <w:t>☐</w:t>
      </w:r>
      <w:r>
        <w:t xml:space="preserve"> 1 Pencil Sharpener</w:t>
      </w:r>
    </w:p>
    <w:p w14:paraId="2B1EE356" w14:textId="77777777" w:rsidR="00A01DFD" w:rsidRDefault="00434786">
      <w:r>
        <w:t>☐</w:t>
      </w:r>
      <w:r>
        <w:t xml:space="preserve"> 3 Pencil Packs - 10 Ct</w:t>
      </w:r>
    </w:p>
    <w:p w14:paraId="5B042F96" w14:textId="77777777" w:rsidR="00A01DFD" w:rsidRDefault="00434786">
      <w:r>
        <w:t>☐</w:t>
      </w:r>
      <w:r>
        <w:t xml:space="preserve"> 1 Scissors - Big Kids</w:t>
      </w:r>
    </w:p>
    <w:p w14:paraId="4AA2630F" w14:textId="77777777" w:rsidR="00A01DFD" w:rsidRDefault="00434786">
      <w:r>
        <w:t>☐</w:t>
      </w:r>
      <w:r>
        <w:t xml:space="preserve"> 2 Tissue Boxes</w:t>
      </w:r>
    </w:p>
    <w:p w14:paraId="52BF20EC" w14:textId="59B562B0" w:rsidR="00A01DFD" w:rsidRDefault="00434786">
      <w:r>
        <w:t>☐</w:t>
      </w:r>
      <w:r>
        <w:t xml:space="preserve"> 1</w:t>
      </w:r>
      <w:r w:rsidR="00B03909">
        <w:t xml:space="preserve"> Container</w:t>
      </w:r>
      <w:r>
        <w:t xml:space="preserve"> Disinfecting Wipes </w:t>
      </w:r>
    </w:p>
    <w:p w14:paraId="095EDBD9" w14:textId="77777777" w:rsidR="00A01DFD" w:rsidRDefault="00A01DFD"/>
    <w:sectPr w:rsidR="00A01DF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90983895">
    <w:abstractNumId w:val="8"/>
  </w:num>
  <w:num w:numId="2" w16cid:durableId="1373186804">
    <w:abstractNumId w:val="6"/>
  </w:num>
  <w:num w:numId="3" w16cid:durableId="139467469">
    <w:abstractNumId w:val="5"/>
  </w:num>
  <w:num w:numId="4" w16cid:durableId="1799301352">
    <w:abstractNumId w:val="4"/>
  </w:num>
  <w:num w:numId="5" w16cid:durableId="105582685">
    <w:abstractNumId w:val="7"/>
  </w:num>
  <w:num w:numId="6" w16cid:durableId="1143499687">
    <w:abstractNumId w:val="3"/>
  </w:num>
  <w:num w:numId="7" w16cid:durableId="795173841">
    <w:abstractNumId w:val="2"/>
  </w:num>
  <w:num w:numId="8" w16cid:durableId="1246496538">
    <w:abstractNumId w:val="1"/>
  </w:num>
  <w:num w:numId="9" w16cid:durableId="1574655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1675"/>
    <w:rsid w:val="0015074B"/>
    <w:rsid w:val="0029639D"/>
    <w:rsid w:val="00326F90"/>
    <w:rsid w:val="00434786"/>
    <w:rsid w:val="00A01DFD"/>
    <w:rsid w:val="00AA1D8D"/>
    <w:rsid w:val="00B03909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D2E66D1"/>
  <w14:defaultImageDpi w14:val="300"/>
  <w15:docId w15:val="{B18CE02F-167C-4AF1-9FCA-EA5D9F9F3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489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Miano, Amy H.</cp:lastModifiedBy>
  <cp:revision>2</cp:revision>
  <dcterms:created xsi:type="dcterms:W3CDTF">2026-06-02T21:05:00Z</dcterms:created>
  <dcterms:modified xsi:type="dcterms:W3CDTF">2026-06-02T21:05:00Z</dcterms:modified>
  <cp:category/>
</cp:coreProperties>
</file>