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364D2" w14:textId="77777777" w:rsidR="00286967" w:rsidRDefault="00FB0918">
      <w:pPr>
        <w:pStyle w:val="Heading1"/>
      </w:pPr>
      <w:r>
        <w:t>2026 4th Grade</w:t>
      </w:r>
    </w:p>
    <w:p w14:paraId="58CFB4F6" w14:textId="77777777" w:rsidR="00286967" w:rsidRDefault="00FB0918">
      <w:r>
        <w:t>☐</w:t>
      </w:r>
      <w:r>
        <w:t xml:space="preserve"> 2 White Binders - .5 Inch</w:t>
      </w:r>
    </w:p>
    <w:p w14:paraId="335E380E" w14:textId="77777777" w:rsidR="00286967" w:rsidRDefault="00FB0918">
      <w:r>
        <w:t>☐</w:t>
      </w:r>
      <w:r>
        <w:t xml:space="preserve"> 1 Purple Binder - 1 Inch</w:t>
      </w:r>
    </w:p>
    <w:p w14:paraId="40994023" w14:textId="77777777" w:rsidR="00286967" w:rsidRDefault="00FB0918">
      <w:r>
        <w:t>☐</w:t>
      </w:r>
      <w:r>
        <w:t xml:space="preserve"> 2 Colored Pencil Packs - 12 Ct</w:t>
      </w:r>
    </w:p>
    <w:p w14:paraId="523E4A64" w14:textId="77777777" w:rsidR="00286967" w:rsidRDefault="00FB0918">
      <w:r>
        <w:t>☐</w:t>
      </w:r>
      <w:r>
        <w:t xml:space="preserve"> 2 Crayons - 24 Ct</w:t>
      </w:r>
    </w:p>
    <w:p w14:paraId="3AB8C9B3" w14:textId="77777777" w:rsidR="00286967" w:rsidRDefault="00FB0918">
      <w:r>
        <w:t>☐</w:t>
      </w:r>
      <w:r>
        <w:t xml:space="preserve"> 3 Divider Sets - 5 Tab</w:t>
      </w:r>
    </w:p>
    <w:p w14:paraId="5E1EBD07" w14:textId="77777777" w:rsidR="00286967" w:rsidRDefault="00FB0918">
      <w:r>
        <w:t>☐</w:t>
      </w:r>
      <w:r>
        <w:t xml:space="preserve"> 2 Dry Erase Marker Packs</w:t>
      </w:r>
    </w:p>
    <w:p w14:paraId="5C46B00D" w14:textId="77777777" w:rsidR="00286967" w:rsidRDefault="00FB0918">
      <w:r>
        <w:t>☐</w:t>
      </w:r>
      <w:r>
        <w:t xml:space="preserve"> 1 Yellow Folder</w:t>
      </w:r>
    </w:p>
    <w:p w14:paraId="1EDCBBE4" w14:textId="2DAD9967" w:rsidR="00286967" w:rsidRDefault="00FB0918">
      <w:r>
        <w:t>☐</w:t>
      </w:r>
      <w:r>
        <w:t xml:space="preserve"> 1 </w:t>
      </w:r>
      <w:r w:rsidR="00E21203">
        <w:t xml:space="preserve">10-in-1 </w:t>
      </w:r>
      <w:r>
        <w:t>Folder Combo Pack</w:t>
      </w:r>
      <w:r w:rsidR="00E21203">
        <w:t xml:space="preserve"> (example </w:t>
      </w:r>
      <w:proofErr w:type="spellStart"/>
      <w:r w:rsidR="00E21203">
        <w:t>Nickys</w:t>
      </w:r>
      <w:proofErr w:type="spellEnd"/>
      <w:r w:rsidR="00E21203">
        <w:t xml:space="preserve"> brand)</w:t>
      </w:r>
    </w:p>
    <w:p w14:paraId="1520D327" w14:textId="77777777" w:rsidR="00286967" w:rsidRDefault="00FB0918">
      <w:r>
        <w:t>☐</w:t>
      </w:r>
      <w:r>
        <w:t xml:space="preserve"> 4 Highlighters</w:t>
      </w:r>
    </w:p>
    <w:p w14:paraId="275130EC" w14:textId="77777777" w:rsidR="00286967" w:rsidRDefault="00FB0918">
      <w:r>
        <w:t>☐</w:t>
      </w:r>
      <w:r>
        <w:t xml:space="preserve"> 2 Marker Packs - 12 Ct</w:t>
      </w:r>
    </w:p>
    <w:p w14:paraId="70CE9896" w14:textId="77777777" w:rsidR="00286967" w:rsidRDefault="00FB0918">
      <w:r>
        <w:t>☐</w:t>
      </w:r>
      <w:r>
        <w:t xml:space="preserve"> 3 Pencil Packs - 10 Ct</w:t>
      </w:r>
    </w:p>
    <w:p w14:paraId="40C09DF1" w14:textId="757E5B91" w:rsidR="00286967" w:rsidRDefault="00FB0918">
      <w:r>
        <w:t>☐</w:t>
      </w:r>
      <w:r>
        <w:t xml:space="preserve"> 1 Ruler - 12 in</w:t>
      </w:r>
      <w:r w:rsidR="00E21203">
        <w:t xml:space="preserve"> - clear</w:t>
      </w:r>
    </w:p>
    <w:p w14:paraId="3877EC4F" w14:textId="77777777" w:rsidR="00286967" w:rsidRDefault="00FB0918">
      <w:r>
        <w:t>☐</w:t>
      </w:r>
      <w:r>
        <w:t xml:space="preserve"> 1 Scissors - 7 Inch</w:t>
      </w:r>
    </w:p>
    <w:p w14:paraId="6BB170A8" w14:textId="77777777" w:rsidR="00286967" w:rsidRDefault="00FB0918">
      <w:r>
        <w:t>☐</w:t>
      </w:r>
      <w:r>
        <w:t xml:space="preserve"> 3 Tissue Boxes</w:t>
      </w:r>
    </w:p>
    <w:p w14:paraId="113BD4B2" w14:textId="38735733" w:rsidR="00286967" w:rsidRDefault="00FB0918">
      <w:r>
        <w:t>☐</w:t>
      </w:r>
      <w:r>
        <w:t xml:space="preserve"> 1 </w:t>
      </w:r>
      <w:r w:rsidR="00E21203">
        <w:t xml:space="preserve">Container </w:t>
      </w:r>
      <w:r>
        <w:t>Disinfecting Wipes - 35 Ct</w:t>
      </w:r>
    </w:p>
    <w:p w14:paraId="3F5B674A" w14:textId="77777777" w:rsidR="00286967" w:rsidRDefault="00286967"/>
    <w:p w14:paraId="30964552" w14:textId="77777777" w:rsidR="00286967" w:rsidRDefault="00FB0918">
      <w:pPr>
        <w:pStyle w:val="Heading1"/>
      </w:pPr>
      <w:r>
        <w:t>Add-On Items</w:t>
      </w:r>
    </w:p>
    <w:p w14:paraId="0FEE208D" w14:textId="77777777" w:rsidR="00286967" w:rsidRDefault="00FB0918">
      <w:r>
        <w:t>☐</w:t>
      </w:r>
      <w:r>
        <w:t xml:space="preserve"> 1 Seat Sack - Large - 17x10x2 - Blue</w:t>
      </w:r>
    </w:p>
    <w:p w14:paraId="3D6378D2" w14:textId="77777777" w:rsidR="00286967" w:rsidRDefault="00FB0918">
      <w:r>
        <w:t>☐</w:t>
      </w:r>
      <w:r>
        <w:t xml:space="preserve"> 1 Headphones</w:t>
      </w:r>
    </w:p>
    <w:p w14:paraId="2C1EE196" w14:textId="77777777" w:rsidR="00286967" w:rsidRDefault="00286967"/>
    <w:sectPr w:rsidR="002869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098843">
    <w:abstractNumId w:val="8"/>
  </w:num>
  <w:num w:numId="2" w16cid:durableId="1346789681">
    <w:abstractNumId w:val="6"/>
  </w:num>
  <w:num w:numId="3" w16cid:durableId="405684174">
    <w:abstractNumId w:val="5"/>
  </w:num>
  <w:num w:numId="4" w16cid:durableId="1025322832">
    <w:abstractNumId w:val="4"/>
  </w:num>
  <w:num w:numId="5" w16cid:durableId="333191435">
    <w:abstractNumId w:val="7"/>
  </w:num>
  <w:num w:numId="6" w16cid:durableId="601376502">
    <w:abstractNumId w:val="3"/>
  </w:num>
  <w:num w:numId="7" w16cid:durableId="981234863">
    <w:abstractNumId w:val="2"/>
  </w:num>
  <w:num w:numId="8" w16cid:durableId="692606643">
    <w:abstractNumId w:val="1"/>
  </w:num>
  <w:num w:numId="9" w16cid:durableId="98173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6967"/>
    <w:rsid w:val="0029639D"/>
    <w:rsid w:val="00326F90"/>
    <w:rsid w:val="00AA1D8D"/>
    <w:rsid w:val="00B47730"/>
    <w:rsid w:val="00CB0664"/>
    <w:rsid w:val="00D36392"/>
    <w:rsid w:val="00E21203"/>
    <w:rsid w:val="00FB09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4D294"/>
  <w14:defaultImageDpi w14:val="300"/>
  <w15:docId w15:val="{276310E5-390A-4C30-838D-6C598857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2026-06-02T21:02:00Z</dcterms:created>
  <dcterms:modified xsi:type="dcterms:W3CDTF">2026-06-02T21:02:00Z</dcterms:modified>
  <cp:category/>
</cp:coreProperties>
</file>