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C99FB" w14:textId="77777777" w:rsidR="00972F11" w:rsidRDefault="00F9024C">
      <w:pPr>
        <w:pStyle w:val="Heading1"/>
      </w:pPr>
      <w:r>
        <w:t>2026 2nd Grade</w:t>
      </w:r>
    </w:p>
    <w:p w14:paraId="4C0BD7DF" w14:textId="77777777" w:rsidR="00972F11" w:rsidRDefault="00F9024C">
      <w:r>
        <w:t>☐</w:t>
      </w:r>
      <w:r>
        <w:t xml:space="preserve"> 1 Binder - 1 Inch - Blue</w:t>
      </w:r>
    </w:p>
    <w:p w14:paraId="7D656DDC" w14:textId="77777777" w:rsidR="00972F11" w:rsidRDefault="00F9024C">
      <w:r>
        <w:t>☐</w:t>
      </w:r>
      <w:r>
        <w:t xml:space="preserve"> 1 Clipboard</w:t>
      </w:r>
    </w:p>
    <w:p w14:paraId="373487AF" w14:textId="77777777" w:rsidR="00972F11" w:rsidRDefault="00F9024C">
      <w:r>
        <w:t>☐</w:t>
      </w:r>
      <w:r>
        <w:t xml:space="preserve"> 3 Composition Books - Wide Ruled - 100 Ct</w:t>
      </w:r>
    </w:p>
    <w:p w14:paraId="75461AAA" w14:textId="77777777" w:rsidR="00972F11" w:rsidRDefault="00F9024C">
      <w:r>
        <w:t>☐</w:t>
      </w:r>
      <w:r>
        <w:t xml:space="preserve"> 2 Crayons - 24 Ct</w:t>
      </w:r>
    </w:p>
    <w:p w14:paraId="1D79E0A6" w14:textId="77777777" w:rsidR="00972F11" w:rsidRDefault="00F9024C">
      <w:r>
        <w:t>☐</w:t>
      </w:r>
      <w:r>
        <w:t xml:space="preserve"> 1 Dry Erase Marker Set - 4 Colors</w:t>
      </w:r>
    </w:p>
    <w:p w14:paraId="67AC0191" w14:textId="4DF456BD" w:rsidR="00972F11" w:rsidRDefault="00F9024C">
      <w:r>
        <w:t>☐</w:t>
      </w:r>
      <w:r>
        <w:t xml:space="preserve"> 1 </w:t>
      </w:r>
      <w:r w:rsidR="009C3BEB">
        <w:t xml:space="preserve">Blue </w:t>
      </w:r>
      <w:r>
        <w:t xml:space="preserve">Folder </w:t>
      </w:r>
    </w:p>
    <w:p w14:paraId="461409BE" w14:textId="71852902" w:rsidR="009C3BEB" w:rsidRDefault="009C3BEB">
      <w:r>
        <w:t xml:space="preserve">☐ 1 </w:t>
      </w:r>
      <w:r>
        <w:t>Red</w:t>
      </w:r>
      <w:r>
        <w:t xml:space="preserve"> Folder </w:t>
      </w:r>
    </w:p>
    <w:p w14:paraId="4CC4F988" w14:textId="77777777" w:rsidR="00972F11" w:rsidRDefault="00F9024C">
      <w:r>
        <w:t>☐</w:t>
      </w:r>
      <w:r>
        <w:t xml:space="preserve"> 1 Purple Folder</w:t>
      </w:r>
    </w:p>
    <w:p w14:paraId="3BA5B8CA" w14:textId="77777777" w:rsidR="00972F11" w:rsidRDefault="00F9024C">
      <w:r>
        <w:t>☐</w:t>
      </w:r>
      <w:r>
        <w:t xml:space="preserve"> 1 Yellow Folder</w:t>
      </w:r>
    </w:p>
    <w:p w14:paraId="5FAEE3D0" w14:textId="77777777" w:rsidR="00972F11" w:rsidRDefault="00F9024C">
      <w:r>
        <w:t>☐</w:t>
      </w:r>
      <w:r>
        <w:t xml:space="preserve"> 1 Glue Stick Pack - 12 Pk</w:t>
      </w:r>
    </w:p>
    <w:p w14:paraId="536698E0" w14:textId="77777777" w:rsidR="00972F11" w:rsidRDefault="00F9024C">
      <w:r>
        <w:t>☐</w:t>
      </w:r>
      <w:r>
        <w:t xml:space="preserve"> 1 Highlighter - Yellow</w:t>
      </w:r>
    </w:p>
    <w:p w14:paraId="22039BF3" w14:textId="77777777" w:rsidR="00972F11" w:rsidRDefault="00F9024C">
      <w:r>
        <w:t>☐</w:t>
      </w:r>
      <w:r>
        <w:t xml:space="preserve"> 2 Marker Packs - 08 Ct Thick</w:t>
      </w:r>
    </w:p>
    <w:p w14:paraId="7F827332" w14:textId="77777777" w:rsidR="00972F11" w:rsidRDefault="00F9024C">
      <w:r>
        <w:t>☐</w:t>
      </w:r>
      <w:r>
        <w:t xml:space="preserve"> 4 Pencil Packs - 10 Ct</w:t>
      </w:r>
    </w:p>
    <w:p w14:paraId="4A8A2EAA" w14:textId="77777777" w:rsidR="00972F11" w:rsidRDefault="00F9024C">
      <w:r>
        <w:t>☐</w:t>
      </w:r>
      <w:r>
        <w:t xml:space="preserve"> 1 Ruler - 12 in</w:t>
      </w:r>
    </w:p>
    <w:p w14:paraId="322D0002" w14:textId="77777777" w:rsidR="00972F11" w:rsidRDefault="00F9024C">
      <w:r>
        <w:t>☐</w:t>
      </w:r>
      <w:r>
        <w:t xml:space="preserve"> 1 School Box</w:t>
      </w:r>
    </w:p>
    <w:p w14:paraId="036614D0" w14:textId="77777777" w:rsidR="00972F11" w:rsidRDefault="00F9024C">
      <w:r>
        <w:t>☐</w:t>
      </w:r>
      <w:r>
        <w:t xml:space="preserve"> 1 Scissors</w:t>
      </w:r>
    </w:p>
    <w:p w14:paraId="7E3918FF" w14:textId="77777777" w:rsidR="00972F11" w:rsidRDefault="00F9024C">
      <w:r>
        <w:t>☐</w:t>
      </w:r>
      <w:r>
        <w:t xml:space="preserve"> 1 Seat Sack - Large - 17x10x2 - Blue</w:t>
      </w:r>
    </w:p>
    <w:p w14:paraId="6F80D9A2" w14:textId="77777777" w:rsidR="00972F11" w:rsidRDefault="00F9024C">
      <w:r>
        <w:t>☐</w:t>
      </w:r>
      <w:r>
        <w:t xml:space="preserve"> 3 Tissue Boxes</w:t>
      </w:r>
    </w:p>
    <w:p w14:paraId="3D2A0461" w14:textId="62432658" w:rsidR="00972F11" w:rsidRDefault="00F9024C">
      <w:r>
        <w:t>☐</w:t>
      </w:r>
      <w:r>
        <w:t xml:space="preserve"> 1 </w:t>
      </w:r>
      <w:r w:rsidR="009C3BEB">
        <w:t xml:space="preserve">Container </w:t>
      </w:r>
      <w:r>
        <w:t>Disinfecting Wipes - 75 Ct</w:t>
      </w:r>
    </w:p>
    <w:p w14:paraId="0825144A" w14:textId="4522DE40" w:rsidR="00972F11" w:rsidRDefault="00F9024C">
      <w:r>
        <w:t>☐</w:t>
      </w:r>
      <w:r>
        <w:t xml:space="preserve"> 1 </w:t>
      </w:r>
      <w:r w:rsidR="009C3BEB">
        <w:t xml:space="preserve">Box </w:t>
      </w:r>
      <w:r>
        <w:t>Quart Bags</w:t>
      </w:r>
    </w:p>
    <w:p w14:paraId="118821B1" w14:textId="77777777" w:rsidR="00972F11" w:rsidRDefault="00F9024C">
      <w:pPr>
        <w:pStyle w:val="Heading1"/>
      </w:pPr>
      <w:r>
        <w:t>Add-On Items</w:t>
      </w:r>
    </w:p>
    <w:p w14:paraId="31DC76E7" w14:textId="65B526BF" w:rsidR="00972F11" w:rsidRDefault="00F9024C">
      <w:r>
        <w:t>☐</w:t>
      </w:r>
      <w:r>
        <w:t xml:space="preserve"> 1 Headphones</w:t>
      </w:r>
    </w:p>
    <w:sectPr w:rsidR="00972F1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6238423">
    <w:abstractNumId w:val="8"/>
  </w:num>
  <w:num w:numId="2" w16cid:durableId="374546602">
    <w:abstractNumId w:val="6"/>
  </w:num>
  <w:num w:numId="3" w16cid:durableId="421803861">
    <w:abstractNumId w:val="5"/>
  </w:num>
  <w:num w:numId="4" w16cid:durableId="1173494348">
    <w:abstractNumId w:val="4"/>
  </w:num>
  <w:num w:numId="5" w16cid:durableId="1426343909">
    <w:abstractNumId w:val="7"/>
  </w:num>
  <w:num w:numId="6" w16cid:durableId="1168666169">
    <w:abstractNumId w:val="3"/>
  </w:num>
  <w:num w:numId="7" w16cid:durableId="1666128983">
    <w:abstractNumId w:val="2"/>
  </w:num>
  <w:num w:numId="8" w16cid:durableId="1776442668">
    <w:abstractNumId w:val="1"/>
  </w:num>
  <w:num w:numId="9" w16cid:durableId="250968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72F11"/>
    <w:rsid w:val="009C3BEB"/>
    <w:rsid w:val="00AA1D8D"/>
    <w:rsid w:val="00B22809"/>
    <w:rsid w:val="00B47730"/>
    <w:rsid w:val="00CB0664"/>
    <w:rsid w:val="00F902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7FB707"/>
  <w14:defaultImageDpi w14:val="300"/>
  <w15:docId w15:val="{2CEA56DC-30C9-4177-93AE-3FCA984A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Miano, Amy H.</cp:lastModifiedBy>
  <cp:revision>2</cp:revision>
  <dcterms:created xsi:type="dcterms:W3CDTF">2026-06-02T20:53:00Z</dcterms:created>
  <dcterms:modified xsi:type="dcterms:W3CDTF">2026-06-02T20:53:00Z</dcterms:modified>
  <cp:category/>
</cp:coreProperties>
</file>