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EFF83" w14:textId="77777777" w:rsidR="009C536E" w:rsidRDefault="00A13561">
      <w:pPr>
        <w:pStyle w:val="Heading1"/>
      </w:pPr>
      <w:r>
        <w:t>2026 Kindergarten - Boy</w:t>
      </w:r>
    </w:p>
    <w:p w14:paraId="188D0076" w14:textId="318CBDED" w:rsidR="009C536E" w:rsidRDefault="00A13561">
      <w:r>
        <w:t>☐</w:t>
      </w:r>
      <w:r>
        <w:t xml:space="preserve"> 3 </w:t>
      </w:r>
      <w:r w:rsidR="00615247">
        <w:t xml:space="preserve">Packs </w:t>
      </w:r>
      <w:r>
        <w:t>Crayons - 24 Ct</w:t>
      </w:r>
    </w:p>
    <w:p w14:paraId="7457675C" w14:textId="5FCD08D5" w:rsidR="009C536E" w:rsidRDefault="00A13561">
      <w:r>
        <w:t>☐</w:t>
      </w:r>
      <w:r>
        <w:t xml:space="preserve"> 1 </w:t>
      </w:r>
      <w:r w:rsidR="00615247">
        <w:t xml:space="preserve">Pack </w:t>
      </w:r>
      <w:r>
        <w:t>Dry Erase Marker</w:t>
      </w:r>
      <w:r w:rsidR="00615247">
        <w:t>s</w:t>
      </w:r>
      <w:r>
        <w:t xml:space="preserve"> - Black - Chisel</w:t>
      </w:r>
    </w:p>
    <w:p w14:paraId="582532FA" w14:textId="28F8E702" w:rsidR="009C536E" w:rsidRDefault="00A13561">
      <w:r>
        <w:t>☐</w:t>
      </w:r>
      <w:r>
        <w:t xml:space="preserve"> 1 </w:t>
      </w:r>
      <w:r w:rsidR="00615247">
        <w:t xml:space="preserve">Blue </w:t>
      </w:r>
      <w:r>
        <w:t>Folder</w:t>
      </w:r>
      <w:r w:rsidR="00615247">
        <w:t xml:space="preserve"> </w:t>
      </w:r>
      <w:r>
        <w:t xml:space="preserve">- Plastic &amp; Pocket </w:t>
      </w:r>
    </w:p>
    <w:p w14:paraId="25CB6449" w14:textId="00FE39FD" w:rsidR="00615247" w:rsidRDefault="00615247">
      <w:r>
        <w:t xml:space="preserve">☐ 1 </w:t>
      </w:r>
      <w:r>
        <w:t>Red</w:t>
      </w:r>
      <w:r>
        <w:t xml:space="preserve"> Folder - Plastic &amp; Pocket </w:t>
      </w:r>
    </w:p>
    <w:p w14:paraId="262172B8" w14:textId="169A9EB1" w:rsidR="009C536E" w:rsidRDefault="00A13561">
      <w:r>
        <w:t>☐</w:t>
      </w:r>
      <w:r>
        <w:t xml:space="preserve"> 1 </w:t>
      </w:r>
      <w:r w:rsidR="00615247">
        <w:t xml:space="preserve">12 Pack </w:t>
      </w:r>
      <w:r>
        <w:t>Glue Stick</w:t>
      </w:r>
      <w:r w:rsidR="00615247">
        <w:t>s</w:t>
      </w:r>
      <w:r>
        <w:t xml:space="preserve"> - Washable - Purple </w:t>
      </w:r>
    </w:p>
    <w:p w14:paraId="6C3AC4C6" w14:textId="4D8B3294" w:rsidR="009C536E" w:rsidRDefault="00A13561">
      <w:r>
        <w:t>☐</w:t>
      </w:r>
      <w:r>
        <w:t xml:space="preserve"> 1 </w:t>
      </w:r>
      <w:r w:rsidR="00615247">
        <w:t xml:space="preserve">8-Count </w:t>
      </w:r>
      <w:r>
        <w:t xml:space="preserve">Washable Markers - Classic - </w:t>
      </w:r>
      <w:r>
        <w:t>Thick</w:t>
      </w:r>
    </w:p>
    <w:p w14:paraId="259BC828" w14:textId="6E2D4F40" w:rsidR="009C536E" w:rsidRDefault="00A13561">
      <w:r>
        <w:t>☐</w:t>
      </w:r>
      <w:r>
        <w:t xml:space="preserve"> 1 </w:t>
      </w:r>
      <w:r w:rsidR="00615247">
        <w:t xml:space="preserve">Roll </w:t>
      </w:r>
      <w:r>
        <w:t>Paper Towels</w:t>
      </w:r>
    </w:p>
    <w:p w14:paraId="645A737B" w14:textId="77777777" w:rsidR="009C536E" w:rsidRDefault="00A13561">
      <w:r>
        <w:t>☐</w:t>
      </w:r>
      <w:r>
        <w:t xml:space="preserve"> 1 School Box - 5.6 x 8.4 x 2.5 - Clear</w:t>
      </w:r>
    </w:p>
    <w:p w14:paraId="7D0D246D" w14:textId="77777777" w:rsidR="009C536E" w:rsidRDefault="00A13561">
      <w:r>
        <w:t>☐</w:t>
      </w:r>
      <w:r>
        <w:t xml:space="preserve"> 1 Scissors - 5 Inch - Blunt</w:t>
      </w:r>
    </w:p>
    <w:p w14:paraId="7C3B5544" w14:textId="77777777" w:rsidR="009C536E" w:rsidRDefault="00A13561">
      <w:r>
        <w:t>☐</w:t>
      </w:r>
      <w:r>
        <w:t xml:space="preserve"> 3 Tape Rolls/Dispensers</w:t>
      </w:r>
    </w:p>
    <w:p w14:paraId="0B4312A9" w14:textId="77777777" w:rsidR="009C536E" w:rsidRDefault="00A13561">
      <w:r>
        <w:t>☐</w:t>
      </w:r>
      <w:r>
        <w:t xml:space="preserve"> 1 Tee Shirt - Youth Large</w:t>
      </w:r>
    </w:p>
    <w:p w14:paraId="272F81BD" w14:textId="5B4644FB" w:rsidR="009C536E" w:rsidRDefault="00A13561">
      <w:r>
        <w:t>☐</w:t>
      </w:r>
      <w:r>
        <w:t xml:space="preserve"> 2 Tissue Boxes </w:t>
      </w:r>
    </w:p>
    <w:p w14:paraId="6490E6CE" w14:textId="646225CA" w:rsidR="009C536E" w:rsidRDefault="00A13561">
      <w:r>
        <w:t>☐</w:t>
      </w:r>
      <w:r>
        <w:t xml:space="preserve"> 2 </w:t>
      </w:r>
      <w:r w:rsidR="00615247">
        <w:t xml:space="preserve">Packs </w:t>
      </w:r>
      <w:r>
        <w:t xml:space="preserve">Unscented Baby Wipes </w:t>
      </w:r>
    </w:p>
    <w:p w14:paraId="25F3610D" w14:textId="63488693" w:rsidR="009C536E" w:rsidRDefault="00A13561">
      <w:r>
        <w:t>☐</w:t>
      </w:r>
      <w:r>
        <w:t xml:space="preserve"> 1 </w:t>
      </w:r>
      <w:r w:rsidR="00615247">
        <w:t xml:space="preserve">Box </w:t>
      </w:r>
      <w:r>
        <w:t xml:space="preserve">Quart Storage Bags </w:t>
      </w:r>
    </w:p>
    <w:p w14:paraId="04DEFF00" w14:textId="77777777" w:rsidR="009C536E" w:rsidRDefault="009C536E"/>
    <w:p w14:paraId="79E95D37" w14:textId="77777777" w:rsidR="009C536E" w:rsidRDefault="00A13561">
      <w:pPr>
        <w:pStyle w:val="Heading1"/>
      </w:pPr>
      <w:r>
        <w:t>Add-On Items</w:t>
      </w:r>
    </w:p>
    <w:p w14:paraId="08AA0C5B" w14:textId="77777777" w:rsidR="009C536E" w:rsidRDefault="00A13561">
      <w:r>
        <w:t>☐</w:t>
      </w:r>
      <w:r>
        <w:t xml:space="preserve"> 1 Headphones</w:t>
      </w:r>
    </w:p>
    <w:p w14:paraId="7EA8BED2" w14:textId="77777777" w:rsidR="009C536E" w:rsidRDefault="00A13561">
      <w:r>
        <w:t>☐</w:t>
      </w:r>
      <w:r>
        <w:t xml:space="preserve"> 1 Seat Sack - Small - 12x10x2 - Blue</w:t>
      </w:r>
    </w:p>
    <w:p w14:paraId="2AAD6E3C" w14:textId="77777777" w:rsidR="009C536E" w:rsidRDefault="009C536E"/>
    <w:p w14:paraId="1F4BB513" w14:textId="77777777" w:rsidR="00615247" w:rsidRDefault="00615247"/>
    <w:p w14:paraId="4244C0C5" w14:textId="77777777" w:rsidR="00615247" w:rsidRDefault="00615247"/>
    <w:p w14:paraId="5A6AB5A8" w14:textId="77777777" w:rsidR="009C536E" w:rsidRDefault="00A13561">
      <w:pPr>
        <w:pStyle w:val="Heading1"/>
      </w:pPr>
      <w:r>
        <w:lastRenderedPageBreak/>
        <w:t>2026 Kindergarten - Girl</w:t>
      </w:r>
    </w:p>
    <w:p w14:paraId="4AC7E145" w14:textId="3A27722A" w:rsidR="009C536E" w:rsidRDefault="00A13561">
      <w:r>
        <w:t>☐</w:t>
      </w:r>
      <w:r>
        <w:t xml:space="preserve"> 3 </w:t>
      </w:r>
      <w:r w:rsidR="00615247">
        <w:t xml:space="preserve">Packs </w:t>
      </w:r>
      <w:r>
        <w:t>Crayons - 24 Ct</w:t>
      </w:r>
    </w:p>
    <w:p w14:paraId="7119FBD7" w14:textId="37EDC313" w:rsidR="009C536E" w:rsidRDefault="00A13561">
      <w:r>
        <w:t>☐</w:t>
      </w:r>
      <w:r>
        <w:t xml:space="preserve"> 1 </w:t>
      </w:r>
      <w:r w:rsidR="00615247">
        <w:t xml:space="preserve">Pack </w:t>
      </w:r>
      <w:r>
        <w:t>Dry Erase Marker</w:t>
      </w:r>
      <w:r w:rsidR="00615247">
        <w:t>s</w:t>
      </w:r>
      <w:r>
        <w:t xml:space="preserve"> - Black - Fine</w:t>
      </w:r>
    </w:p>
    <w:p w14:paraId="0CDF56E7" w14:textId="1C33F683" w:rsidR="009C536E" w:rsidRDefault="00A13561">
      <w:r>
        <w:t>☐</w:t>
      </w:r>
      <w:r>
        <w:t xml:space="preserve"> 1 </w:t>
      </w:r>
      <w:r w:rsidR="00615247">
        <w:t xml:space="preserve">Blue </w:t>
      </w:r>
      <w:r>
        <w:t xml:space="preserve">Folder - Plastic &amp; Pocket </w:t>
      </w:r>
    </w:p>
    <w:p w14:paraId="32461F84" w14:textId="22F6DA1F" w:rsidR="00615247" w:rsidRDefault="00615247">
      <w:r>
        <w:t xml:space="preserve">☐ 1 </w:t>
      </w:r>
      <w:r>
        <w:t>Red</w:t>
      </w:r>
      <w:r>
        <w:t xml:space="preserve"> Folder - Plastic &amp; Pocket </w:t>
      </w:r>
    </w:p>
    <w:p w14:paraId="6F158FB1" w14:textId="4E6C70D2" w:rsidR="009C536E" w:rsidRDefault="00A13561">
      <w:r>
        <w:t>☐</w:t>
      </w:r>
      <w:r>
        <w:t xml:space="preserve"> 1 </w:t>
      </w:r>
      <w:r w:rsidR="00615247">
        <w:t xml:space="preserve">12 Pack </w:t>
      </w:r>
      <w:r>
        <w:t>Glue Stick</w:t>
      </w:r>
      <w:r w:rsidR="00615247">
        <w:t xml:space="preserve">s </w:t>
      </w:r>
    </w:p>
    <w:p w14:paraId="293666D9" w14:textId="0EA60402" w:rsidR="009C536E" w:rsidRDefault="00A13561">
      <w:r>
        <w:t>☐</w:t>
      </w:r>
      <w:r>
        <w:t xml:space="preserve"> 1 </w:t>
      </w:r>
      <w:r w:rsidR="00615247">
        <w:t xml:space="preserve">8-Count </w:t>
      </w:r>
      <w:r>
        <w:t xml:space="preserve">Washable Markers - Classic </w:t>
      </w:r>
      <w:r>
        <w:t>- Thick</w:t>
      </w:r>
    </w:p>
    <w:p w14:paraId="27145BE4" w14:textId="39620AC2" w:rsidR="009C536E" w:rsidRDefault="00A13561">
      <w:r>
        <w:t>☐</w:t>
      </w:r>
      <w:r>
        <w:t xml:space="preserve"> 1 </w:t>
      </w:r>
      <w:r w:rsidR="00615247">
        <w:t xml:space="preserve">Roll </w:t>
      </w:r>
      <w:r>
        <w:t xml:space="preserve">Paper Towels </w:t>
      </w:r>
    </w:p>
    <w:p w14:paraId="5315F120" w14:textId="77777777" w:rsidR="009C536E" w:rsidRDefault="00A13561">
      <w:r>
        <w:t>☐</w:t>
      </w:r>
      <w:r>
        <w:t xml:space="preserve"> 1 School Box - 5.6 x 8.4 x 2.5 - Clear</w:t>
      </w:r>
    </w:p>
    <w:p w14:paraId="0BD0346A" w14:textId="77777777" w:rsidR="009C536E" w:rsidRDefault="00A13561">
      <w:r>
        <w:t>☐</w:t>
      </w:r>
      <w:r>
        <w:t xml:space="preserve"> 1 Scissors - 5 Inch - Blunt</w:t>
      </w:r>
    </w:p>
    <w:p w14:paraId="4D778D8A" w14:textId="77777777" w:rsidR="009C536E" w:rsidRDefault="00A13561">
      <w:r>
        <w:t>☐</w:t>
      </w:r>
      <w:r>
        <w:t xml:space="preserve"> 1 Carton Sealing Tape Roll</w:t>
      </w:r>
    </w:p>
    <w:p w14:paraId="7E7DC876" w14:textId="77777777" w:rsidR="009C536E" w:rsidRDefault="00A13561">
      <w:r>
        <w:t>☐</w:t>
      </w:r>
      <w:r>
        <w:t xml:space="preserve"> 1 Tee Shirt - Youth Large</w:t>
      </w:r>
    </w:p>
    <w:p w14:paraId="3A805532" w14:textId="7721DD41" w:rsidR="009C536E" w:rsidRDefault="00A13561">
      <w:r>
        <w:t>☐</w:t>
      </w:r>
      <w:r>
        <w:t xml:space="preserve"> 2 Tissue Boxes </w:t>
      </w:r>
    </w:p>
    <w:p w14:paraId="68514297" w14:textId="54A019FB" w:rsidR="009C536E" w:rsidRDefault="00A13561">
      <w:r>
        <w:t>☐</w:t>
      </w:r>
      <w:r>
        <w:t xml:space="preserve"> 1 Disinfecting Wipes </w:t>
      </w:r>
    </w:p>
    <w:p w14:paraId="10749C7C" w14:textId="500B4FA1" w:rsidR="009C536E" w:rsidRDefault="00A13561">
      <w:r>
        <w:t>☐</w:t>
      </w:r>
      <w:r>
        <w:t xml:space="preserve"> 1 </w:t>
      </w:r>
      <w:r w:rsidR="00615247">
        <w:t xml:space="preserve">Box </w:t>
      </w:r>
      <w:r>
        <w:t xml:space="preserve">Gallon Storage Bags </w:t>
      </w:r>
    </w:p>
    <w:p w14:paraId="5DB4FEF9" w14:textId="77777777" w:rsidR="00615247" w:rsidRDefault="00615247" w:rsidP="00615247">
      <w:pPr>
        <w:pStyle w:val="Heading1"/>
      </w:pPr>
      <w:r>
        <w:t>Add-On Items</w:t>
      </w:r>
    </w:p>
    <w:p w14:paraId="03A683B5" w14:textId="77777777" w:rsidR="00615247" w:rsidRDefault="00615247" w:rsidP="00615247">
      <w:r>
        <w:t>☐ 1 Headphones</w:t>
      </w:r>
    </w:p>
    <w:p w14:paraId="261763CA" w14:textId="77777777" w:rsidR="00615247" w:rsidRDefault="00615247" w:rsidP="00615247">
      <w:r>
        <w:t>☐ 1 Seat Sack - Small - 12x10x2 - Blue</w:t>
      </w:r>
    </w:p>
    <w:p w14:paraId="6A5BF63A" w14:textId="77777777" w:rsidR="00615247" w:rsidRDefault="00615247" w:rsidP="00615247"/>
    <w:p w14:paraId="64A3FDA9" w14:textId="77777777" w:rsidR="009C536E" w:rsidRDefault="009C536E"/>
    <w:sectPr w:rsidR="009C536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1398273">
    <w:abstractNumId w:val="8"/>
  </w:num>
  <w:num w:numId="2" w16cid:durableId="684786624">
    <w:abstractNumId w:val="6"/>
  </w:num>
  <w:num w:numId="3" w16cid:durableId="167059325">
    <w:abstractNumId w:val="5"/>
  </w:num>
  <w:num w:numId="4" w16cid:durableId="407650623">
    <w:abstractNumId w:val="4"/>
  </w:num>
  <w:num w:numId="5" w16cid:durableId="1988166619">
    <w:abstractNumId w:val="7"/>
  </w:num>
  <w:num w:numId="6" w16cid:durableId="692153798">
    <w:abstractNumId w:val="3"/>
  </w:num>
  <w:num w:numId="7" w16cid:durableId="60491524">
    <w:abstractNumId w:val="2"/>
  </w:num>
  <w:num w:numId="8" w16cid:durableId="1100683070">
    <w:abstractNumId w:val="1"/>
  </w:num>
  <w:num w:numId="9" w16cid:durableId="1303584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5247"/>
    <w:rsid w:val="007D038C"/>
    <w:rsid w:val="009C536E"/>
    <w:rsid w:val="00A1356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F7941C"/>
  <w14:defaultImageDpi w14:val="300"/>
  <w15:docId w15:val="{DB11C822-C76E-46F1-9DB8-90D3F2400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161</Words>
  <Characters>919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Miano, Amy H.</cp:lastModifiedBy>
  <cp:revision>2</cp:revision>
  <dcterms:created xsi:type="dcterms:W3CDTF">2026-06-02T20:24:00Z</dcterms:created>
  <dcterms:modified xsi:type="dcterms:W3CDTF">2026-06-02T20:24:00Z</dcterms:modified>
  <cp:category/>
</cp:coreProperties>
</file>