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12DD4" w14:textId="77777777" w:rsidR="00E35759" w:rsidRDefault="009E5ED3">
      <w:pPr>
        <w:pStyle w:val="Title"/>
      </w:pPr>
      <w:r>
        <w:t>Crowley ISD SHAC Meeting Minutes</w:t>
      </w:r>
    </w:p>
    <w:p w14:paraId="2918020C" w14:textId="77777777" w:rsidR="00E35759" w:rsidRDefault="009E5ED3">
      <w:r>
        <w:t>Date: March 23, 2026</w:t>
      </w:r>
    </w:p>
    <w:p w14:paraId="19134CA5" w14:textId="77777777" w:rsidR="00E35759" w:rsidRDefault="009E5ED3">
      <w:r>
        <w:t>Time: 4:00 PM</w:t>
      </w:r>
    </w:p>
    <w:p w14:paraId="147017F5" w14:textId="77777777" w:rsidR="00E35759" w:rsidRDefault="009E5ED3">
      <w:r>
        <w:t>Location: Zoom</w:t>
      </w:r>
    </w:p>
    <w:p w14:paraId="2B53C675" w14:textId="7E05DC63" w:rsidR="00E35759" w:rsidRDefault="009E5ED3">
      <w:r>
        <w:t>Facilitator: Misty</w:t>
      </w:r>
      <w:r w:rsidR="747C48C5">
        <w:t xml:space="preserve"> </w:t>
      </w:r>
      <w:proofErr w:type="spellStart"/>
      <w:r w:rsidR="747C48C5">
        <w:t>VanCampen,</w:t>
      </w:r>
      <w:proofErr w:type="spellEnd"/>
      <w:r w:rsidR="747C48C5">
        <w:t xml:space="preserve"> Director of Health Services</w:t>
      </w:r>
    </w:p>
    <w:p w14:paraId="3A2F2FF9" w14:textId="77777777" w:rsidR="00C837E7" w:rsidRDefault="00C837E7" w:rsidP="00C837E7">
      <w:pPr>
        <w:pStyle w:val="isselectedend"/>
      </w:pPr>
      <w:r>
        <w:t>Call to Order</w:t>
      </w:r>
    </w:p>
    <w:p w14:paraId="3F5028C4" w14:textId="77777777" w:rsidR="00C837E7" w:rsidRDefault="00C837E7" w:rsidP="00C837E7">
      <w:pPr>
        <w:pStyle w:val="isselectedend"/>
      </w:pPr>
      <w:r>
        <w:t xml:space="preserve">Misty </w:t>
      </w:r>
      <w:proofErr w:type="spellStart"/>
      <w:r>
        <w:t>VanCampen</w:t>
      </w:r>
      <w:proofErr w:type="spellEnd"/>
      <w:r>
        <w:t xml:space="preserve"> called the meeting to order and </w:t>
      </w:r>
      <w:proofErr w:type="gramStart"/>
      <w:r>
        <w:t>welcomed</w:t>
      </w:r>
      <w:proofErr w:type="gramEnd"/>
      <w:r>
        <w:t xml:space="preserve"> attendees back following Spring Break. A quorum was confirmed. Misty reviewed the meeting agenda, which included updates from Child Nutrition Services, student safety initiatives, behavioral health partnerships, and planning for future SHAC meetings.</w:t>
      </w:r>
    </w:p>
    <w:p w14:paraId="0138CF5C" w14:textId="77777777" w:rsidR="00C837E7" w:rsidRDefault="00C837E7" w:rsidP="00C837E7">
      <w:pPr>
        <w:pStyle w:val="isselectedend"/>
      </w:pPr>
      <w:r>
        <w:t>Child Nutrition Services Update</w:t>
      </w:r>
    </w:p>
    <w:p w14:paraId="7B779BF7" w14:textId="77777777" w:rsidR="00C837E7" w:rsidRDefault="00C837E7" w:rsidP="00C837E7">
      <w:pPr>
        <w:pStyle w:val="isselectedend"/>
      </w:pPr>
      <w:r>
        <w:t>Trina Nelson, Sodexo General Manager, provided updates regarding Child Nutrition Services.</w:t>
      </w:r>
    </w:p>
    <w:p w14:paraId="36A73EA1" w14:textId="77777777" w:rsidR="00C837E7" w:rsidRDefault="00C837E7" w:rsidP="00C837E7">
      <w:pPr>
        <w:pStyle w:val="isselectedend"/>
      </w:pPr>
      <w:r>
        <w:t>Highlights included:</w:t>
      </w:r>
    </w:p>
    <w:p w14:paraId="491A7B15" w14:textId="77777777" w:rsidR="00C837E7" w:rsidRDefault="00C837E7" w:rsidP="00C837E7">
      <w:pPr>
        <w:pStyle w:val="isselectedend"/>
      </w:pPr>
      <w:r>
        <w:t>• The Future Chef Competition was successfully held at the CTE Center with participation from 14 elementary students in grades 2–4.</w:t>
      </w:r>
      <w:r>
        <w:br/>
        <w:t>• The event was sponsored by Kroger and supported by district staff and Board Trustees.</w:t>
      </w:r>
      <w:r>
        <w:br/>
        <w:t>• The first-place winner will advance to the national Sodexo Future Chef Competition.</w:t>
      </w:r>
      <w:r>
        <w:br/>
        <w:t>• Sodexo recently welcomed a new Executive Chef, Tyrone Cartwright.</w:t>
      </w:r>
      <w:r>
        <w:br/>
        <w:t>• A new district dietitian, Madalyn Hayes, is scheduled to begin on April 23, 2026.</w:t>
      </w:r>
      <w:r>
        <w:br/>
        <w:t>• Sodexo is introducing stuffed crust pizza at campuses and plans to gather student feedback through taste-testing opportunities.</w:t>
      </w:r>
      <w:r>
        <w:br/>
        <w:t>• Parents and community members were encouraged to provide menu suggestions and feedback to Child Nutrition Services.</w:t>
      </w:r>
    </w:p>
    <w:p w14:paraId="17F0B13E" w14:textId="77777777" w:rsidR="00C837E7" w:rsidRDefault="00C837E7" w:rsidP="00C837E7">
      <w:pPr>
        <w:pStyle w:val="isselectedend"/>
      </w:pPr>
      <w:r>
        <w:t>Discussion included positive feedback regarding menu options and student engagement opportunities through culinary competitions. SHAC members discussed how these events encourage creativity, nutrition awareness, and potential career exploration in culinary arts.</w:t>
      </w:r>
    </w:p>
    <w:p w14:paraId="07CC5E7C" w14:textId="77777777" w:rsidR="00C837E7" w:rsidRDefault="00C837E7" w:rsidP="00C837E7">
      <w:pPr>
        <w:pStyle w:val="isselectedend"/>
      </w:pPr>
      <w:r>
        <w:t>Child Nutrition Leadership Introduction</w:t>
      </w:r>
    </w:p>
    <w:p w14:paraId="46516F0C" w14:textId="77777777" w:rsidR="00C837E7" w:rsidRDefault="00C837E7" w:rsidP="00C837E7">
      <w:pPr>
        <w:pStyle w:val="isselectedend"/>
      </w:pPr>
      <w:r>
        <w:lastRenderedPageBreak/>
        <w:t xml:space="preserve">Misty introduced Kia Alexander, Crowley ISD’s new Child Nutrition Director of Finance and </w:t>
      </w:r>
      <w:proofErr w:type="gramStart"/>
      <w:r>
        <w:t>Operations, and</w:t>
      </w:r>
      <w:proofErr w:type="gramEnd"/>
      <w:r>
        <w:t xml:space="preserve"> welcomed her to the district.</w:t>
      </w:r>
    </w:p>
    <w:p w14:paraId="3D1DFB72" w14:textId="77777777" w:rsidR="00C837E7" w:rsidRDefault="00C837E7" w:rsidP="00C837E7">
      <w:pPr>
        <w:pStyle w:val="isselectedend"/>
      </w:pPr>
      <w:r>
        <w:t>Health Services Update</w:t>
      </w:r>
    </w:p>
    <w:p w14:paraId="42442752" w14:textId="77777777" w:rsidR="00C837E7" w:rsidRDefault="00C837E7" w:rsidP="00C837E7">
      <w:pPr>
        <w:pStyle w:val="isselectedend"/>
      </w:pPr>
      <w:r>
        <w:t>Misty provided an update regarding district health and safety initiatives.</w:t>
      </w:r>
    </w:p>
    <w:p w14:paraId="4BA545A3" w14:textId="77777777" w:rsidR="00C837E7" w:rsidRDefault="00C837E7" w:rsidP="00C837E7">
      <w:pPr>
        <w:pStyle w:val="isselectedend"/>
      </w:pPr>
      <w:r>
        <w:t>Stop the Bleed Program</w:t>
      </w:r>
    </w:p>
    <w:p w14:paraId="1E6D57AE" w14:textId="77777777" w:rsidR="00C837E7" w:rsidRDefault="00C837E7" w:rsidP="00C837E7">
      <w:pPr>
        <w:pStyle w:val="isselectedend"/>
      </w:pPr>
      <w:r>
        <w:t>The SHAC reviewed Crowley ISD’s Stop the Bleed initiative for students in grades 7–12.</w:t>
      </w:r>
    </w:p>
    <w:p w14:paraId="63C98367" w14:textId="77777777" w:rsidR="00C837E7" w:rsidRDefault="00C837E7" w:rsidP="00C837E7">
      <w:pPr>
        <w:pStyle w:val="isselectedend"/>
      </w:pPr>
      <w:r>
        <w:t>Program components include:</w:t>
      </w:r>
    </w:p>
    <w:p w14:paraId="44C2F46A" w14:textId="77777777" w:rsidR="00C837E7" w:rsidRDefault="00C837E7" w:rsidP="00C837E7">
      <w:pPr>
        <w:pStyle w:val="isselectedend"/>
      </w:pPr>
      <w:r>
        <w:t xml:space="preserve">• Online training </w:t>
      </w:r>
      <w:proofErr w:type="gramStart"/>
      <w:r>
        <w:t>available</w:t>
      </w:r>
      <w:proofErr w:type="gramEnd"/>
      <w:r>
        <w:t xml:space="preserve"> to students and families.</w:t>
      </w:r>
      <w:r>
        <w:br/>
        <w:t>• Nurse-led hands-on skills training.</w:t>
      </w:r>
      <w:r>
        <w:br/>
        <w:t>• Instruction on tourniquet application and wound-packing techniques.</w:t>
      </w:r>
      <w:r>
        <w:br/>
        <w:t>• Opportunities for community participation.</w:t>
      </w:r>
    </w:p>
    <w:p w14:paraId="062752DD" w14:textId="77777777" w:rsidR="00C837E7" w:rsidRDefault="00C837E7" w:rsidP="00C837E7">
      <w:pPr>
        <w:pStyle w:val="isselectedend"/>
      </w:pPr>
      <w:r>
        <w:t>Misty encouraged members to promote participation and shared that reminders would be distributed following the state testing season.</w:t>
      </w:r>
    </w:p>
    <w:p w14:paraId="2DA29F49" w14:textId="77777777" w:rsidR="00C837E7" w:rsidRDefault="00C837E7" w:rsidP="00C837E7">
      <w:pPr>
        <w:pStyle w:val="isselectedend"/>
      </w:pPr>
      <w:r>
        <w:t>CPR Education Initiative</w:t>
      </w:r>
    </w:p>
    <w:p w14:paraId="52C5736F" w14:textId="77777777" w:rsidR="00C837E7" w:rsidRDefault="00C837E7" w:rsidP="00C837E7">
      <w:pPr>
        <w:pStyle w:val="isselectedend"/>
      </w:pPr>
      <w:r>
        <w:t>Misty also shared updates regarding CPR education efforts.</w:t>
      </w:r>
    </w:p>
    <w:p w14:paraId="7BEA40D6" w14:textId="77777777" w:rsidR="00C837E7" w:rsidRDefault="00C837E7" w:rsidP="00C837E7">
      <w:pPr>
        <w:pStyle w:val="isselectedend"/>
      </w:pPr>
      <w:r>
        <w:t>Highlights included:</w:t>
      </w:r>
    </w:p>
    <w:p w14:paraId="64C657F0" w14:textId="77777777" w:rsidR="00C837E7" w:rsidRDefault="00C837E7" w:rsidP="00C837E7">
      <w:pPr>
        <w:pStyle w:val="isselectedend"/>
      </w:pPr>
      <w:r>
        <w:t>• The district will focus CPR instruction on 9th-grade students.</w:t>
      </w:r>
      <w:r>
        <w:br/>
        <w:t>• Hands-only CPR training will be implemented at both ninth-grade campuses.</w:t>
      </w:r>
      <w:r>
        <w:br/>
        <w:t>• High school nurses will partner with classroom teachers to provide CPR awareness instruction.</w:t>
      </w:r>
      <w:r>
        <w:br/>
        <w:t>• CPR mannequins and educational resources will be made available to students for hands-on practice.</w:t>
      </w:r>
    </w:p>
    <w:p w14:paraId="28287851" w14:textId="77777777" w:rsidR="00C837E7" w:rsidRDefault="00C837E7" w:rsidP="00C837E7">
      <w:pPr>
        <w:pStyle w:val="isselectedend"/>
      </w:pPr>
      <w:r>
        <w:t>Behavioral Health and Mental Health Update</w:t>
      </w:r>
    </w:p>
    <w:p w14:paraId="339C8502" w14:textId="77777777" w:rsidR="00C837E7" w:rsidRDefault="00C837E7" w:rsidP="00C837E7">
      <w:pPr>
        <w:pStyle w:val="isselectedend"/>
      </w:pPr>
      <w:r>
        <w:t>Edwina Thompson, Behavioral Health Partnership Program Liaison with MHMR and Region 11, provided updates regarding mental health initiatives and behavioral health supports available within Crowley ISD.</w:t>
      </w:r>
    </w:p>
    <w:p w14:paraId="16A75F71" w14:textId="77777777" w:rsidR="00C837E7" w:rsidRDefault="00C837E7" w:rsidP="00C837E7">
      <w:pPr>
        <w:pStyle w:val="isselectedend"/>
      </w:pPr>
      <w:r>
        <w:t>Topics discussed included:</w:t>
      </w:r>
    </w:p>
    <w:p w14:paraId="2E0530FE" w14:textId="77777777" w:rsidR="00C837E7" w:rsidRDefault="00C837E7" w:rsidP="00C837E7">
      <w:pPr>
        <w:pStyle w:val="isselectedend"/>
      </w:pPr>
      <w:r>
        <w:t>• Trauma-informed care implementation within Pre-K programs.</w:t>
      </w:r>
      <w:r>
        <w:br/>
        <w:t>• Professional development focused on responding to challenging behaviors.</w:t>
      </w:r>
      <w:r>
        <w:br/>
        <w:t>• Self-regulation and coping strategies for students.</w:t>
      </w:r>
      <w:r>
        <w:br/>
      </w:r>
      <w:r>
        <w:lastRenderedPageBreak/>
        <w:t>• Stress and anxiety management resources for families.</w:t>
      </w:r>
      <w:r>
        <w:br/>
        <w:t>• Youth Mental Health First Aid training opportunities.</w:t>
      </w:r>
      <w:r>
        <w:br/>
        <w:t>• Trust-Based Relational Intervention (TBRI) training for educators and families.</w:t>
      </w:r>
      <w:r>
        <w:br/>
        <w:t>• Help Me Grow and Help Me Thrive resource referral programs.</w:t>
      </w:r>
    </w:p>
    <w:p w14:paraId="183549EE" w14:textId="77777777" w:rsidR="00C837E7" w:rsidRDefault="00C837E7" w:rsidP="00C837E7">
      <w:pPr>
        <w:pStyle w:val="isselectedend"/>
      </w:pPr>
      <w:r>
        <w:t xml:space="preserve">Edwina shared information regarding upcoming participation in the Creating Possibilities Transition Fair, where resources related to anxiety, stress management, and family supports </w:t>
      </w:r>
      <w:proofErr w:type="gramStart"/>
      <w:r>
        <w:t>would be</w:t>
      </w:r>
      <w:proofErr w:type="gramEnd"/>
      <w:r>
        <w:t xml:space="preserve"> provided.</w:t>
      </w:r>
    </w:p>
    <w:p w14:paraId="4F61F824" w14:textId="77777777" w:rsidR="00C837E7" w:rsidRDefault="00C837E7" w:rsidP="00C837E7">
      <w:pPr>
        <w:pStyle w:val="isselectedend"/>
      </w:pPr>
      <w:r>
        <w:t>Future Planning and Upcoming Meetings</w:t>
      </w:r>
    </w:p>
    <w:p w14:paraId="7C795E42" w14:textId="77777777" w:rsidR="00C837E7" w:rsidRDefault="00C837E7" w:rsidP="00C837E7">
      <w:pPr>
        <w:pStyle w:val="isselectedend"/>
      </w:pPr>
      <w:r>
        <w:t>The SHAC discussed potential topics for future meetings, including:</w:t>
      </w:r>
    </w:p>
    <w:p w14:paraId="5721FA5E" w14:textId="77777777" w:rsidR="00C837E7" w:rsidRDefault="00C837E7" w:rsidP="00C837E7">
      <w:pPr>
        <w:pStyle w:val="isselectedend"/>
      </w:pPr>
      <w:r>
        <w:t>• Cook Children’s telehealth services and potential district partnerships.</w:t>
      </w:r>
      <w:r>
        <w:br/>
        <w:t>• Continued mental health programming and training opportunities.</w:t>
      </w:r>
      <w:r>
        <w:br/>
        <w:t>• Student wellness initiatives.</w:t>
      </w:r>
      <w:r>
        <w:br/>
        <w:t>• Nutrition and food service enhancements.</w:t>
      </w:r>
    </w:p>
    <w:p w14:paraId="4D8ED3AC" w14:textId="77777777" w:rsidR="00C837E7" w:rsidRDefault="00C837E7" w:rsidP="00C837E7">
      <w:pPr>
        <w:pStyle w:val="isselectedend"/>
      </w:pPr>
      <w:r>
        <w:t xml:space="preserve">Members were encouraged to submit suggestions and future agenda topics to Misty </w:t>
      </w:r>
      <w:proofErr w:type="spellStart"/>
      <w:r>
        <w:t>VanCampen</w:t>
      </w:r>
      <w:proofErr w:type="spellEnd"/>
      <w:r>
        <w:t xml:space="preserve"> or Sarah Carter.</w:t>
      </w:r>
    </w:p>
    <w:p w14:paraId="7B5B3A0F" w14:textId="77777777" w:rsidR="00C837E7" w:rsidRDefault="00C837E7" w:rsidP="00C837E7">
      <w:pPr>
        <w:pStyle w:val="isselectedend"/>
      </w:pPr>
      <w:r>
        <w:t>Action Items</w:t>
      </w:r>
    </w:p>
    <w:p w14:paraId="75CF43B6" w14:textId="77777777" w:rsidR="00C837E7" w:rsidRDefault="00C837E7" w:rsidP="00C837E7">
      <w:pPr>
        <w:pStyle w:val="isselectedend"/>
      </w:pPr>
      <w:r>
        <w:t>• Submit Future Chef winner to the national competition.</w:t>
      </w:r>
      <w:r>
        <w:br/>
        <w:t>• Launch stuffed crust pizza and collect student feedback.</w:t>
      </w:r>
      <w:r>
        <w:br/>
        <w:t>• Continue gathering parent and student menu suggestions.</w:t>
      </w:r>
      <w:r>
        <w:br/>
        <w:t>• Share upcoming SHAC meeting dates and reminders.</w:t>
      </w:r>
      <w:r>
        <w:br/>
        <w:t>• Promote Stop the Bleed participation opportunities.</w:t>
      </w:r>
      <w:r>
        <w:br/>
        <w:t>• Explore Cook Children’s telehealth presentation for the April SHAC meeting.</w:t>
      </w:r>
      <w:r>
        <w:br/>
        <w:t>• Continue MHMR mental health training opportunities for staff and families.</w:t>
      </w:r>
    </w:p>
    <w:p w14:paraId="2B659D79" w14:textId="77777777" w:rsidR="00C837E7" w:rsidRDefault="00C837E7" w:rsidP="00C837E7">
      <w:pPr>
        <w:pStyle w:val="isselectedend"/>
      </w:pPr>
      <w:r>
        <w:t>Adjournment</w:t>
      </w:r>
    </w:p>
    <w:p w14:paraId="7456E446" w14:textId="77777777" w:rsidR="00C837E7" w:rsidRDefault="00C837E7" w:rsidP="00C837E7">
      <w:pPr>
        <w:pStyle w:val="isselectedend"/>
      </w:pPr>
      <w:r>
        <w:t>There being no further business, the meeting was adjourned.</w:t>
      </w:r>
    </w:p>
    <w:p w14:paraId="44804FE9" w14:textId="77777777" w:rsidR="00C837E7" w:rsidRDefault="00C837E7" w:rsidP="00C837E7">
      <w:pPr>
        <w:pStyle w:val="isselectedend"/>
      </w:pPr>
      <w:r>
        <w:t>Respectfully Submitted,</w:t>
      </w:r>
    </w:p>
    <w:p w14:paraId="09866880" w14:textId="77777777" w:rsidR="00C837E7" w:rsidRDefault="00C837E7" w:rsidP="00C837E7">
      <w:pPr>
        <w:pStyle w:val="isselectedend"/>
      </w:pPr>
      <w:r>
        <w:t>Sarah Carter</w:t>
      </w:r>
      <w:r>
        <w:br/>
        <w:t>SHAC Recording Secretary</w:t>
      </w:r>
    </w:p>
    <w:p w14:paraId="0463BB96" w14:textId="77777777" w:rsidR="00C837E7" w:rsidRDefault="00C837E7" w:rsidP="00C837E7">
      <w:pPr>
        <w:pStyle w:val="NormalWeb"/>
      </w:pPr>
      <w:r>
        <w:t xml:space="preserve">Misty </w:t>
      </w:r>
      <w:proofErr w:type="spellStart"/>
      <w:r>
        <w:t>VanCampen</w:t>
      </w:r>
      <w:proofErr w:type="spellEnd"/>
      <w:r>
        <w:br/>
        <w:t>Director of Health Services</w:t>
      </w:r>
      <w:r>
        <w:br/>
        <w:t>SHAC Facilitator</w:t>
      </w:r>
    </w:p>
    <w:p w14:paraId="4C87F6A9" w14:textId="00117E84" w:rsidR="00E35759" w:rsidRDefault="00E35759" w:rsidP="00C837E7"/>
    <w:sectPr w:rsidR="00E35759"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D27F" w14:textId="77777777" w:rsidR="00837962" w:rsidRDefault="00837962">
      <w:pPr>
        <w:spacing w:after="0" w:line="240" w:lineRule="auto"/>
      </w:pPr>
      <w:r>
        <w:separator/>
      </w:r>
    </w:p>
  </w:endnote>
  <w:endnote w:type="continuationSeparator" w:id="0">
    <w:p w14:paraId="7E71A71E" w14:textId="77777777" w:rsidR="00837962" w:rsidRDefault="00837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D48DC" w14:textId="77777777" w:rsidR="00837962" w:rsidRDefault="00837962">
      <w:pPr>
        <w:spacing w:after="0" w:line="240" w:lineRule="auto"/>
      </w:pPr>
      <w:r>
        <w:separator/>
      </w:r>
    </w:p>
  </w:footnote>
  <w:footnote w:type="continuationSeparator" w:id="0">
    <w:p w14:paraId="69904381" w14:textId="77777777" w:rsidR="00837962" w:rsidRDefault="00837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D4A7" w14:textId="77777777" w:rsidR="00E35759" w:rsidRDefault="009E5ED3">
    <w:pPr>
      <w:pStyle w:val="Header"/>
    </w:pPr>
    <w:r>
      <w:rPr>
        <w:noProof/>
      </w:rPr>
      <w:drawing>
        <wp:inline distT="0" distB="0" distL="0" distR="0" wp14:anchorId="7AA8DF90" wp14:editId="3B9590FF">
          <wp:extent cx="1371600" cy="740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4-08-02 164926.png"/>
                  <pic:cNvPicPr/>
                </pic:nvPicPr>
                <pic:blipFill>
                  <a:blip r:embed="rId1"/>
                  <a:stretch>
                    <a:fillRect/>
                  </a:stretch>
                </pic:blipFill>
                <pic:spPr>
                  <a:xfrm>
                    <a:off x="0" y="0"/>
                    <a:ext cx="1371600" cy="74081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SPIpyvkZkhFoKM" int2:id="ZNThlmg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2001220">
    <w:abstractNumId w:val="8"/>
  </w:num>
  <w:num w:numId="2" w16cid:durableId="304747855">
    <w:abstractNumId w:val="6"/>
  </w:num>
  <w:num w:numId="3" w16cid:durableId="1181894422">
    <w:abstractNumId w:val="5"/>
  </w:num>
  <w:num w:numId="4" w16cid:durableId="301741906">
    <w:abstractNumId w:val="4"/>
  </w:num>
  <w:num w:numId="5" w16cid:durableId="1658192856">
    <w:abstractNumId w:val="7"/>
  </w:num>
  <w:num w:numId="6" w16cid:durableId="1150440285">
    <w:abstractNumId w:val="3"/>
  </w:num>
  <w:num w:numId="7" w16cid:durableId="734821197">
    <w:abstractNumId w:val="2"/>
  </w:num>
  <w:num w:numId="8" w16cid:durableId="1446660176">
    <w:abstractNumId w:val="1"/>
  </w:num>
  <w:num w:numId="9" w16cid:durableId="574978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5DAA"/>
    <w:rsid w:val="00292692"/>
    <w:rsid w:val="0029639D"/>
    <w:rsid w:val="002A2BDE"/>
    <w:rsid w:val="002D1C4B"/>
    <w:rsid w:val="00301551"/>
    <w:rsid w:val="00326F90"/>
    <w:rsid w:val="003E161F"/>
    <w:rsid w:val="00492206"/>
    <w:rsid w:val="005335DC"/>
    <w:rsid w:val="00557580"/>
    <w:rsid w:val="00642136"/>
    <w:rsid w:val="00646FF6"/>
    <w:rsid w:val="00655EA8"/>
    <w:rsid w:val="006E0D14"/>
    <w:rsid w:val="006E69EC"/>
    <w:rsid w:val="007161AD"/>
    <w:rsid w:val="007571E6"/>
    <w:rsid w:val="007B27DB"/>
    <w:rsid w:val="00804A10"/>
    <w:rsid w:val="00827612"/>
    <w:rsid w:val="00837962"/>
    <w:rsid w:val="00965AA2"/>
    <w:rsid w:val="009E5ED3"/>
    <w:rsid w:val="00A462C3"/>
    <w:rsid w:val="00AA1D8D"/>
    <w:rsid w:val="00B17AD6"/>
    <w:rsid w:val="00B47730"/>
    <w:rsid w:val="00BD2B92"/>
    <w:rsid w:val="00C614E1"/>
    <w:rsid w:val="00C837E7"/>
    <w:rsid w:val="00CB0664"/>
    <w:rsid w:val="00CF70A2"/>
    <w:rsid w:val="00D67CAA"/>
    <w:rsid w:val="00DB5A22"/>
    <w:rsid w:val="00DF72F8"/>
    <w:rsid w:val="00E35759"/>
    <w:rsid w:val="00FA5DB0"/>
    <w:rsid w:val="00FC693F"/>
    <w:rsid w:val="08296455"/>
    <w:rsid w:val="0B2EB147"/>
    <w:rsid w:val="0EECECAD"/>
    <w:rsid w:val="12EFCB58"/>
    <w:rsid w:val="16241CB0"/>
    <w:rsid w:val="31CF9B00"/>
    <w:rsid w:val="4213B0AC"/>
    <w:rsid w:val="4C0E5A7B"/>
    <w:rsid w:val="57A90C43"/>
    <w:rsid w:val="6461C533"/>
    <w:rsid w:val="68AD5AFA"/>
    <w:rsid w:val="69737EBF"/>
    <w:rsid w:val="70194482"/>
    <w:rsid w:val="747C48C5"/>
    <w:rsid w:val="75971B08"/>
    <w:rsid w:val="761BD0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B2FB07"/>
  <w14:defaultImageDpi w14:val="300"/>
  <w15:docId w15:val="{421E9B71-BB81-4A33-BADE-2D5BA9E34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C837E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837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Vancampen, Misty</cp:lastModifiedBy>
  <cp:revision>2</cp:revision>
  <dcterms:created xsi:type="dcterms:W3CDTF">2026-06-01T22:24:00Z</dcterms:created>
  <dcterms:modified xsi:type="dcterms:W3CDTF">2026-06-01T22:24:00Z</dcterms:modified>
  <cp:category/>
</cp:coreProperties>
</file>