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16B00" w14:textId="77777777" w:rsidR="00F40D9C" w:rsidRDefault="00000000">
      <w:pPr>
        <w:pStyle w:val="Title"/>
      </w:pPr>
      <w:r>
        <w:t>Servant’s Heart Scholarship Application</w:t>
      </w:r>
    </w:p>
    <w:p w14:paraId="17C26B21" w14:textId="77777777" w:rsidR="00A53370" w:rsidRDefault="00000000">
      <w:r>
        <w:t xml:space="preserve">Presented by: </w:t>
      </w:r>
      <w:r w:rsidR="00A53370">
        <w:t xml:space="preserve">Franklin County </w:t>
      </w:r>
      <w:r>
        <w:t xml:space="preserve">School Nutrition Association </w:t>
      </w:r>
    </w:p>
    <w:p w14:paraId="59CF56CD" w14:textId="190E249D" w:rsidR="00F40D9C" w:rsidRDefault="00000000">
      <w:r>
        <w:t>Award Amount: $</w:t>
      </w:r>
      <w:r w:rsidR="00A53370">
        <w:t>75</w:t>
      </w:r>
      <w:r>
        <w:t>0</w:t>
      </w:r>
    </w:p>
    <w:p w14:paraId="0241D184" w14:textId="1C7B0D66" w:rsidR="00F40D9C" w:rsidRDefault="00000000">
      <w:r>
        <w:t xml:space="preserve">Deadline: </w:t>
      </w:r>
      <w:r w:rsidR="00A53370">
        <w:t>May 13, 2026</w:t>
      </w:r>
    </w:p>
    <w:p w14:paraId="320F5CAB" w14:textId="77777777" w:rsidR="00F40D9C" w:rsidRDefault="00000000">
      <w:pPr>
        <w:pStyle w:val="Heading1"/>
      </w:pPr>
      <w:r>
        <w:t>Eligibility:</w:t>
      </w:r>
    </w:p>
    <w:p w14:paraId="1262C9F1" w14:textId="77777777" w:rsidR="00F40D9C" w:rsidRDefault="00000000">
      <w:r>
        <w:t>Graduating senior in good academic standing (minimum GPA 2.5). This scholarship prioritizes students who demonstrate exceptional service, compassion, and character. Academic rank is not a primary consideration, and the award is intended to recognize students whose impact through service may not otherwise be highlighted through traditional academic honors.</w:t>
      </w:r>
    </w:p>
    <w:p w14:paraId="72E9E768" w14:textId="77777777" w:rsidR="00F40D9C" w:rsidRDefault="00000000">
      <w:pPr>
        <w:pStyle w:val="Heading1"/>
      </w:pPr>
      <w:r>
        <w:t>Application Requirements:</w:t>
      </w:r>
    </w:p>
    <w:p w14:paraId="125F7E37" w14:textId="77777777" w:rsidR="00F40D9C" w:rsidRDefault="00000000">
      <w:r>
        <w:t>1. Student Information</w:t>
      </w:r>
    </w:p>
    <w:p w14:paraId="7479BA27" w14:textId="77777777" w:rsidR="00F40D9C" w:rsidRDefault="00000000">
      <w:r>
        <w:t xml:space="preserve">   - Full Name: _________________________________</w:t>
      </w:r>
    </w:p>
    <w:p w14:paraId="7CE75084" w14:textId="77777777" w:rsidR="00F40D9C" w:rsidRDefault="00000000">
      <w:r>
        <w:t xml:space="preserve">   - School: ____________________________________</w:t>
      </w:r>
    </w:p>
    <w:p w14:paraId="5108DCF3" w14:textId="77777777" w:rsidR="00F40D9C" w:rsidRDefault="00000000">
      <w:r>
        <w:t xml:space="preserve">   - GPA: ______</w:t>
      </w:r>
    </w:p>
    <w:p w14:paraId="1E8B2B40" w14:textId="41FD0617" w:rsidR="00F40D9C" w:rsidRDefault="00000000">
      <w:r>
        <w:br/>
        <w:t>2. Essay (</w:t>
      </w:r>
      <w:r w:rsidR="00A53370">
        <w:t>250</w:t>
      </w:r>
      <w:r>
        <w:t>–</w:t>
      </w:r>
      <w:r w:rsidR="00A53370">
        <w:t>4</w:t>
      </w:r>
      <w:r>
        <w:t>00 words)</w:t>
      </w:r>
    </w:p>
    <w:p w14:paraId="5C07072C" w14:textId="77777777" w:rsidR="00F40D9C" w:rsidRDefault="00000000">
      <w:r>
        <w:t xml:space="preserve">   “Describe how you have demonstrated a servant’s heart in your school, community, or personal life. How will this spirit of service guide your future?”</w:t>
      </w:r>
      <w:r>
        <w:br/>
        <w:t xml:space="preserve">   (Attach typed essay)</w:t>
      </w:r>
    </w:p>
    <w:p w14:paraId="14AB036C" w14:textId="77777777" w:rsidR="00F40D9C" w:rsidRDefault="00000000">
      <w:r>
        <w:br/>
        <w:t>3. Community Service Record</w:t>
      </w:r>
    </w:p>
    <w:p w14:paraId="7FAEF0F1" w14:textId="77777777" w:rsidR="00F40D9C" w:rsidRDefault="00000000">
      <w:r>
        <w:t xml:space="preserve">   List volunteer roles, organizations, dates, and total hours. (Attach a separate sheet if needed)</w:t>
      </w:r>
    </w:p>
    <w:p w14:paraId="755E3BEB" w14:textId="77777777" w:rsidR="00F40D9C" w:rsidRDefault="00000000">
      <w:r>
        <w:br/>
        <w:t>4. School Activities &amp; Leadership</w:t>
      </w:r>
    </w:p>
    <w:p w14:paraId="3B2D95A4" w14:textId="77777777" w:rsidR="00F40D9C" w:rsidRDefault="00000000">
      <w:r>
        <w:t xml:space="preserve">   Briefly list clubs, sports, or leadership roles.</w:t>
      </w:r>
    </w:p>
    <w:p w14:paraId="32646E99" w14:textId="77777777" w:rsidR="00CD719A" w:rsidRDefault="00000000">
      <w:r>
        <w:br/>
      </w:r>
    </w:p>
    <w:p w14:paraId="5ED28460" w14:textId="737D8BAD" w:rsidR="00F40D9C" w:rsidRDefault="00000000">
      <w:r>
        <w:lastRenderedPageBreak/>
        <w:t>5. Letter of Recommendation</w:t>
      </w:r>
    </w:p>
    <w:p w14:paraId="4D2D41DF" w14:textId="77777777" w:rsidR="00F40D9C" w:rsidRDefault="00000000">
      <w:r>
        <w:t xml:space="preserve">   From a teacher, counselor, coach, or community leader. (Attach)</w:t>
      </w:r>
    </w:p>
    <w:p w14:paraId="5C44F089" w14:textId="77777777" w:rsidR="00F40D9C" w:rsidRDefault="00000000">
      <w:r>
        <w:br/>
        <w:t>6. Optional Question</w:t>
      </w:r>
    </w:p>
    <w:p w14:paraId="5BCCA085" w14:textId="0C58A6C6" w:rsidR="00F40D9C" w:rsidRDefault="00000000">
      <w:r>
        <w:t xml:space="preserve">   If you have participated in your school’s meal program</w:t>
      </w:r>
      <w:r w:rsidR="00A53370">
        <w:t xml:space="preserve"> (breakfast and/or lunch)</w:t>
      </w:r>
      <w:r>
        <w:t>, how has it supported you or your ability to succeed in school?</w:t>
      </w:r>
      <w:r>
        <w:br/>
      </w:r>
      <w:proofErr w:type="gramStart"/>
      <w:r>
        <w:t xml:space="preserve">   (</w:t>
      </w:r>
      <w:proofErr w:type="gramEnd"/>
      <w:r>
        <w:t>Short response)</w:t>
      </w:r>
    </w:p>
    <w:p w14:paraId="706B7856" w14:textId="77777777" w:rsidR="00A53370" w:rsidRDefault="00000000">
      <w:r>
        <w:br/>
      </w:r>
    </w:p>
    <w:p w14:paraId="6D592B5E" w14:textId="77777777" w:rsidR="00A53370" w:rsidRDefault="00A53370"/>
    <w:p w14:paraId="3CBDBD9D" w14:textId="77777777" w:rsidR="00A53370" w:rsidRDefault="00A53370"/>
    <w:p w14:paraId="5436E59B" w14:textId="10E1AD30" w:rsidR="00F40D9C" w:rsidRDefault="00000000">
      <w:r>
        <w:t>Signature: ________________________</w:t>
      </w:r>
    </w:p>
    <w:p w14:paraId="59135C99" w14:textId="77777777" w:rsidR="00F40D9C" w:rsidRDefault="00000000">
      <w:r>
        <w:t>Date: _______________</w:t>
      </w:r>
    </w:p>
    <w:sectPr w:rsidR="00F40D9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4334077">
    <w:abstractNumId w:val="8"/>
  </w:num>
  <w:num w:numId="2" w16cid:durableId="85540629">
    <w:abstractNumId w:val="6"/>
  </w:num>
  <w:num w:numId="3" w16cid:durableId="1085421093">
    <w:abstractNumId w:val="5"/>
  </w:num>
  <w:num w:numId="4" w16cid:durableId="1779830728">
    <w:abstractNumId w:val="4"/>
  </w:num>
  <w:num w:numId="5" w16cid:durableId="430855277">
    <w:abstractNumId w:val="7"/>
  </w:num>
  <w:num w:numId="6" w16cid:durableId="1163661637">
    <w:abstractNumId w:val="3"/>
  </w:num>
  <w:num w:numId="7" w16cid:durableId="999970122">
    <w:abstractNumId w:val="2"/>
  </w:num>
  <w:num w:numId="8" w16cid:durableId="1958948727">
    <w:abstractNumId w:val="1"/>
  </w:num>
  <w:num w:numId="9" w16cid:durableId="1134517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4620"/>
    <w:rsid w:val="00930AC7"/>
    <w:rsid w:val="00A53370"/>
    <w:rsid w:val="00AA1D8D"/>
    <w:rsid w:val="00B47730"/>
    <w:rsid w:val="00CB0664"/>
    <w:rsid w:val="00CD719A"/>
    <w:rsid w:val="00F40D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495F37"/>
  <w14:defaultImageDpi w14:val="300"/>
  <w15:docId w15:val="{A6700786-8B33-4B13-8064-759481D2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Shelley Ingram</cp:lastModifiedBy>
  <cp:revision>3</cp:revision>
  <dcterms:created xsi:type="dcterms:W3CDTF">2026-04-28T17:03:00Z</dcterms:created>
  <dcterms:modified xsi:type="dcterms:W3CDTF">2026-04-28T17:30:00Z</dcterms:modified>
  <cp:category/>
</cp:coreProperties>
</file>