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EDCA5" w14:textId="77777777" w:rsidR="003C55D4" w:rsidRDefault="002F29A7">
      <w:pPr>
        <w:pStyle w:val="Heading1"/>
      </w:pPr>
      <w:r>
        <w:t>Extended Care Program (S.O.A.R.)</w:t>
      </w:r>
    </w:p>
    <w:p w14:paraId="3BA37D9C" w14:textId="35EF1945" w:rsidR="003C55D4" w:rsidRDefault="04CE4CBD" w:rsidP="1B3837E7">
      <w:r>
        <w:t>Our S.O.A.R. Time (School’s Out Activity and Recreation) program provides safe, structured before- and after-school care designed to support students’ academic, social, and personal growth. Students enjoy homework help, activities, and a wide range of clubs. Families can count on consistent care options that fit their needs.</w:t>
      </w:r>
    </w:p>
    <w:p w14:paraId="0A169115" w14:textId="77777777" w:rsidR="003C55D4" w:rsidRDefault="002F29A7">
      <w:pPr>
        <w:pStyle w:val="Heading2"/>
      </w:pPr>
      <w:r>
        <w:t>Program Hours</w:t>
      </w:r>
    </w:p>
    <w:p w14:paraId="1EC88A14" w14:textId="77777777" w:rsidR="003C55D4" w:rsidRDefault="002F29A7">
      <w:r>
        <w:t>Morning Drop-off: 7:15 AM</w:t>
      </w:r>
      <w:r>
        <w:br/>
        <w:t>Morning S.O.A.R.: 7:15–8:15 AM</w:t>
      </w:r>
      <w:r>
        <w:br/>
        <w:t>Afternoon S.O.A.R.:</w:t>
      </w:r>
      <w:r>
        <w:br/>
        <w:t>- Mon, Wed, Thu, Fri: 3:15–6:00 PM</w:t>
      </w:r>
      <w:r>
        <w:br/>
        <w:t>- Tue: 2:15–6:00 PM</w:t>
      </w:r>
      <w:r>
        <w:br/>
        <w:t>- Select Half Days: 12:15–6:00 PM</w:t>
      </w:r>
    </w:p>
    <w:p w14:paraId="0E65E4A1" w14:textId="77777777" w:rsidR="003C55D4" w:rsidRDefault="002F29A7">
      <w:pPr>
        <w:pStyle w:val="Heading2"/>
      </w:pPr>
      <w:r>
        <w:t>Enrollment &amp; Fees</w:t>
      </w:r>
    </w:p>
    <w:p w14:paraId="1F7D67D1" w14:textId="471C4143" w:rsidR="003C55D4" w:rsidRDefault="7A63502A" w:rsidP="1B3837E7">
      <w:pPr>
        <w:pStyle w:val="ListParagraph"/>
        <w:numPr>
          <w:ilvl w:val="0"/>
          <w:numId w:val="3"/>
        </w:numPr>
      </w:pPr>
      <w:r>
        <w:t xml:space="preserve">- All </w:t>
      </w:r>
      <w:r w:rsidR="1CF418E5">
        <w:t xml:space="preserve">participating </w:t>
      </w:r>
      <w:r>
        <w:t>students must register for S.O.A.R. and pay a $25 supply/registration fee (required at registration).</w:t>
      </w:r>
      <w:r w:rsidR="4457B1ED">
        <w:br/>
      </w:r>
      <w:r>
        <w:t>- 15-minute grace period is provided after dismissal. After that, hourly charges apply.</w:t>
      </w:r>
      <w:r w:rsidR="1CF418E5">
        <w:t xml:space="preserve"> </w:t>
      </w:r>
    </w:p>
    <w:p w14:paraId="7600B346" w14:textId="3E72591D" w:rsidR="003C55D4" w:rsidRDefault="5AA0506A" w:rsidP="1B3837E7">
      <w:pPr>
        <w:pStyle w:val="ListParagraph"/>
        <w:numPr>
          <w:ilvl w:val="0"/>
          <w:numId w:val="3"/>
        </w:numPr>
      </w:pPr>
      <w:r>
        <w:t>Registration</w:t>
      </w:r>
      <w:r w:rsidR="4457B1ED">
        <w:t xml:space="preserve"> must be made through the front office.</w:t>
      </w:r>
    </w:p>
    <w:p w14:paraId="78F1F150" w14:textId="17EA25DF" w:rsidR="78202204" w:rsidRDefault="78202204" w:rsidP="71E48FE8">
      <w:pPr>
        <w:pStyle w:val="Heading3"/>
      </w:pPr>
      <w:r>
        <w:t>Two Care Options</w:t>
      </w:r>
    </w:p>
    <w:p w14:paraId="40336529" w14:textId="6D81D8F7" w:rsidR="003C55D4" w:rsidRPr="00496D53" w:rsidRDefault="7A63502A" w:rsidP="71E48FE8">
      <w:r>
        <w:t>1. Clubs + S.O.A.R. Trimester Fee</w:t>
      </w:r>
      <w:r w:rsidR="4457B1ED">
        <w:br/>
      </w:r>
      <w:r>
        <w:t xml:space="preserve">   - $15 per trimester + club fees</w:t>
      </w:r>
      <w:r w:rsidR="4457B1ED">
        <w:br/>
      </w:r>
      <w:r>
        <w:t xml:space="preserve">   - Students attend S.O.A.R. only on days when their clubs meet</w:t>
      </w:r>
      <w:r w:rsidR="4457B1ED">
        <w:br/>
      </w:r>
      <w:r>
        <w:t xml:space="preserve">   </w:t>
      </w:r>
      <w:r w:rsidRPr="00496D53">
        <w:t xml:space="preserve">- </w:t>
      </w:r>
      <w:r w:rsidR="2DC69E3A" w:rsidRPr="00496D53">
        <w:t>Club Students must be picked up within 15 mins after Club ends</w:t>
      </w:r>
      <w:r w:rsidR="47F48750" w:rsidRPr="00496D53">
        <w:t xml:space="preserve"> or </w:t>
      </w:r>
      <w:r w:rsidR="2DC69E3A" w:rsidRPr="00496D53">
        <w:t>SOAR rates will apply</w:t>
      </w:r>
    </w:p>
    <w:p w14:paraId="282B3E60" w14:textId="2B963061" w:rsidR="003C55D4" w:rsidRPr="00496D53" w:rsidRDefault="002F29A7" w:rsidP="1B3837E7">
      <w:r w:rsidRPr="00496D53">
        <w:br/>
      </w:r>
      <w:r w:rsidR="7A63502A" w:rsidRPr="00496D53">
        <w:t>2. Daily Option</w:t>
      </w:r>
      <w:r w:rsidR="1970B845" w:rsidRPr="00496D53">
        <w:t xml:space="preserve"> </w:t>
      </w:r>
      <w:r w:rsidR="7A63502A" w:rsidRPr="00496D53">
        <w:t>(</w:t>
      </w:r>
      <w:r w:rsidR="691DFA4A" w:rsidRPr="00496D53">
        <w:t>Not participating in</w:t>
      </w:r>
      <w:r w:rsidR="7A63502A" w:rsidRPr="00496D53">
        <w:t xml:space="preserve"> Clubs)</w:t>
      </w:r>
      <w:r w:rsidR="270DBC3C" w:rsidRPr="00496D53">
        <w:t xml:space="preserve"> + S.O.A.R. Trimester Fee</w:t>
      </w:r>
      <w:r w:rsidRPr="00496D53">
        <w:br/>
      </w:r>
      <w:r w:rsidR="7A63502A" w:rsidRPr="00496D53">
        <w:t xml:space="preserve">   - $15 per hour</w:t>
      </w:r>
      <w:r w:rsidRPr="00496D53">
        <w:br/>
      </w:r>
      <w:r w:rsidR="7A63502A" w:rsidRPr="00496D53">
        <w:t xml:space="preserve">   - </w:t>
      </w:r>
      <w:r w:rsidR="05814606" w:rsidRPr="00496D53">
        <w:t xml:space="preserve">Please </w:t>
      </w:r>
      <w:r w:rsidR="7A63502A" w:rsidRPr="00496D53">
        <w:t>schedule at least 24 hours in advance through the front office</w:t>
      </w:r>
      <w:r w:rsidRPr="00496D53">
        <w:br/>
      </w:r>
      <w:r w:rsidR="7A63502A" w:rsidRPr="00496D53">
        <w:t xml:space="preserve">   - Designed for </w:t>
      </w:r>
      <w:r w:rsidR="5119A895" w:rsidRPr="00496D53">
        <w:t xml:space="preserve">both </w:t>
      </w:r>
      <w:r w:rsidR="7A63502A" w:rsidRPr="00496D53">
        <w:t xml:space="preserve">occasional </w:t>
      </w:r>
      <w:r w:rsidR="1CF418E5" w:rsidRPr="00496D53">
        <w:t>and recurring use.</w:t>
      </w:r>
    </w:p>
    <w:p w14:paraId="1E04A9EA" w14:textId="77777777" w:rsidR="003C55D4" w:rsidRPr="00496D53" w:rsidRDefault="002F29A7">
      <w:pPr>
        <w:pStyle w:val="Heading2"/>
      </w:pPr>
      <w:r w:rsidRPr="00496D53">
        <w:t>Late Policy</w:t>
      </w:r>
    </w:p>
    <w:p w14:paraId="33F742F6" w14:textId="77777777" w:rsidR="003C55D4" w:rsidRPr="00496D53" w:rsidRDefault="002F29A7">
      <w:r w:rsidRPr="00496D53">
        <w:t>- Students not picked up by dismissal are sent to S.O.A.R.</w:t>
      </w:r>
      <w:r w:rsidRPr="00496D53">
        <w:br/>
        <w:t>- After 6:00 PM: $5 per minute late fee</w:t>
      </w:r>
    </w:p>
    <w:p w14:paraId="2FD09FC0" w14:textId="77777777" w:rsidR="003C55D4" w:rsidRPr="00496D53" w:rsidRDefault="002F29A7">
      <w:pPr>
        <w:pStyle w:val="Heading2"/>
      </w:pPr>
      <w:r w:rsidRPr="00496D53">
        <w:t>Program Highlights</w:t>
      </w:r>
    </w:p>
    <w:p w14:paraId="5599B933" w14:textId="1D54F008" w:rsidR="003C55D4" w:rsidRPr="00496D53" w:rsidRDefault="4457B1ED">
      <w:r w:rsidRPr="00496D53">
        <w:t>Clubs Available: STEM • Band • Choir • Cooking/Baking • Martial Arts • Homework Club • Japanese • Mock Trial • Speech</w:t>
      </w:r>
    </w:p>
    <w:p w14:paraId="29414D08" w14:textId="552C7AF8" w:rsidR="003C55D4" w:rsidRDefault="4457B1ED">
      <w:r w:rsidRPr="00496D53">
        <w:t>Daily Activities (non-club students)</w:t>
      </w:r>
    </w:p>
    <w:p w14:paraId="6A775EA7" w14:textId="59554799" w:rsidR="003C55D4" w:rsidRPr="00496D53" w:rsidRDefault="7EBB6815" w:rsidP="1B3837E7">
      <w:pPr>
        <w:pStyle w:val="NoSpacing"/>
      </w:pPr>
      <w:r w:rsidRPr="00496D53">
        <w:lastRenderedPageBreak/>
        <w:t>3:15–4:00 Snack/quiet time/Homework (club and non-club students)</w:t>
      </w:r>
      <w:r w:rsidR="56C557B6" w:rsidRPr="00496D53">
        <w:br/>
      </w:r>
      <w:r w:rsidR="4017CAF4" w:rsidRPr="00496D53">
        <w:t>4:00</w:t>
      </w:r>
      <w:r w:rsidR="7A63502A" w:rsidRPr="00496D53">
        <w:t xml:space="preserve">- </w:t>
      </w:r>
      <w:r w:rsidR="4E36BB06" w:rsidRPr="00496D53">
        <w:t xml:space="preserve">5:30 </w:t>
      </w:r>
    </w:p>
    <w:p w14:paraId="718D4E0E" w14:textId="04DF6A4C" w:rsidR="003C55D4" w:rsidRDefault="552C9106" w:rsidP="1B3837E7">
      <w:r w:rsidRPr="00496D53">
        <w:t xml:space="preserve">   - </w:t>
      </w:r>
      <w:r w:rsidR="4457B1ED" w:rsidRPr="00496D53">
        <w:t>Mon: Music/Dance &amp; Theater</w:t>
      </w:r>
      <w:r w:rsidR="002F29A7" w:rsidRPr="00496D53">
        <w:br/>
      </w:r>
      <w:r w:rsidR="4457B1ED" w:rsidRPr="00496D53">
        <w:t xml:space="preserve">   - Tue: Art</w:t>
      </w:r>
      <w:r w:rsidR="002F29A7">
        <w:br/>
      </w:r>
      <w:r w:rsidR="4457B1ED">
        <w:t xml:space="preserve">   - Wed: Board Games</w:t>
      </w:r>
      <w:r w:rsidR="002F29A7">
        <w:br/>
      </w:r>
      <w:r w:rsidR="4457B1ED">
        <w:t xml:space="preserve">   - Thu: Outdoor Recreation</w:t>
      </w:r>
      <w:r w:rsidR="002F29A7">
        <w:br/>
      </w:r>
      <w:r w:rsidR="4457B1ED">
        <w:t xml:space="preserve">   - Fri: Movie Time</w:t>
      </w:r>
      <w:r w:rsidR="002F29A7">
        <w:br/>
      </w:r>
      <w:r w:rsidR="4457B1ED">
        <w:t>- 5:30–6:00 Clean-up &amp; dismissal</w:t>
      </w:r>
    </w:p>
    <w:p w14:paraId="54F86FF6" w14:textId="77777777" w:rsidR="003C55D4" w:rsidRDefault="002F29A7">
      <w:pPr>
        <w:pStyle w:val="Heading2"/>
      </w:pPr>
      <w:r>
        <w:t>Safety &amp; Supervision</w:t>
      </w:r>
    </w:p>
    <w:p w14:paraId="59EC1A64" w14:textId="74C64FAB" w:rsidR="003C55D4" w:rsidRDefault="7A63502A">
      <w:r>
        <w:t>- Students are escorted to S.O.A.R. by their teacher.</w:t>
      </w:r>
      <w:r w:rsidR="4457B1ED">
        <w:br/>
      </w:r>
      <w:r w:rsidRPr="00496D53">
        <w:t xml:space="preserve">- All transitions are tracked in </w:t>
      </w:r>
      <w:proofErr w:type="spellStart"/>
      <w:r w:rsidRPr="00496D53">
        <w:t>FetchKids</w:t>
      </w:r>
      <w:proofErr w:type="spellEnd"/>
      <w:r w:rsidRPr="00496D53">
        <w:t>.</w:t>
      </w:r>
      <w:r w:rsidR="4457B1ED" w:rsidRPr="00496D53">
        <w:br/>
      </w:r>
      <w:r w:rsidRPr="00496D53">
        <w:t xml:space="preserve">- Club leaders </w:t>
      </w:r>
      <w:r w:rsidR="09500766" w:rsidRPr="00496D53">
        <w:t>pick up</w:t>
      </w:r>
      <w:r w:rsidRPr="00496D53">
        <w:t xml:space="preserve"> and escort </w:t>
      </w:r>
      <w:r w:rsidR="16378186" w:rsidRPr="00496D53">
        <w:t>students back</w:t>
      </w:r>
      <w:r w:rsidRPr="00496D53">
        <w:t xml:space="preserve"> to S.O.A.R.</w:t>
      </w:r>
      <w:r w:rsidR="4457B1ED" w:rsidRPr="00496D53">
        <w:br/>
      </w:r>
      <w:r w:rsidRPr="00496D53">
        <w:t>- Parents must sign students out at pick-up.</w:t>
      </w:r>
      <w:r w:rsidR="4457B1ED">
        <w:br/>
      </w:r>
      <w:r>
        <w:t>- The first 15 minutes of S.O.A.R. include snack and quiet time</w:t>
      </w:r>
      <w:r w:rsidR="1CF418E5">
        <w:t xml:space="preserve"> for both club and non-club students</w:t>
      </w:r>
      <w:r w:rsidR="4457B1ED">
        <w:br/>
      </w:r>
      <w:r>
        <w:t>- Students who do not meet behavior expectations may be suspended from S.O.A.R. or clubs at the principal’s discretion.</w:t>
      </w:r>
    </w:p>
    <w:p w14:paraId="51BD48FE" w14:textId="77777777" w:rsidR="003C55D4" w:rsidRDefault="002F29A7">
      <w:pPr>
        <w:pStyle w:val="Heading2"/>
      </w:pPr>
      <w:r>
        <w:t>Registration</w:t>
      </w:r>
    </w:p>
    <w:p w14:paraId="65A609DE" w14:textId="77777777" w:rsidR="003C55D4" w:rsidRDefault="002F29A7">
      <w:r>
        <w:t>To participate in any after-school club or extended care, families must:</w:t>
      </w:r>
      <w:r>
        <w:br/>
        <w:t>1. Complete the S.O.A.R. registration form</w:t>
      </w:r>
      <w:r>
        <w:br/>
        <w:t>2. Pay the $25 supply/registration fee</w:t>
      </w:r>
      <w:r>
        <w:br/>
        <w:t>3. Schedule attendance through the front office</w:t>
      </w:r>
    </w:p>
    <w:p w14:paraId="2DD5826F" w14:textId="77777777" w:rsidR="003C55D4" w:rsidRDefault="002F29A7">
      <w:pPr>
        <w:pStyle w:val="Heading1"/>
      </w:pPr>
      <w:r>
        <w:t>Frequently Asked Questions (FAQ)</w:t>
      </w:r>
    </w:p>
    <w:p w14:paraId="364673C8" w14:textId="4D30B996" w:rsidR="003C55D4" w:rsidRDefault="78202204">
      <w:r>
        <w:t>1. Do I need to register my child if they are only in a club?</w:t>
      </w:r>
      <w:r w:rsidR="002F29A7">
        <w:br/>
      </w:r>
      <w:r>
        <w:t xml:space="preserve">   Yes. All after-school club participants must register for S.O.A.R. and pay the $25 supply/registration fee.</w:t>
      </w:r>
      <w:r w:rsidR="002F29A7">
        <w:br/>
      </w:r>
      <w:r w:rsidR="002F29A7">
        <w:br/>
      </w:r>
      <w:r>
        <w:t>2. What happens if I’m late to pick up?</w:t>
      </w:r>
      <w:r w:rsidR="002F29A7">
        <w:br/>
      </w:r>
      <w:r>
        <w:t xml:space="preserve">   There is a 15-minute grace period after dismissal. After that, the $15/hour rate applies. After 6:00 PM, a late fee of $5 per minute begins.</w:t>
      </w:r>
      <w:r w:rsidR="002F29A7">
        <w:br/>
      </w:r>
      <w:r w:rsidR="002F29A7">
        <w:br/>
      </w:r>
    </w:p>
    <w:p w14:paraId="72F9AEAB" w14:textId="3A4B9DCB" w:rsidR="003C55D4" w:rsidRDefault="78202204">
      <w:r>
        <w:t>3. Can I use the grace period every day to avoid fees?</w:t>
      </w:r>
      <w:r w:rsidR="002F29A7">
        <w:br/>
      </w:r>
      <w:r>
        <w:t xml:space="preserve">   No. The grace period is </w:t>
      </w:r>
      <w:r w:rsidR="0CCBAFCB">
        <w:t>limited</w:t>
      </w:r>
      <w:r>
        <w:t>. Repeated use will result in hourly billing.</w:t>
      </w:r>
      <w:r w:rsidR="3A96E89E">
        <w:t xml:space="preserve"> </w:t>
      </w:r>
      <w:r w:rsidR="002F29A7">
        <w:br/>
      </w:r>
      <w:r w:rsidR="002F29A7">
        <w:br/>
      </w:r>
      <w:r>
        <w:t xml:space="preserve">4. Can my child stay in S.O.A.R. on non-club days if I </w:t>
      </w:r>
      <w:r w:rsidR="3A96E89E">
        <w:t xml:space="preserve">only </w:t>
      </w:r>
      <w:r>
        <w:t>pay the trimester fee?</w:t>
      </w:r>
      <w:r w:rsidR="002F29A7">
        <w:br/>
      </w:r>
      <w:r>
        <w:t xml:space="preserve">   No. The Club option covers care only on the days a club is scheduled. For other days, families must use the Daily Option.</w:t>
      </w:r>
      <w:r w:rsidR="002F29A7">
        <w:br/>
      </w:r>
      <w:r w:rsidR="002F29A7">
        <w:br/>
      </w:r>
      <w:r>
        <w:lastRenderedPageBreak/>
        <w:t>5. How do I schedule attendance?</w:t>
      </w:r>
      <w:r w:rsidR="002F29A7">
        <w:br/>
      </w:r>
      <w:r>
        <w:t xml:space="preserve">   All attendance and changes must be made through the front office. </w:t>
      </w:r>
      <w:r w:rsidR="002F29A7">
        <w:br/>
      </w:r>
      <w:r>
        <w:t>6. Can I switch between options during the year?</w:t>
      </w:r>
      <w:r w:rsidR="002F29A7">
        <w:br/>
      </w:r>
      <w:r>
        <w:t xml:space="preserve">   Yes. Families may change plans by contacting the front office</w:t>
      </w:r>
      <w:r w:rsidR="4DD21533">
        <w:t xml:space="preserve"> (depending on availability of the club)</w:t>
      </w:r>
      <w:r w:rsidR="002F29A7">
        <w:br/>
      </w:r>
      <w:r w:rsidR="002F29A7">
        <w:br/>
      </w:r>
      <w:r>
        <w:t>7. What if my child has difficulty following S.O.A.R. expectations?</w:t>
      </w:r>
      <w:r w:rsidR="002F29A7">
        <w:br/>
      </w:r>
      <w:r>
        <w:t xml:space="preserve">   We want all students to succeed, but repeated behavior issues may result in removal from S.O.A.R. or clubs</w:t>
      </w:r>
      <w:r w:rsidR="6F8FF046">
        <w:t xml:space="preserve"> at the </w:t>
      </w:r>
      <w:r w:rsidR="19C2BDB0">
        <w:t>principal's</w:t>
      </w:r>
      <w:r w:rsidR="6F8FF046">
        <w:t xml:space="preserve"> discretion.</w:t>
      </w:r>
    </w:p>
    <w:sectPr w:rsidR="003C55D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31A890"/>
    <w:multiLevelType w:val="hybridMultilevel"/>
    <w:tmpl w:val="FFFFFFFF"/>
    <w:lvl w:ilvl="0" w:tplc="93D0F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C649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16D4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C033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46A5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9A41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E8A4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148E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1086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213B83"/>
    <w:multiLevelType w:val="hybridMultilevel"/>
    <w:tmpl w:val="FFFFFFFF"/>
    <w:lvl w:ilvl="0" w:tplc="0FDE18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EC61D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244B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6E78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707F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58C4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9806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824D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1EEC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FF8CA1"/>
    <w:multiLevelType w:val="hybridMultilevel"/>
    <w:tmpl w:val="FFFFFFFF"/>
    <w:lvl w:ilvl="0" w:tplc="3B5CA4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BF853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1AD3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D420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1236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342D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72D9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3ACB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C23A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6A9172"/>
    <w:multiLevelType w:val="hybridMultilevel"/>
    <w:tmpl w:val="FFFFFFFF"/>
    <w:lvl w:ilvl="0" w:tplc="BF9AF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6762A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A6FD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0090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0C11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3E11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CE5A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6ECA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5E68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564981">
    <w:abstractNumId w:val="12"/>
  </w:num>
  <w:num w:numId="2" w16cid:durableId="533007623">
    <w:abstractNumId w:val="9"/>
  </w:num>
  <w:num w:numId="3" w16cid:durableId="961501620">
    <w:abstractNumId w:val="11"/>
  </w:num>
  <w:num w:numId="4" w16cid:durableId="584461975">
    <w:abstractNumId w:val="10"/>
  </w:num>
  <w:num w:numId="5" w16cid:durableId="897202370">
    <w:abstractNumId w:val="8"/>
  </w:num>
  <w:num w:numId="6" w16cid:durableId="728842717">
    <w:abstractNumId w:val="6"/>
  </w:num>
  <w:num w:numId="7" w16cid:durableId="346980067">
    <w:abstractNumId w:val="5"/>
  </w:num>
  <w:num w:numId="8" w16cid:durableId="1903641345">
    <w:abstractNumId w:val="4"/>
  </w:num>
  <w:num w:numId="9" w16cid:durableId="1384601919">
    <w:abstractNumId w:val="7"/>
  </w:num>
  <w:num w:numId="10" w16cid:durableId="2113819298">
    <w:abstractNumId w:val="3"/>
  </w:num>
  <w:num w:numId="11" w16cid:durableId="2008240287">
    <w:abstractNumId w:val="2"/>
  </w:num>
  <w:num w:numId="12" w16cid:durableId="110978453">
    <w:abstractNumId w:val="1"/>
  </w:num>
  <w:num w:numId="13" w16cid:durableId="827794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468"/>
    <w:rsid w:val="0015074B"/>
    <w:rsid w:val="00150D5C"/>
    <w:rsid w:val="0029639D"/>
    <w:rsid w:val="002B62B5"/>
    <w:rsid w:val="002F29A7"/>
    <w:rsid w:val="0030214C"/>
    <w:rsid w:val="00326F90"/>
    <w:rsid w:val="003C55D4"/>
    <w:rsid w:val="004579FF"/>
    <w:rsid w:val="00496D53"/>
    <w:rsid w:val="0059454D"/>
    <w:rsid w:val="005A227B"/>
    <w:rsid w:val="006D373B"/>
    <w:rsid w:val="00775002"/>
    <w:rsid w:val="009004E7"/>
    <w:rsid w:val="009D3AD6"/>
    <w:rsid w:val="00A66C1B"/>
    <w:rsid w:val="00A92260"/>
    <w:rsid w:val="00AA1D8D"/>
    <w:rsid w:val="00AC1A95"/>
    <w:rsid w:val="00B47730"/>
    <w:rsid w:val="00B76AA5"/>
    <w:rsid w:val="00C8093D"/>
    <w:rsid w:val="00C90B11"/>
    <w:rsid w:val="00CB0664"/>
    <w:rsid w:val="00DC271B"/>
    <w:rsid w:val="00DE5867"/>
    <w:rsid w:val="00E8134E"/>
    <w:rsid w:val="00EC7166"/>
    <w:rsid w:val="00EC7E81"/>
    <w:rsid w:val="00F713A7"/>
    <w:rsid w:val="00FC693F"/>
    <w:rsid w:val="01703442"/>
    <w:rsid w:val="0300CF96"/>
    <w:rsid w:val="0402CD32"/>
    <w:rsid w:val="04CE4CBD"/>
    <w:rsid w:val="05814606"/>
    <w:rsid w:val="09500766"/>
    <w:rsid w:val="0CCBAFCB"/>
    <w:rsid w:val="0E0C85E9"/>
    <w:rsid w:val="0ED3A3D3"/>
    <w:rsid w:val="115184BF"/>
    <w:rsid w:val="16378186"/>
    <w:rsid w:val="16B2035F"/>
    <w:rsid w:val="16D05473"/>
    <w:rsid w:val="17691696"/>
    <w:rsid w:val="189E92DA"/>
    <w:rsid w:val="1970B845"/>
    <w:rsid w:val="19C2BDB0"/>
    <w:rsid w:val="19CF30D4"/>
    <w:rsid w:val="1A4A4DCF"/>
    <w:rsid w:val="1AA2BAAB"/>
    <w:rsid w:val="1B3837E7"/>
    <w:rsid w:val="1B6AB4F6"/>
    <w:rsid w:val="1BBC83CE"/>
    <w:rsid w:val="1BC53996"/>
    <w:rsid w:val="1CC41555"/>
    <w:rsid w:val="1CF418E5"/>
    <w:rsid w:val="1F846AE0"/>
    <w:rsid w:val="21D847B5"/>
    <w:rsid w:val="236535B3"/>
    <w:rsid w:val="23E56A7D"/>
    <w:rsid w:val="270DBC3C"/>
    <w:rsid w:val="28696BC9"/>
    <w:rsid w:val="2AE53395"/>
    <w:rsid w:val="2B40CAA9"/>
    <w:rsid w:val="2CB2D793"/>
    <w:rsid w:val="2D4CC822"/>
    <w:rsid w:val="2DC69E3A"/>
    <w:rsid w:val="2F53597C"/>
    <w:rsid w:val="2F986C30"/>
    <w:rsid w:val="35BE254A"/>
    <w:rsid w:val="3825C385"/>
    <w:rsid w:val="3A96E89E"/>
    <w:rsid w:val="3BC63A08"/>
    <w:rsid w:val="3BFADD8D"/>
    <w:rsid w:val="3D2395C1"/>
    <w:rsid w:val="3D6A43EF"/>
    <w:rsid w:val="3D9F3105"/>
    <w:rsid w:val="4017CAF4"/>
    <w:rsid w:val="40B61698"/>
    <w:rsid w:val="41A0728A"/>
    <w:rsid w:val="41E372EC"/>
    <w:rsid w:val="431CFEDC"/>
    <w:rsid w:val="4457B1ED"/>
    <w:rsid w:val="4468E6D6"/>
    <w:rsid w:val="45FDC41B"/>
    <w:rsid w:val="4600B3C2"/>
    <w:rsid w:val="46F35968"/>
    <w:rsid w:val="47F48750"/>
    <w:rsid w:val="48D4B13C"/>
    <w:rsid w:val="49D9D570"/>
    <w:rsid w:val="4C15E300"/>
    <w:rsid w:val="4C330A10"/>
    <w:rsid w:val="4DD21533"/>
    <w:rsid w:val="4E36BB06"/>
    <w:rsid w:val="4EAFF9E4"/>
    <w:rsid w:val="4F0F09C5"/>
    <w:rsid w:val="4F5B2485"/>
    <w:rsid w:val="4F6EA818"/>
    <w:rsid w:val="50BBA01A"/>
    <w:rsid w:val="50C980C5"/>
    <w:rsid w:val="5119A895"/>
    <w:rsid w:val="521182E8"/>
    <w:rsid w:val="531651F9"/>
    <w:rsid w:val="531A4644"/>
    <w:rsid w:val="5341E60E"/>
    <w:rsid w:val="5521C041"/>
    <w:rsid w:val="552C9106"/>
    <w:rsid w:val="56C557B6"/>
    <w:rsid w:val="5A155BFB"/>
    <w:rsid w:val="5AA0506A"/>
    <w:rsid w:val="5D102F92"/>
    <w:rsid w:val="5D3CC35D"/>
    <w:rsid w:val="5E1109CB"/>
    <w:rsid w:val="5F62EB5F"/>
    <w:rsid w:val="6289F797"/>
    <w:rsid w:val="632E67B6"/>
    <w:rsid w:val="676B28EB"/>
    <w:rsid w:val="67D83E0B"/>
    <w:rsid w:val="68FF2B48"/>
    <w:rsid w:val="691DFA4A"/>
    <w:rsid w:val="6CB23DBE"/>
    <w:rsid w:val="6E307A21"/>
    <w:rsid w:val="6F8FF046"/>
    <w:rsid w:val="70912000"/>
    <w:rsid w:val="70D24B5F"/>
    <w:rsid w:val="71472866"/>
    <w:rsid w:val="71E48FE8"/>
    <w:rsid w:val="78202204"/>
    <w:rsid w:val="78ABF6DC"/>
    <w:rsid w:val="78DA39E4"/>
    <w:rsid w:val="7A63502A"/>
    <w:rsid w:val="7B7D39B3"/>
    <w:rsid w:val="7EBB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787FBE"/>
  <w14:defaultImageDpi w14:val="300"/>
  <w15:docId w15:val="{F1BD419B-FE43-4D0A-9724-468A4473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1B3837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33b39b-85f6-4c9b-a8d9-c15fad5bee27" xsi:nil="true"/>
    <lcf76f155ced4ddcb4097134ff3c332f xmlns="3fae45bc-9392-4d03-b6db-5e343b3774c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36D74F11917449AD00BFB8A5ABDB3F" ma:contentTypeVersion="18" ma:contentTypeDescription="Create a new document." ma:contentTypeScope="" ma:versionID="9f4c933335e730ad544dc741055f619d">
  <xsd:schema xmlns:xsd="http://www.w3.org/2001/XMLSchema" xmlns:xs="http://www.w3.org/2001/XMLSchema" xmlns:p="http://schemas.microsoft.com/office/2006/metadata/properties" xmlns:ns2="3fae45bc-9392-4d03-b6db-5e343b3774c3" xmlns:ns3="6733b39b-85f6-4c9b-a8d9-c15fad5bee27" targetNamespace="http://schemas.microsoft.com/office/2006/metadata/properties" ma:root="true" ma:fieldsID="53c423c4f51a5576af6239a02f2453b6" ns2:_="" ns3:_="">
    <xsd:import namespace="3fae45bc-9392-4d03-b6db-5e343b3774c3"/>
    <xsd:import namespace="6733b39b-85f6-4c9b-a8d9-c15fad5bee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e45bc-9392-4d03-b6db-5e343b3774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1798fb5-342b-4df9-8956-6a7095d7d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3b39b-85f6-4c9b-a8d9-c15fad5bee2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3e7393c-ddb2-4f63-9e34-7b9e1b9263f0}" ma:internalName="TaxCatchAll" ma:showField="CatchAllData" ma:web="6733b39b-85f6-4c9b-a8d9-c15fad5bee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C34C88-5AF6-446A-9799-B86859EE67F2}">
  <ds:schemaRefs>
    <ds:schemaRef ds:uri="http://schemas.microsoft.com/office/2006/metadata/properties"/>
    <ds:schemaRef ds:uri="http://schemas.microsoft.com/office/infopath/2007/PartnerControls"/>
    <ds:schemaRef ds:uri="6733b39b-85f6-4c9b-a8d9-c15fad5bee27"/>
    <ds:schemaRef ds:uri="3fae45bc-9392-4d03-b6db-5e343b3774c3"/>
  </ds:schemaRefs>
</ds:datastoreItem>
</file>

<file path=customXml/itemProps3.xml><?xml version="1.0" encoding="utf-8"?>
<ds:datastoreItem xmlns:ds="http://schemas.openxmlformats.org/officeDocument/2006/customXml" ds:itemID="{24E8B789-B7AE-4DD2-ABDF-B37978FFFA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5653DB-A6E7-466B-97D6-99D5125201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ae45bc-9392-4d03-b6db-5e343b3774c3"/>
    <ds:schemaRef ds:uri="6733b39b-85f6-4c9b-a8d9-c15fad5bee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567</Words>
  <Characters>3094</Characters>
  <Application>Microsoft Office Word</Application>
  <DocSecurity>0</DocSecurity>
  <Lines>60</Lines>
  <Paragraphs>30</Paragraphs>
  <ScaleCrop>false</ScaleCrop>
  <Manager/>
  <Company/>
  <LinksUpToDate>false</LinksUpToDate>
  <CharactersWithSpaces>3631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STMS Office</cp:lastModifiedBy>
  <cp:revision>2</cp:revision>
  <cp:lastPrinted>2025-09-01T03:48:00Z</cp:lastPrinted>
  <dcterms:created xsi:type="dcterms:W3CDTF">2026-04-28T23:05:00Z</dcterms:created>
  <dcterms:modified xsi:type="dcterms:W3CDTF">2026-04-28T23:05:00Z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0x0101001436D74F11917449AD00BFB8A5ABDB3F</vt:lpwstr>
  </property>
</Properties>
</file>