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216EB" w14:textId="77777777" w:rsidR="00310D00" w:rsidRDefault="00000000">
      <w:r>
        <w:t>NOTICE TO BIDDERS</w:t>
      </w:r>
      <w:r>
        <w:br/>
        <w:t>South San Francisco Unified School District</w:t>
      </w:r>
      <w:r>
        <w:br/>
        <w:t>Bid Nos. 19-25 and 20-25 (Combined Solicitation)</w:t>
      </w:r>
    </w:p>
    <w:p w14:paraId="10B61A3A" w14:textId="77777777" w:rsidR="00310D00" w:rsidRDefault="00000000">
      <w:r>
        <w:t>NOTICE IS HEREBY GIVEN that the South San Francisco Unified School District (“District”) will receive electronic bids for site preparation and related work for modular Transitional Kindergarten classroom projects at Junipero Serra Elementary School and Monte Verde Elementary School (collectively, the “Project”). The District is issuing a single combined solicitation because the projects are similar in scope, schedule, and funding, and combined bidding is expected to promote cost efficiency and coordinated construction consistent with the California Public Contract Code.</w:t>
      </w:r>
    </w:p>
    <w:p w14:paraId="3518E947" w14:textId="77777777" w:rsidR="00310D00" w:rsidRDefault="00000000">
      <w:r>
        <w:t>Scope of work generally includes building pad preparation, concrete foundations and slabs, underground utilities, low‑voltage systems, accessible site improvements, fire hydrant installation, limited restroom alterations, and all work required for DSA‑certifiable project completion at both sites.</w:t>
      </w:r>
    </w:p>
    <w:p w14:paraId="17BA2A34" w14:textId="790E8B18" w:rsidR="00310D00" w:rsidRDefault="00000000">
      <w:r>
        <w:t>Bidders must hold a valid California Class B contractor’s license and be registered with the Department of Industrial Relations. This is a public works project subject to prevailing wage requirements and is not subject to a Project Labor Agreement.</w:t>
      </w:r>
    </w:p>
    <w:p w14:paraId="5BF1C576" w14:textId="77777777" w:rsidR="00310D00" w:rsidRDefault="00000000">
      <w:r>
        <w:t>Contract Documents will be available on or after February 9, 2026, at:</w:t>
      </w:r>
      <w:r>
        <w:br/>
        <w:t>https://www.ssfusd.org/apps/pages/construction</w:t>
      </w:r>
      <w:r>
        <w:br/>
        <w:t>Project contact: Robert Kitchens, 650‑246‑5986, rkitchens@ssfusd.org.</w:t>
      </w:r>
    </w:p>
    <w:p w14:paraId="65311F06" w14:textId="6C1E2ED5" w:rsidR="00310D00" w:rsidRDefault="00BD609A">
      <w:r>
        <w:t xml:space="preserve">A </w:t>
      </w:r>
      <w:r w:rsidR="00000000">
        <w:t>mandatory pre‑bid conference and combined site visit will be held February</w:t>
      </w:r>
      <w:r>
        <w:t xml:space="preserve"> 16th</w:t>
      </w:r>
      <w:r w:rsidR="00000000">
        <w:t>, 2026, beginning at 10:00 a.m. at Monte Verde Elementary School, 2551 St. Cloud Avenue, San Bruno, CA, and continuing to Junipero Serra Elementary School, 151 Victoria Street, Daly City, CA. Failure to attend the mandatory conference will render a bid non‑responsive. Oral statements are not binding.</w:t>
      </w:r>
    </w:p>
    <w:p w14:paraId="28801D3F" w14:textId="28509413" w:rsidR="00310D00" w:rsidRDefault="00000000">
      <w:r>
        <w:t>The Contract requires site readiness sufficient to support modular building placement</w:t>
      </w:r>
      <w:r w:rsidR="00BD609A">
        <w:t xml:space="preserve"> for both sites</w:t>
      </w:r>
      <w:r>
        <w:t xml:space="preserve"> on </w:t>
      </w:r>
      <w:proofErr w:type="gramStart"/>
      <w:r>
        <w:t>or</w:t>
      </w:r>
      <w:proofErr w:type="gramEnd"/>
      <w:r>
        <w:t xml:space="preserve"> before May 2, 2026.</w:t>
      </w:r>
    </w:p>
    <w:p w14:paraId="55EEBB39" w14:textId="1E66F7D9" w:rsidR="00310D00" w:rsidRDefault="00000000">
      <w:r>
        <w:t>Bids are due no later than 2:00 p.m. on February 2</w:t>
      </w:r>
      <w:r w:rsidR="00BD609A">
        <w:t>5</w:t>
      </w:r>
      <w:r>
        <w:t>, 2026, by electronic submission to rkitchens@ssfusd.org. Late bids will not be accepted.</w:t>
      </w:r>
    </w:p>
    <w:sectPr w:rsidR="00310D0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2707795">
    <w:abstractNumId w:val="8"/>
  </w:num>
  <w:num w:numId="2" w16cid:durableId="296759928">
    <w:abstractNumId w:val="6"/>
  </w:num>
  <w:num w:numId="3" w16cid:durableId="1881623313">
    <w:abstractNumId w:val="5"/>
  </w:num>
  <w:num w:numId="4" w16cid:durableId="1646157882">
    <w:abstractNumId w:val="4"/>
  </w:num>
  <w:num w:numId="5" w16cid:durableId="847671175">
    <w:abstractNumId w:val="7"/>
  </w:num>
  <w:num w:numId="6" w16cid:durableId="757098162">
    <w:abstractNumId w:val="3"/>
  </w:num>
  <w:num w:numId="7" w16cid:durableId="1499537811">
    <w:abstractNumId w:val="2"/>
  </w:num>
  <w:num w:numId="8" w16cid:durableId="52974991">
    <w:abstractNumId w:val="1"/>
  </w:num>
  <w:num w:numId="9" w16cid:durableId="480973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38E2"/>
    <w:rsid w:val="0029639D"/>
    <w:rsid w:val="00310D00"/>
    <w:rsid w:val="00326F90"/>
    <w:rsid w:val="00AA1D8D"/>
    <w:rsid w:val="00B47730"/>
    <w:rsid w:val="00BD609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4BE5E4"/>
  <w14:defaultImageDpi w14:val="300"/>
  <w15:docId w15:val="{75BB5719-E999-48F9-8EA1-C82F7E32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1732</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 Kitchens</cp:lastModifiedBy>
  <cp:revision>2</cp:revision>
  <dcterms:created xsi:type="dcterms:W3CDTF">2026-02-06T19:09:00Z</dcterms:created>
  <dcterms:modified xsi:type="dcterms:W3CDTF">2026-02-06T19:09:00Z</dcterms:modified>
  <cp:category/>
</cp:coreProperties>
</file>