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C141A" w14:textId="77777777" w:rsidR="009E519A" w:rsidRPr="009E519A" w:rsidRDefault="009E519A" w:rsidP="009E519A">
      <w:pPr>
        <w:jc w:val="center"/>
        <w:rPr>
          <w:rFonts w:ascii="Century Gothic" w:hAnsi="Century Gothic"/>
          <w:b/>
          <w:bCs/>
          <w:sz w:val="32"/>
          <w:szCs w:val="32"/>
        </w:rPr>
      </w:pPr>
      <w:r w:rsidRPr="009E519A">
        <w:rPr>
          <w:rFonts w:ascii="Century Gothic" w:hAnsi="Century Gothic"/>
          <w:b/>
          <w:bCs/>
          <w:sz w:val="32"/>
          <w:szCs w:val="32"/>
        </w:rPr>
        <w:t>KENNETH J. BARNETT MEMORIAL SCHOLARSHIP</w:t>
      </w:r>
    </w:p>
    <w:p w14:paraId="749BE755" w14:textId="3918AC1C" w:rsidR="009E519A" w:rsidRPr="009E519A" w:rsidRDefault="009E519A" w:rsidP="009E519A">
      <w:pPr>
        <w:rPr>
          <w:rFonts w:ascii="Century Gothic" w:hAnsi="Century Gothic"/>
          <w:sz w:val="24"/>
          <w:szCs w:val="24"/>
        </w:rPr>
      </w:pPr>
      <w:r w:rsidRPr="009E519A">
        <w:rPr>
          <w:rFonts w:ascii="Century Gothic" w:hAnsi="Century Gothic"/>
          <w:b/>
          <w:bCs/>
          <w:sz w:val="24"/>
          <w:szCs w:val="24"/>
        </w:rPr>
        <w:t>Eligibility</w:t>
      </w:r>
      <w:r w:rsidRPr="009E519A">
        <w:rPr>
          <w:rFonts w:ascii="Century Gothic" w:hAnsi="Century Gothic"/>
          <w:sz w:val="24"/>
          <w:szCs w:val="24"/>
        </w:rPr>
        <w:t>: Awarded to a graduating senior from LO</w:t>
      </w:r>
      <w:r w:rsidR="00131432">
        <w:rPr>
          <w:rFonts w:ascii="Century Gothic" w:hAnsi="Century Gothic"/>
          <w:sz w:val="24"/>
          <w:szCs w:val="24"/>
        </w:rPr>
        <w:t>C</w:t>
      </w:r>
      <w:r w:rsidRPr="009E519A">
        <w:rPr>
          <w:rFonts w:ascii="Century Gothic" w:hAnsi="Century Gothic"/>
          <w:sz w:val="24"/>
          <w:szCs w:val="24"/>
        </w:rPr>
        <w:t xml:space="preserve">S who has made a positive impact in their community and plans on going into </w:t>
      </w:r>
      <w:r w:rsidRPr="009E519A">
        <w:rPr>
          <w:rFonts w:ascii="Century Gothic" w:hAnsi="Century Gothic"/>
          <w:b/>
          <w:bCs/>
          <w:sz w:val="24"/>
          <w:szCs w:val="24"/>
        </w:rPr>
        <w:t>public service.</w:t>
      </w:r>
    </w:p>
    <w:p w14:paraId="1C06A96F" w14:textId="20DC45EF" w:rsidR="009E519A" w:rsidRPr="009E519A" w:rsidRDefault="009E519A" w:rsidP="009E519A">
      <w:pPr>
        <w:rPr>
          <w:rFonts w:ascii="Century Gothic" w:hAnsi="Century Gothic"/>
          <w:sz w:val="24"/>
          <w:szCs w:val="24"/>
        </w:rPr>
      </w:pPr>
      <w:r w:rsidRPr="009E519A">
        <w:rPr>
          <w:rFonts w:ascii="Century Gothic" w:hAnsi="Century Gothic"/>
          <w:b/>
          <w:bCs/>
          <w:sz w:val="24"/>
          <w:szCs w:val="24"/>
        </w:rPr>
        <w:t>Award</w:t>
      </w:r>
      <w:r w:rsidRPr="009E519A">
        <w:rPr>
          <w:rFonts w:ascii="Century Gothic" w:hAnsi="Century Gothic"/>
          <w:sz w:val="24"/>
          <w:szCs w:val="24"/>
        </w:rPr>
        <w:t>: $1,000 (2 available)</w:t>
      </w:r>
    </w:p>
    <w:p w14:paraId="469EBD0C" w14:textId="304C80C5" w:rsidR="009E519A" w:rsidRPr="009E519A" w:rsidRDefault="009E519A" w:rsidP="009E519A">
      <w:pPr>
        <w:rPr>
          <w:rFonts w:ascii="Century Gothic" w:hAnsi="Century Gothic"/>
          <w:sz w:val="24"/>
          <w:szCs w:val="24"/>
        </w:rPr>
      </w:pPr>
      <w:r w:rsidRPr="009E519A">
        <w:rPr>
          <w:rFonts w:ascii="Century Gothic" w:hAnsi="Century Gothic"/>
          <w:b/>
          <w:bCs/>
          <w:sz w:val="24"/>
          <w:szCs w:val="24"/>
        </w:rPr>
        <w:t>Background</w:t>
      </w:r>
      <w:r w:rsidRPr="009E519A">
        <w:rPr>
          <w:rFonts w:ascii="Century Gothic" w:hAnsi="Century Gothic"/>
          <w:sz w:val="24"/>
          <w:szCs w:val="24"/>
        </w:rPr>
        <w:t>: This scholarship was established by Bryan K. Barnett, Mayor of Rochester Hills, and Chris Barnett, Supervisor of Orion Township, in honor of their father, Kenneth J. Barnett, a West Bloomfield Township firefighter who taught them the value of public service and community engagement.</w:t>
      </w:r>
    </w:p>
    <w:p w14:paraId="5E38AAEF" w14:textId="77777777" w:rsidR="00C01460" w:rsidRDefault="009E519A" w:rsidP="009E519A">
      <w:pPr>
        <w:rPr>
          <w:rFonts w:ascii="Century Gothic" w:hAnsi="Century Gothic"/>
          <w:sz w:val="24"/>
          <w:szCs w:val="24"/>
        </w:rPr>
      </w:pPr>
      <w:r w:rsidRPr="009E519A">
        <w:rPr>
          <w:rFonts w:ascii="Century Gothic" w:hAnsi="Century Gothic"/>
          <w:b/>
          <w:bCs/>
          <w:sz w:val="24"/>
          <w:szCs w:val="24"/>
        </w:rPr>
        <w:t>Instructions</w:t>
      </w:r>
      <w:r w:rsidRPr="009E519A">
        <w:rPr>
          <w:rFonts w:ascii="Century Gothic" w:hAnsi="Century Gothic"/>
          <w:sz w:val="24"/>
          <w:szCs w:val="24"/>
        </w:rPr>
        <w:t xml:space="preserve">: Please fill out this application, complete the essay section and attach 1 letter of recommendation to your emailed application.  Application and letter of recommendation will be emailed to: </w:t>
      </w:r>
      <w:hyperlink r:id="rId6" w:history="1">
        <w:r w:rsidR="00C01460" w:rsidRPr="009E519A">
          <w:rPr>
            <w:rStyle w:val="Hyperlink"/>
            <w:rFonts w:ascii="Century Gothic" w:hAnsi="Century Gothic"/>
            <w:sz w:val="24"/>
            <w:szCs w:val="24"/>
          </w:rPr>
          <w:t>info@orioncommunityfoundation.org</w:t>
        </w:r>
      </w:hyperlink>
      <w:r w:rsidR="00C01460">
        <w:rPr>
          <w:rFonts w:ascii="Century Gothic" w:hAnsi="Century Gothic"/>
          <w:sz w:val="24"/>
          <w:szCs w:val="24"/>
        </w:rPr>
        <w:t xml:space="preserve"> </w:t>
      </w:r>
      <w:r w:rsidRPr="009E519A">
        <w:rPr>
          <w:rFonts w:ascii="Century Gothic" w:hAnsi="Century Gothic"/>
          <w:sz w:val="24"/>
          <w:szCs w:val="24"/>
        </w:rPr>
        <w:t xml:space="preserve">  </w:t>
      </w:r>
    </w:p>
    <w:p w14:paraId="52C75844" w14:textId="546267E5" w:rsidR="009E519A" w:rsidRPr="009E519A" w:rsidRDefault="009E519A" w:rsidP="009E519A">
      <w:pPr>
        <w:rPr>
          <w:rFonts w:ascii="Century Gothic" w:hAnsi="Century Gothic"/>
          <w:sz w:val="24"/>
          <w:szCs w:val="24"/>
        </w:rPr>
      </w:pPr>
      <w:r w:rsidRPr="009E519A">
        <w:rPr>
          <w:rFonts w:ascii="Century Gothic" w:hAnsi="Century Gothic"/>
          <w:sz w:val="24"/>
          <w:szCs w:val="24"/>
        </w:rPr>
        <w:t xml:space="preserve">Please include </w:t>
      </w:r>
      <w:r>
        <w:rPr>
          <w:rFonts w:ascii="Century Gothic" w:hAnsi="Century Gothic"/>
          <w:sz w:val="24"/>
          <w:szCs w:val="24"/>
        </w:rPr>
        <w:t xml:space="preserve">Kenneth J Barnett </w:t>
      </w:r>
      <w:r w:rsidRPr="009E519A">
        <w:rPr>
          <w:rFonts w:ascii="Century Gothic" w:hAnsi="Century Gothic"/>
          <w:sz w:val="24"/>
          <w:szCs w:val="24"/>
        </w:rPr>
        <w:t xml:space="preserve">in the subject line. </w:t>
      </w:r>
    </w:p>
    <w:p w14:paraId="66EED420" w14:textId="7ACC1F0B" w:rsidR="00314A89" w:rsidRPr="008C7BEF" w:rsidRDefault="00314A89">
      <w:pPr>
        <w:rPr>
          <w:rFonts w:ascii="Century Gothic" w:hAnsi="Century Gothic"/>
          <w:sz w:val="24"/>
          <w:szCs w:val="24"/>
        </w:rPr>
      </w:pPr>
      <w:r w:rsidRPr="008C7BEF">
        <w:rPr>
          <w:rFonts w:ascii="Century Gothic" w:hAnsi="Century Gothic"/>
          <w:sz w:val="28"/>
          <w:szCs w:val="28"/>
        </w:rPr>
        <w:t>Deadline: April 10, 2026</w:t>
      </w:r>
      <w:r w:rsidR="00343FF6">
        <w:rPr>
          <w:rFonts w:ascii="Century Gothic" w:hAnsi="Century Gothic"/>
          <w:sz w:val="28"/>
          <w:szCs w:val="28"/>
        </w:rPr>
        <w:t xml:space="preserve"> </w:t>
      </w:r>
    </w:p>
    <w:p w14:paraId="776ACCA2" w14:textId="77777777" w:rsidR="003C4547" w:rsidRPr="008C7BEF" w:rsidRDefault="007215BD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A. Applicant Information</w:t>
      </w:r>
    </w:p>
    <w:p w14:paraId="573947A1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Full Name</w:t>
      </w:r>
    </w:p>
    <w:p w14:paraId="4B7DD12A" w14:textId="58B1D240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4CE24C1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Email</w:t>
      </w:r>
    </w:p>
    <w:p w14:paraId="6364DA8D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F213647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Home Address</w:t>
      </w:r>
    </w:p>
    <w:p w14:paraId="282C2094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FEA9EFD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City, State ZIP</w:t>
      </w:r>
    </w:p>
    <w:p w14:paraId="26E225DB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4CD30325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Primary Phone</w:t>
      </w:r>
    </w:p>
    <w:p w14:paraId="562C924F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5F20049E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Parent/Guardian 1</w:t>
      </w:r>
    </w:p>
    <w:p w14:paraId="6A5E13F6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630BA28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lastRenderedPageBreak/>
        <w:t>Parent/Guardian 2</w:t>
      </w:r>
    </w:p>
    <w:p w14:paraId="066258B1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05F12EB5" w14:textId="77777777" w:rsidR="003C4547" w:rsidRPr="008C7BEF" w:rsidRDefault="007215BD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B. Current Education</w:t>
      </w:r>
    </w:p>
    <w:p w14:paraId="10999645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Current High School</w:t>
      </w:r>
    </w:p>
    <w:p w14:paraId="6F26979A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692D42D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GPA</w:t>
      </w:r>
    </w:p>
    <w:p w14:paraId="39E2851C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421956F1" w14:textId="430BFBE4" w:rsidR="003C4547" w:rsidRPr="008C7BEF" w:rsidRDefault="007215BD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C. </w:t>
      </w:r>
      <w:r w:rsidRPr="008C7BEF">
        <w:rPr>
          <w:rFonts w:ascii="Century Gothic" w:hAnsi="Century Gothic"/>
          <w:sz w:val="28"/>
          <w:szCs w:val="28"/>
        </w:rPr>
        <w:t>Activities, Awards &amp; Years</w:t>
      </w:r>
      <w:r w:rsidR="006A506A">
        <w:rPr>
          <w:rFonts w:ascii="Century Gothic" w:hAnsi="Century Gothic"/>
          <w:sz w:val="28"/>
          <w:szCs w:val="28"/>
        </w:rPr>
        <w:t xml:space="preserve"> – List activities, sports or any extracurricular activities here.  Add the years involved and any leadership </w:t>
      </w:r>
      <w:r w:rsidR="00BC406C">
        <w:rPr>
          <w:rFonts w:ascii="Century Gothic" w:hAnsi="Century Gothic"/>
          <w:sz w:val="28"/>
          <w:szCs w:val="28"/>
        </w:rPr>
        <w:t xml:space="preserve">roles. </w:t>
      </w:r>
    </w:p>
    <w:p w14:paraId="6129383C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#1</w:t>
      </w:r>
    </w:p>
    <w:p w14:paraId="055F4A17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3AA043C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#2</w:t>
      </w:r>
    </w:p>
    <w:p w14:paraId="1C714E43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41D4195C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#3</w:t>
      </w:r>
    </w:p>
    <w:p w14:paraId="00DDC108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564304E1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#4</w:t>
      </w:r>
    </w:p>
    <w:p w14:paraId="641F15B0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178FE019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Activity #5</w:t>
      </w:r>
    </w:p>
    <w:p w14:paraId="0594ECC9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D4C9C5C" w14:textId="03900997" w:rsidR="003C4547" w:rsidRPr="008C7BEF" w:rsidRDefault="007215BD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D. Community Service / Volunteer Experience</w:t>
      </w:r>
      <w:r w:rsidR="00A53391">
        <w:rPr>
          <w:rFonts w:ascii="Century Gothic" w:hAnsi="Century Gothic"/>
          <w:sz w:val="28"/>
          <w:szCs w:val="28"/>
        </w:rPr>
        <w:t xml:space="preserve"> – Location of service</w:t>
      </w:r>
      <w:r w:rsidR="006A506A">
        <w:rPr>
          <w:rFonts w:ascii="Century Gothic" w:hAnsi="Century Gothic"/>
          <w:sz w:val="28"/>
          <w:szCs w:val="28"/>
        </w:rPr>
        <w:t xml:space="preserve">, hours served. </w:t>
      </w:r>
    </w:p>
    <w:p w14:paraId="3F1737E2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Service #1</w:t>
      </w:r>
    </w:p>
    <w:p w14:paraId="78C7B75C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0D23198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Service #2</w:t>
      </w:r>
    </w:p>
    <w:p w14:paraId="3AC560B9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lastRenderedPageBreak/>
        <w:t xml:space="preserve"> </w:t>
      </w:r>
    </w:p>
    <w:p w14:paraId="411C5E24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Service #3</w:t>
      </w:r>
    </w:p>
    <w:p w14:paraId="7854691C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595155CD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Service #4</w:t>
      </w:r>
    </w:p>
    <w:p w14:paraId="2055726A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0913174A" w14:textId="02746755" w:rsidR="003C4547" w:rsidRPr="008C7BEF" w:rsidRDefault="007215BD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E. Work Experience (if </w:t>
      </w:r>
      <w:proofErr w:type="gramStart"/>
      <w:r w:rsidRPr="008C7BEF">
        <w:rPr>
          <w:rFonts w:ascii="Century Gothic" w:hAnsi="Century Gothic"/>
          <w:sz w:val="28"/>
          <w:szCs w:val="28"/>
        </w:rPr>
        <w:t>any)</w:t>
      </w:r>
      <w:r w:rsidR="00A53391">
        <w:rPr>
          <w:rFonts w:ascii="Century Gothic" w:hAnsi="Century Gothic"/>
          <w:sz w:val="28"/>
          <w:szCs w:val="28"/>
        </w:rPr>
        <w:t xml:space="preserve">  Company</w:t>
      </w:r>
      <w:proofErr w:type="gramEnd"/>
      <w:r w:rsidR="00A53391">
        <w:rPr>
          <w:rFonts w:ascii="Century Gothic" w:hAnsi="Century Gothic"/>
          <w:sz w:val="28"/>
          <w:szCs w:val="28"/>
        </w:rPr>
        <w:t xml:space="preserve"> name, job title and average hours worked a week. </w:t>
      </w:r>
    </w:p>
    <w:p w14:paraId="3C713000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Work #1</w:t>
      </w:r>
    </w:p>
    <w:p w14:paraId="5D4B39BA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9F28A96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Work #2</w:t>
      </w:r>
    </w:p>
    <w:p w14:paraId="58BB5330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25734935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Work #3</w:t>
      </w:r>
    </w:p>
    <w:p w14:paraId="52CC37E4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7F890429" w14:textId="77777777" w:rsidR="003C4547" w:rsidRPr="008C7BEF" w:rsidRDefault="007215BD">
      <w:pPr>
        <w:pStyle w:val="Heading2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F. Essay (500 words or fewer)</w:t>
      </w:r>
    </w:p>
    <w:p w14:paraId="18E6E170" w14:textId="77777777" w:rsidR="00555000" w:rsidRPr="00555000" w:rsidRDefault="00555000" w:rsidP="00555000">
      <w:pPr>
        <w:rPr>
          <w:rFonts w:ascii="Century Gothic" w:hAnsi="Century Gothic"/>
          <w:sz w:val="28"/>
          <w:szCs w:val="28"/>
        </w:rPr>
      </w:pPr>
      <w:r w:rsidRPr="00555000">
        <w:rPr>
          <w:rFonts w:ascii="Century Gothic" w:hAnsi="Century Gothic"/>
          <w:sz w:val="28"/>
          <w:szCs w:val="28"/>
        </w:rPr>
        <w:t>Serving others is one of the most meaningful ways to strengthen a school and community. Acts of service—big or small—can create positive change, support those in need, and demonstrate leadership, compassion, and responsibility.</w:t>
      </w:r>
    </w:p>
    <w:p w14:paraId="6C6354A9" w14:textId="7D2377A8" w:rsidR="00555000" w:rsidRPr="00555000" w:rsidRDefault="00555000" w:rsidP="00555000">
      <w:pPr>
        <w:rPr>
          <w:rFonts w:ascii="Century Gothic" w:hAnsi="Century Gothic"/>
          <w:sz w:val="28"/>
          <w:szCs w:val="28"/>
        </w:rPr>
      </w:pPr>
      <w:r w:rsidRPr="00555000">
        <w:rPr>
          <w:rFonts w:ascii="Century Gothic" w:hAnsi="Century Gothic"/>
          <w:b/>
          <w:bCs/>
          <w:sz w:val="28"/>
          <w:szCs w:val="28"/>
        </w:rPr>
        <w:t>In 500 words or fewer, describe a specific example of how you have served others in your school or your community.</w:t>
      </w:r>
      <w:r w:rsidRPr="00555000">
        <w:rPr>
          <w:rFonts w:ascii="Century Gothic" w:hAnsi="Century Gothic"/>
          <w:sz w:val="28"/>
          <w:szCs w:val="28"/>
        </w:rPr>
        <w:br/>
        <w:t xml:space="preserve">Share what motivated you to step forward, what actions you took, and how your involvement made a positive impact. You may also reflect on what you learned from the experience and how it has shaped your commitment to </w:t>
      </w:r>
      <w:proofErr w:type="gramStart"/>
      <w:r w:rsidR="002060D7">
        <w:rPr>
          <w:rFonts w:ascii="Century Gothic" w:hAnsi="Century Gothic"/>
          <w:sz w:val="28"/>
          <w:szCs w:val="28"/>
        </w:rPr>
        <w:t>plan</w:t>
      </w:r>
      <w:proofErr w:type="gramEnd"/>
      <w:r w:rsidR="002060D7">
        <w:rPr>
          <w:rFonts w:ascii="Century Gothic" w:hAnsi="Century Gothic"/>
          <w:sz w:val="28"/>
          <w:szCs w:val="28"/>
        </w:rPr>
        <w:t xml:space="preserve"> a future career in public </w:t>
      </w:r>
      <w:r w:rsidRPr="00555000">
        <w:rPr>
          <w:rFonts w:ascii="Century Gothic" w:hAnsi="Century Gothic"/>
          <w:sz w:val="28"/>
          <w:szCs w:val="28"/>
        </w:rPr>
        <w:t>service.</w:t>
      </w:r>
    </w:p>
    <w:p w14:paraId="0D3C5ABB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Essay</w:t>
      </w:r>
    </w:p>
    <w:p w14:paraId="5F715DD9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1B2A243A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lastRenderedPageBreak/>
        <w:t xml:space="preserve"> </w:t>
      </w:r>
    </w:p>
    <w:p w14:paraId="3ABC891B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6DE4A7F3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780BF8A1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3DDE1749" w14:textId="77777777" w:rsidR="00913672" w:rsidRDefault="007215BD" w:rsidP="002662A7">
      <w:pPr>
        <w:rPr>
          <w:rFonts w:ascii="Century Gothic" w:hAnsi="Century Gothic"/>
          <w:sz w:val="24"/>
          <w:szCs w:val="24"/>
        </w:rPr>
      </w:pPr>
      <w:r w:rsidRPr="00913672">
        <w:rPr>
          <w:rFonts w:ascii="Century Gothic" w:hAnsi="Century Gothic"/>
          <w:sz w:val="24"/>
          <w:szCs w:val="24"/>
        </w:rPr>
        <w:t xml:space="preserve">Submission Instructions: </w:t>
      </w:r>
      <w:r w:rsidR="002662A7" w:rsidRPr="00913672">
        <w:rPr>
          <w:rFonts w:ascii="Century Gothic" w:hAnsi="Century Gothic"/>
          <w:sz w:val="24"/>
          <w:szCs w:val="24"/>
        </w:rPr>
        <w:t xml:space="preserve">Please fill out this application, complete the essay </w:t>
      </w:r>
      <w:r w:rsidR="00D029F4" w:rsidRPr="00913672">
        <w:rPr>
          <w:rFonts w:ascii="Century Gothic" w:hAnsi="Century Gothic"/>
          <w:sz w:val="24"/>
          <w:szCs w:val="24"/>
        </w:rPr>
        <w:t xml:space="preserve">section </w:t>
      </w:r>
      <w:r w:rsidR="002662A7" w:rsidRPr="00913672">
        <w:rPr>
          <w:rFonts w:ascii="Century Gothic" w:hAnsi="Century Gothic"/>
          <w:sz w:val="24"/>
          <w:szCs w:val="24"/>
        </w:rPr>
        <w:t xml:space="preserve">and attach 1 letter of recommendation to your emailed application.  Application and letter of recommendation will be emailed to: </w:t>
      </w:r>
      <w:hyperlink r:id="rId7" w:history="1">
        <w:r w:rsidR="002662A7" w:rsidRPr="00913672">
          <w:rPr>
            <w:rStyle w:val="Hyperlink"/>
            <w:rFonts w:ascii="Century Gothic" w:hAnsi="Century Gothic"/>
            <w:sz w:val="24"/>
            <w:szCs w:val="24"/>
          </w:rPr>
          <w:t>info@orioncommunityfoundation.org</w:t>
        </w:r>
      </w:hyperlink>
      <w:r w:rsidR="002662A7" w:rsidRPr="00913672">
        <w:rPr>
          <w:rFonts w:ascii="Century Gothic" w:hAnsi="Century Gothic"/>
          <w:sz w:val="24"/>
          <w:szCs w:val="24"/>
        </w:rPr>
        <w:t xml:space="preserve">  </w:t>
      </w:r>
    </w:p>
    <w:p w14:paraId="0B9FB282" w14:textId="0A38BE02" w:rsidR="002662A7" w:rsidRDefault="002662A7" w:rsidP="002662A7">
      <w:pPr>
        <w:rPr>
          <w:rFonts w:ascii="Century Gothic" w:hAnsi="Century Gothic"/>
          <w:sz w:val="24"/>
          <w:szCs w:val="24"/>
        </w:rPr>
      </w:pPr>
      <w:r w:rsidRPr="00913672">
        <w:rPr>
          <w:rFonts w:ascii="Century Gothic" w:hAnsi="Century Gothic"/>
          <w:sz w:val="24"/>
          <w:szCs w:val="24"/>
        </w:rPr>
        <w:t xml:space="preserve">Please include </w:t>
      </w:r>
      <w:r w:rsidR="00913672" w:rsidRPr="00913672">
        <w:rPr>
          <w:rFonts w:ascii="Century Gothic" w:hAnsi="Century Gothic"/>
          <w:sz w:val="24"/>
          <w:szCs w:val="24"/>
        </w:rPr>
        <w:t xml:space="preserve">Kenneth J Barnett </w:t>
      </w:r>
      <w:r w:rsidRPr="00913672">
        <w:rPr>
          <w:rFonts w:ascii="Century Gothic" w:hAnsi="Century Gothic"/>
          <w:sz w:val="24"/>
          <w:szCs w:val="24"/>
        </w:rPr>
        <w:t xml:space="preserve">in the subject line. </w:t>
      </w:r>
    </w:p>
    <w:p w14:paraId="7D2F68D8" w14:textId="5605853C" w:rsidR="00913672" w:rsidRPr="00913672" w:rsidRDefault="00913672" w:rsidP="002662A7">
      <w:pPr>
        <w:rPr>
          <w:rFonts w:ascii="Century Gothic" w:hAnsi="Century Gothic"/>
          <w:sz w:val="24"/>
          <w:szCs w:val="24"/>
        </w:rPr>
      </w:pPr>
      <w:r w:rsidRPr="008C7BEF">
        <w:rPr>
          <w:rFonts w:ascii="Century Gothic" w:hAnsi="Century Gothic"/>
          <w:sz w:val="28"/>
          <w:szCs w:val="28"/>
        </w:rPr>
        <w:t>Deadline: April 10, 2026</w:t>
      </w:r>
      <w:r>
        <w:rPr>
          <w:rFonts w:ascii="Century Gothic" w:hAnsi="Century Gothic"/>
          <w:sz w:val="28"/>
          <w:szCs w:val="28"/>
        </w:rPr>
        <w:t xml:space="preserve"> </w:t>
      </w:r>
    </w:p>
    <w:p w14:paraId="1912B95D" w14:textId="088FCEAA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Applicant Signature</w:t>
      </w:r>
    </w:p>
    <w:p w14:paraId="7E5DD4A9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p w14:paraId="70B45A37" w14:textId="77777777" w:rsidR="003C4547" w:rsidRPr="008C7BEF" w:rsidRDefault="007215BD">
      <w:pPr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>Date</w:t>
      </w:r>
    </w:p>
    <w:p w14:paraId="51F5F5E0" w14:textId="77777777" w:rsidR="003C4547" w:rsidRPr="008C7BEF" w:rsidRDefault="007215BD">
      <w:pPr>
        <w:shd w:val="clear" w:color="auto" w:fill="D9D9D9"/>
        <w:rPr>
          <w:rFonts w:ascii="Century Gothic" w:hAnsi="Century Gothic"/>
          <w:sz w:val="28"/>
          <w:szCs w:val="28"/>
        </w:rPr>
      </w:pPr>
      <w:r w:rsidRPr="008C7BEF">
        <w:rPr>
          <w:rFonts w:ascii="Century Gothic" w:hAnsi="Century Gothic"/>
          <w:sz w:val="28"/>
          <w:szCs w:val="28"/>
        </w:rPr>
        <w:t xml:space="preserve"> </w:t>
      </w:r>
    </w:p>
    <w:sectPr w:rsidR="003C4547" w:rsidRPr="008C7BEF" w:rsidSect="002060D7">
      <w:pgSz w:w="12240" w:h="15840"/>
      <w:pgMar w:top="990" w:right="117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1942171">
    <w:abstractNumId w:val="8"/>
  </w:num>
  <w:num w:numId="2" w16cid:durableId="1770349459">
    <w:abstractNumId w:val="6"/>
  </w:num>
  <w:num w:numId="3" w16cid:durableId="639261656">
    <w:abstractNumId w:val="5"/>
  </w:num>
  <w:num w:numId="4" w16cid:durableId="141386667">
    <w:abstractNumId w:val="4"/>
  </w:num>
  <w:num w:numId="5" w16cid:durableId="441652514">
    <w:abstractNumId w:val="7"/>
  </w:num>
  <w:num w:numId="6" w16cid:durableId="87311369">
    <w:abstractNumId w:val="3"/>
  </w:num>
  <w:num w:numId="7" w16cid:durableId="324480350">
    <w:abstractNumId w:val="2"/>
  </w:num>
  <w:num w:numId="8" w16cid:durableId="44840729">
    <w:abstractNumId w:val="1"/>
  </w:num>
  <w:num w:numId="9" w16cid:durableId="4987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1432"/>
    <w:rsid w:val="0015074B"/>
    <w:rsid w:val="002060D7"/>
    <w:rsid w:val="002662A7"/>
    <w:rsid w:val="0029639D"/>
    <w:rsid w:val="00314A89"/>
    <w:rsid w:val="00326F90"/>
    <w:rsid w:val="00343FF6"/>
    <w:rsid w:val="003C4547"/>
    <w:rsid w:val="00555000"/>
    <w:rsid w:val="006A506A"/>
    <w:rsid w:val="00730516"/>
    <w:rsid w:val="008C7BEF"/>
    <w:rsid w:val="00913672"/>
    <w:rsid w:val="009E519A"/>
    <w:rsid w:val="009F5E35"/>
    <w:rsid w:val="00A53391"/>
    <w:rsid w:val="00AA1D8D"/>
    <w:rsid w:val="00B47730"/>
    <w:rsid w:val="00BC406C"/>
    <w:rsid w:val="00C01460"/>
    <w:rsid w:val="00C55C92"/>
    <w:rsid w:val="00CB0664"/>
    <w:rsid w:val="00D029F4"/>
    <w:rsid w:val="00E46FAB"/>
    <w:rsid w:val="00F035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2C8E50"/>
  <w14:defaultImageDpi w14:val="300"/>
  <w15:docId w15:val="{91BD3E77-DD00-4D58-BD34-6AA14FCC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C7BE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7B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orioncommunityfoundation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rioncommunityfoundation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386</Words>
  <Characters>2211</Characters>
  <Application>Microsoft Office Word</Application>
  <DocSecurity>0</DocSecurity>
  <Lines>100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Dalrymple</cp:lastModifiedBy>
  <cp:revision>9</cp:revision>
  <dcterms:created xsi:type="dcterms:W3CDTF">2026-03-04T01:29:00Z</dcterms:created>
  <dcterms:modified xsi:type="dcterms:W3CDTF">2026-03-04T01:35:00Z</dcterms:modified>
  <cp:category/>
</cp:coreProperties>
</file>