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443CF" w14:textId="77777777" w:rsidR="003C4547" w:rsidRDefault="002F6293" w:rsidP="008C7BEF">
      <w:pPr>
        <w:pStyle w:val="Heading1"/>
        <w:jc w:val="center"/>
        <w:rPr>
          <w:rFonts w:ascii="Century Gothic" w:hAnsi="Century Gothic"/>
          <w:sz w:val="32"/>
          <w:szCs w:val="32"/>
        </w:rPr>
      </w:pPr>
      <w:r w:rsidRPr="00D029F4">
        <w:rPr>
          <w:rFonts w:ascii="Century Gothic" w:hAnsi="Century Gothic"/>
          <w:sz w:val="32"/>
          <w:szCs w:val="32"/>
        </w:rPr>
        <w:t>JUDY BARNETT-LANGFORD MEMORIAL SCHOLARSHIP</w:t>
      </w:r>
    </w:p>
    <w:p w14:paraId="551639D7" w14:textId="77777777" w:rsidR="00D029F4" w:rsidRPr="00D029F4" w:rsidRDefault="00D029F4" w:rsidP="00D029F4"/>
    <w:p w14:paraId="7ABA48EB" w14:textId="4E133A94" w:rsidR="003C4547" w:rsidRPr="008C7BEF" w:rsidRDefault="002F6293" w:rsidP="008C7BEF">
      <w:pPr>
        <w:rPr>
          <w:rFonts w:ascii="Century Gothic" w:hAnsi="Century Gothic"/>
          <w:sz w:val="24"/>
          <w:szCs w:val="24"/>
        </w:rPr>
      </w:pPr>
      <w:r w:rsidRPr="00F529AD">
        <w:rPr>
          <w:rFonts w:ascii="Century Gothic" w:hAnsi="Century Gothic"/>
          <w:b/>
          <w:bCs/>
          <w:sz w:val="24"/>
          <w:szCs w:val="24"/>
        </w:rPr>
        <w:t>Eligibility</w:t>
      </w:r>
      <w:r w:rsidRPr="008C7BEF">
        <w:rPr>
          <w:rFonts w:ascii="Century Gothic" w:hAnsi="Century Gothic"/>
          <w:sz w:val="24"/>
          <w:szCs w:val="24"/>
        </w:rPr>
        <w:t xml:space="preserve">: </w:t>
      </w:r>
      <w:r w:rsidR="00F529AD" w:rsidRPr="009E519A">
        <w:rPr>
          <w:rFonts w:ascii="Century Gothic" w:hAnsi="Century Gothic"/>
          <w:sz w:val="24"/>
          <w:szCs w:val="24"/>
        </w:rPr>
        <w:t>Awarded to a graduating senior from LO</w:t>
      </w:r>
      <w:r w:rsidR="00F529AD">
        <w:rPr>
          <w:rFonts w:ascii="Century Gothic" w:hAnsi="Century Gothic"/>
          <w:sz w:val="24"/>
          <w:szCs w:val="24"/>
        </w:rPr>
        <w:t>C</w:t>
      </w:r>
      <w:r w:rsidR="00F529AD" w:rsidRPr="009E519A">
        <w:rPr>
          <w:rFonts w:ascii="Century Gothic" w:hAnsi="Century Gothic"/>
          <w:sz w:val="24"/>
          <w:szCs w:val="24"/>
        </w:rPr>
        <w:t xml:space="preserve">S </w:t>
      </w:r>
      <w:r w:rsidR="00F529AD">
        <w:rPr>
          <w:rFonts w:ascii="Century Gothic" w:hAnsi="Century Gothic"/>
          <w:sz w:val="24"/>
          <w:szCs w:val="24"/>
        </w:rPr>
        <w:t>that demonstrates the moto</w:t>
      </w:r>
      <w:r w:rsidRPr="008C7BEF">
        <w:rPr>
          <w:rFonts w:ascii="Century Gothic" w:hAnsi="Century Gothic"/>
          <w:sz w:val="24"/>
          <w:szCs w:val="24"/>
        </w:rPr>
        <w:t xml:space="preserve"> </w:t>
      </w:r>
      <w:r w:rsidR="009536EC">
        <w:rPr>
          <w:rFonts w:ascii="Century Gothic" w:hAnsi="Century Gothic"/>
          <w:sz w:val="24"/>
          <w:szCs w:val="24"/>
        </w:rPr>
        <w:t xml:space="preserve">of </w:t>
      </w:r>
      <w:r w:rsidRPr="008C7BEF">
        <w:rPr>
          <w:rFonts w:ascii="Century Gothic" w:hAnsi="Century Gothic"/>
          <w:sz w:val="24"/>
          <w:szCs w:val="24"/>
        </w:rPr>
        <w:t>"show</w:t>
      </w:r>
      <w:r w:rsidR="009536EC">
        <w:rPr>
          <w:rFonts w:ascii="Century Gothic" w:hAnsi="Century Gothic"/>
          <w:sz w:val="24"/>
          <w:szCs w:val="24"/>
        </w:rPr>
        <w:t>ing</w:t>
      </w:r>
      <w:r w:rsidRPr="008C7BEF">
        <w:rPr>
          <w:rFonts w:ascii="Century Gothic" w:hAnsi="Century Gothic"/>
          <w:sz w:val="24"/>
          <w:szCs w:val="24"/>
        </w:rPr>
        <w:t xml:space="preserve"> up" to make a positive impact in their community and plans on going into </w:t>
      </w:r>
      <w:r w:rsidRPr="00314A89">
        <w:rPr>
          <w:rFonts w:ascii="Century Gothic" w:hAnsi="Century Gothic"/>
          <w:b/>
          <w:bCs/>
          <w:sz w:val="24"/>
          <w:szCs w:val="24"/>
        </w:rPr>
        <w:t>public education.</w:t>
      </w:r>
      <w:r w:rsidR="00F529AD" w:rsidRPr="00F529AD">
        <w:rPr>
          <w:rFonts w:ascii="Century Gothic" w:hAnsi="Century Gothic"/>
          <w:sz w:val="24"/>
          <w:szCs w:val="24"/>
        </w:rPr>
        <w:t xml:space="preserve"> </w:t>
      </w:r>
    </w:p>
    <w:p w14:paraId="578C4EB7" w14:textId="77777777" w:rsidR="003C4547" w:rsidRPr="008C7BEF" w:rsidRDefault="002F6293">
      <w:pPr>
        <w:rPr>
          <w:rFonts w:ascii="Century Gothic" w:hAnsi="Century Gothic"/>
          <w:sz w:val="24"/>
          <w:szCs w:val="24"/>
        </w:rPr>
      </w:pPr>
      <w:r w:rsidRPr="00F529AD">
        <w:rPr>
          <w:rFonts w:ascii="Century Gothic" w:hAnsi="Century Gothic"/>
          <w:b/>
          <w:bCs/>
          <w:sz w:val="24"/>
          <w:szCs w:val="24"/>
        </w:rPr>
        <w:t>Award:</w:t>
      </w:r>
      <w:r w:rsidRPr="008C7BEF">
        <w:rPr>
          <w:rFonts w:ascii="Century Gothic" w:hAnsi="Century Gothic"/>
          <w:sz w:val="24"/>
          <w:szCs w:val="24"/>
        </w:rPr>
        <w:t xml:space="preserve"> $1,000 (2 available)</w:t>
      </w:r>
    </w:p>
    <w:p w14:paraId="3CB49953" w14:textId="77777777" w:rsidR="003C4547" w:rsidRDefault="002F6293">
      <w:pPr>
        <w:rPr>
          <w:rFonts w:ascii="Century Gothic" w:hAnsi="Century Gothic"/>
          <w:sz w:val="24"/>
          <w:szCs w:val="24"/>
        </w:rPr>
      </w:pPr>
      <w:r w:rsidRPr="00F529AD">
        <w:rPr>
          <w:rFonts w:ascii="Century Gothic" w:hAnsi="Century Gothic"/>
          <w:b/>
          <w:bCs/>
          <w:sz w:val="24"/>
          <w:szCs w:val="24"/>
        </w:rPr>
        <w:t>Background</w:t>
      </w:r>
      <w:r w:rsidRPr="008C7BEF">
        <w:rPr>
          <w:rFonts w:ascii="Century Gothic" w:hAnsi="Century Gothic"/>
          <w:sz w:val="24"/>
          <w:szCs w:val="24"/>
        </w:rPr>
        <w:t>: This scholarship was established by Bryan K. Barnett, Mayor of Rochester Hills, and Chris Barnett, Supervisor of Orion Township, in honor of their mother, Judy Barnett-Langford, an Oakland County elementary school teacher who centered her life on faith and family and taught them the value of community engagement, lifelong learning and compassion for others.</w:t>
      </w:r>
    </w:p>
    <w:p w14:paraId="187F07AD" w14:textId="77777777" w:rsidR="009536EC" w:rsidRDefault="00314A89" w:rsidP="00343FF6">
      <w:pPr>
        <w:rPr>
          <w:rFonts w:ascii="Century Gothic" w:hAnsi="Century Gothic"/>
          <w:sz w:val="28"/>
          <w:szCs w:val="28"/>
        </w:rPr>
      </w:pPr>
      <w:r w:rsidRPr="00F529AD">
        <w:rPr>
          <w:rFonts w:ascii="Century Gothic" w:hAnsi="Century Gothic"/>
          <w:b/>
          <w:bCs/>
          <w:sz w:val="24"/>
          <w:szCs w:val="24"/>
        </w:rPr>
        <w:t>Instructions</w:t>
      </w:r>
      <w:r>
        <w:rPr>
          <w:rFonts w:ascii="Century Gothic" w:hAnsi="Century Gothic"/>
          <w:sz w:val="24"/>
          <w:szCs w:val="24"/>
        </w:rPr>
        <w:t xml:space="preserve">: Please fill out this application, complete the essay </w:t>
      </w:r>
      <w:r w:rsidR="00D029F4">
        <w:rPr>
          <w:rFonts w:ascii="Century Gothic" w:hAnsi="Century Gothic"/>
          <w:sz w:val="24"/>
          <w:szCs w:val="24"/>
        </w:rPr>
        <w:t>section</w:t>
      </w:r>
      <w:r>
        <w:rPr>
          <w:rFonts w:ascii="Century Gothic" w:hAnsi="Century Gothic"/>
          <w:sz w:val="24"/>
          <w:szCs w:val="24"/>
        </w:rPr>
        <w:t xml:space="preserve"> and attach 1 letter of recommendation to your emailed application.  Application and letter of recommendation will be emailed to: </w:t>
      </w:r>
      <w:hyperlink r:id="rId6" w:history="1">
        <w:r w:rsidRPr="001D6EA9">
          <w:rPr>
            <w:rStyle w:val="Hyperlink"/>
            <w:rFonts w:ascii="Century Gothic" w:hAnsi="Century Gothic"/>
            <w:sz w:val="28"/>
            <w:szCs w:val="28"/>
          </w:rPr>
          <w:t>info@orioncommunityfoundation.org</w:t>
        </w:r>
      </w:hyperlink>
      <w:r>
        <w:rPr>
          <w:rFonts w:ascii="Century Gothic" w:hAnsi="Century Gothic"/>
          <w:sz w:val="28"/>
          <w:szCs w:val="28"/>
        </w:rPr>
        <w:t xml:space="preserve"> </w:t>
      </w: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017FB5ED" w14:textId="4598F86B" w:rsidR="00343FF6" w:rsidRPr="008C7BEF" w:rsidRDefault="00343FF6" w:rsidP="00343FF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8"/>
          <w:szCs w:val="28"/>
        </w:rPr>
        <w:t xml:space="preserve">Please include JUDY </w:t>
      </w:r>
      <w:r w:rsidRPr="008C7BEF">
        <w:rPr>
          <w:rFonts w:ascii="Century Gothic" w:hAnsi="Century Gothic"/>
          <w:sz w:val="28"/>
          <w:szCs w:val="28"/>
        </w:rPr>
        <w:t>BARNETT-LANGFORD</w:t>
      </w:r>
      <w:r>
        <w:rPr>
          <w:rFonts w:ascii="Century Gothic" w:hAnsi="Century Gothic"/>
          <w:sz w:val="28"/>
          <w:szCs w:val="28"/>
        </w:rPr>
        <w:t xml:space="preserve"> in the subject line. </w:t>
      </w:r>
    </w:p>
    <w:p w14:paraId="66EED420" w14:textId="71FF52DB" w:rsidR="00314A89" w:rsidRPr="008C7BEF" w:rsidRDefault="00314A89">
      <w:pPr>
        <w:rPr>
          <w:rFonts w:ascii="Century Gothic" w:hAnsi="Century Gothic"/>
          <w:sz w:val="24"/>
          <w:szCs w:val="24"/>
        </w:rPr>
      </w:pPr>
      <w:r w:rsidRPr="008C7BEF">
        <w:rPr>
          <w:rFonts w:ascii="Century Gothic" w:hAnsi="Century Gothic"/>
          <w:sz w:val="28"/>
          <w:szCs w:val="28"/>
        </w:rPr>
        <w:t>Deadline: April 10, 2026</w:t>
      </w:r>
      <w:r w:rsidR="00343FF6">
        <w:rPr>
          <w:rFonts w:ascii="Century Gothic" w:hAnsi="Century Gothic"/>
          <w:sz w:val="28"/>
          <w:szCs w:val="28"/>
        </w:rPr>
        <w:t xml:space="preserve"> </w:t>
      </w:r>
    </w:p>
    <w:p w14:paraId="776ACCA2" w14:textId="77777777" w:rsidR="003C4547" w:rsidRPr="008C7BEF" w:rsidRDefault="002F6293">
      <w:pPr>
        <w:pStyle w:val="Heading2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A. Applicant Information</w:t>
      </w:r>
    </w:p>
    <w:p w14:paraId="573947A1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Full Name</w:t>
      </w:r>
    </w:p>
    <w:p w14:paraId="4B7DD12A" w14:textId="58B1D240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4CE24C1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Email</w:t>
      </w:r>
    </w:p>
    <w:p w14:paraId="6364DA8D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2F213647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Home Address</w:t>
      </w:r>
    </w:p>
    <w:p w14:paraId="282C2094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FEA9EFD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City, State ZIP</w:t>
      </w:r>
    </w:p>
    <w:p w14:paraId="26E225DB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4CD30325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Primary Phone</w:t>
      </w:r>
    </w:p>
    <w:p w14:paraId="562C924F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5F20049E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lastRenderedPageBreak/>
        <w:t>Parent/Guardian 1</w:t>
      </w:r>
    </w:p>
    <w:p w14:paraId="6A5E13F6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630BA28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Parent/Guardian 2</w:t>
      </w:r>
    </w:p>
    <w:p w14:paraId="066258B1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05F12EB5" w14:textId="77777777" w:rsidR="003C4547" w:rsidRPr="008C7BEF" w:rsidRDefault="002F6293">
      <w:pPr>
        <w:pStyle w:val="Heading2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B. Current Education</w:t>
      </w:r>
    </w:p>
    <w:p w14:paraId="10999645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Current High School</w:t>
      </w:r>
    </w:p>
    <w:p w14:paraId="6F26979A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692D42D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GPA</w:t>
      </w:r>
    </w:p>
    <w:p w14:paraId="39E2851C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421956F1" w14:textId="147EA999" w:rsidR="003C4547" w:rsidRPr="008C7BEF" w:rsidRDefault="002F6293">
      <w:pPr>
        <w:pStyle w:val="Heading2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C. </w:t>
      </w:r>
      <w:r w:rsidR="004C20F2" w:rsidRPr="008C7BEF">
        <w:rPr>
          <w:rFonts w:ascii="Century Gothic" w:hAnsi="Century Gothic"/>
          <w:sz w:val="28"/>
          <w:szCs w:val="28"/>
        </w:rPr>
        <w:t xml:space="preserve"> Activities, Awards &amp; Years</w:t>
      </w:r>
      <w:r w:rsidR="004C20F2">
        <w:rPr>
          <w:rFonts w:ascii="Century Gothic" w:hAnsi="Century Gothic"/>
          <w:sz w:val="28"/>
          <w:szCs w:val="28"/>
        </w:rPr>
        <w:t xml:space="preserve"> – List activities, sports or any extracurricular activities here.  Add the years involved and any leadership roles. </w:t>
      </w:r>
    </w:p>
    <w:p w14:paraId="6129383C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Activity #1</w:t>
      </w:r>
    </w:p>
    <w:p w14:paraId="055F4A17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3AA043C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Activity #2</w:t>
      </w:r>
    </w:p>
    <w:p w14:paraId="1C714E43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41D4195C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Activity #3</w:t>
      </w:r>
    </w:p>
    <w:p w14:paraId="00DDC108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564304E1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Activity #4</w:t>
      </w:r>
    </w:p>
    <w:p w14:paraId="641F15B0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178FE019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Activity #5</w:t>
      </w:r>
    </w:p>
    <w:p w14:paraId="0594ECC9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D4C9C5C" w14:textId="03900997" w:rsidR="003C4547" w:rsidRPr="008C7BEF" w:rsidRDefault="002F6293">
      <w:pPr>
        <w:pStyle w:val="Heading2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D. Community Service / Volunteer Experience</w:t>
      </w:r>
      <w:r w:rsidR="00A53391">
        <w:rPr>
          <w:rFonts w:ascii="Century Gothic" w:hAnsi="Century Gothic"/>
          <w:sz w:val="28"/>
          <w:szCs w:val="28"/>
        </w:rPr>
        <w:t xml:space="preserve"> – Location of service</w:t>
      </w:r>
      <w:r w:rsidR="006A506A">
        <w:rPr>
          <w:rFonts w:ascii="Century Gothic" w:hAnsi="Century Gothic"/>
          <w:sz w:val="28"/>
          <w:szCs w:val="28"/>
        </w:rPr>
        <w:t xml:space="preserve">, hours served. </w:t>
      </w:r>
    </w:p>
    <w:p w14:paraId="3F1737E2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Service #1</w:t>
      </w:r>
    </w:p>
    <w:p w14:paraId="78C7B75C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20D23198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lastRenderedPageBreak/>
        <w:t>Service #2</w:t>
      </w:r>
    </w:p>
    <w:p w14:paraId="3AC560B9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411C5E24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Service #3</w:t>
      </w:r>
    </w:p>
    <w:p w14:paraId="7854691C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595155CD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Service #4</w:t>
      </w:r>
    </w:p>
    <w:p w14:paraId="2055726A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0913174A" w14:textId="02746755" w:rsidR="003C4547" w:rsidRPr="008C7BEF" w:rsidRDefault="002F6293">
      <w:pPr>
        <w:pStyle w:val="Heading2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E. Work Experience (if any)</w:t>
      </w:r>
      <w:r w:rsidR="00A53391">
        <w:rPr>
          <w:rFonts w:ascii="Century Gothic" w:hAnsi="Century Gothic"/>
          <w:sz w:val="28"/>
          <w:szCs w:val="28"/>
        </w:rPr>
        <w:t xml:space="preserve">  Company name, job title and average hours worked a week. </w:t>
      </w:r>
    </w:p>
    <w:p w14:paraId="3C713000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Work #1</w:t>
      </w:r>
    </w:p>
    <w:p w14:paraId="5D4B39BA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29F28A96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Work #2</w:t>
      </w:r>
    </w:p>
    <w:p w14:paraId="58BB5330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25734935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Work #3</w:t>
      </w:r>
    </w:p>
    <w:p w14:paraId="52CC37E4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7F890429" w14:textId="77777777" w:rsidR="003C4547" w:rsidRPr="008C7BEF" w:rsidRDefault="002F6293">
      <w:pPr>
        <w:pStyle w:val="Heading2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F. Essay (500 words or fewer)</w:t>
      </w:r>
    </w:p>
    <w:p w14:paraId="4DAB4B4D" w14:textId="77777777" w:rsidR="00C55C92" w:rsidRPr="00C55C92" w:rsidRDefault="00C55C92" w:rsidP="00C55C92">
      <w:pPr>
        <w:rPr>
          <w:rFonts w:ascii="Century Gothic" w:hAnsi="Century Gothic"/>
          <w:sz w:val="28"/>
          <w:szCs w:val="28"/>
        </w:rPr>
      </w:pPr>
      <w:r w:rsidRPr="00C55C92">
        <w:rPr>
          <w:rFonts w:ascii="Century Gothic" w:hAnsi="Century Gothic"/>
          <w:sz w:val="28"/>
          <w:szCs w:val="28"/>
        </w:rPr>
        <w:t>Judy Barnett</w:t>
      </w:r>
      <w:r w:rsidRPr="00C55C92">
        <w:rPr>
          <w:rFonts w:ascii="Century Gothic" w:hAnsi="Century Gothic"/>
          <w:sz w:val="28"/>
          <w:szCs w:val="28"/>
        </w:rPr>
        <w:noBreakHyphen/>
        <w:t xml:space="preserve">Langford was known for the way she always </w:t>
      </w:r>
      <w:r w:rsidRPr="00C55C92">
        <w:rPr>
          <w:rFonts w:ascii="Century Gothic" w:hAnsi="Century Gothic"/>
          <w:i/>
          <w:iCs/>
          <w:sz w:val="28"/>
          <w:szCs w:val="28"/>
        </w:rPr>
        <w:t>“showed up”</w:t>
      </w:r>
      <w:r w:rsidRPr="00C55C92">
        <w:rPr>
          <w:rFonts w:ascii="Century Gothic" w:hAnsi="Century Gothic"/>
          <w:sz w:val="28"/>
          <w:szCs w:val="28"/>
        </w:rPr>
        <w:t>—for her students, her family, and her community. She believed that making a positive impact starts with being present, engaged, and willing to help where it matters most.</w:t>
      </w:r>
    </w:p>
    <w:p w14:paraId="3F74AF8D" w14:textId="77777777" w:rsidR="00C55C92" w:rsidRPr="00C55C92" w:rsidRDefault="00C55C92" w:rsidP="00C55C92">
      <w:pPr>
        <w:rPr>
          <w:rFonts w:ascii="Century Gothic" w:hAnsi="Century Gothic"/>
          <w:sz w:val="28"/>
          <w:szCs w:val="28"/>
        </w:rPr>
      </w:pPr>
      <w:r w:rsidRPr="00C55C92">
        <w:rPr>
          <w:rFonts w:ascii="Century Gothic" w:hAnsi="Century Gothic"/>
          <w:b/>
          <w:bCs/>
          <w:sz w:val="28"/>
          <w:szCs w:val="28"/>
        </w:rPr>
        <w:t xml:space="preserve">In 500 words or fewer, describe how </w:t>
      </w:r>
      <w:r w:rsidRPr="00C55C92">
        <w:rPr>
          <w:rFonts w:ascii="Century Gothic" w:hAnsi="Century Gothic"/>
          <w:b/>
          <w:bCs/>
          <w:i/>
          <w:iCs/>
          <w:sz w:val="28"/>
          <w:szCs w:val="28"/>
        </w:rPr>
        <w:t>you</w:t>
      </w:r>
      <w:r w:rsidRPr="00C55C92">
        <w:rPr>
          <w:rFonts w:ascii="Century Gothic" w:hAnsi="Century Gothic"/>
          <w:b/>
          <w:bCs/>
          <w:sz w:val="28"/>
          <w:szCs w:val="28"/>
        </w:rPr>
        <w:t xml:space="preserve"> “show up” to make a positive impact in your community or at LOHS.</w:t>
      </w:r>
      <w:r w:rsidRPr="00C55C92">
        <w:rPr>
          <w:rFonts w:ascii="Century Gothic" w:hAnsi="Century Gothic"/>
          <w:sz w:val="28"/>
          <w:szCs w:val="28"/>
        </w:rPr>
        <w:br/>
        <w:t>Consider sharing specific examples of moments when you stepped forward, supported others, contributed your time or talents, or demonstrated leadership, compassion, or service.</w:t>
      </w:r>
    </w:p>
    <w:p w14:paraId="0D3C5ABB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Essay</w:t>
      </w:r>
    </w:p>
    <w:p w14:paraId="5F715DD9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1B2A243A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ABC891B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lastRenderedPageBreak/>
        <w:t xml:space="preserve"> </w:t>
      </w:r>
    </w:p>
    <w:p w14:paraId="6DE4A7F3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780BF8A1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73AAED45" w14:textId="77777777" w:rsidR="009536EC" w:rsidRDefault="002F6293" w:rsidP="002662A7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Submission Instructions: </w:t>
      </w:r>
      <w:r w:rsidR="002662A7">
        <w:rPr>
          <w:rFonts w:ascii="Century Gothic" w:hAnsi="Century Gothic"/>
          <w:sz w:val="24"/>
          <w:szCs w:val="24"/>
        </w:rPr>
        <w:t xml:space="preserve">Please fill out this application, complete the essay </w:t>
      </w:r>
      <w:r w:rsidR="00D029F4">
        <w:rPr>
          <w:rFonts w:ascii="Century Gothic" w:hAnsi="Century Gothic"/>
          <w:sz w:val="24"/>
          <w:szCs w:val="24"/>
        </w:rPr>
        <w:t xml:space="preserve">section </w:t>
      </w:r>
      <w:r w:rsidR="002662A7">
        <w:rPr>
          <w:rFonts w:ascii="Century Gothic" w:hAnsi="Century Gothic"/>
          <w:sz w:val="24"/>
          <w:szCs w:val="24"/>
        </w:rPr>
        <w:t xml:space="preserve">and attach 1 letter of recommendation to your emailed application.  Application and letter of recommendation will be emailed to: </w:t>
      </w:r>
      <w:hyperlink r:id="rId7" w:history="1">
        <w:r w:rsidR="002662A7" w:rsidRPr="001D6EA9">
          <w:rPr>
            <w:rStyle w:val="Hyperlink"/>
            <w:rFonts w:ascii="Century Gothic" w:hAnsi="Century Gothic"/>
            <w:sz w:val="28"/>
            <w:szCs w:val="28"/>
          </w:rPr>
          <w:t>info@orioncommunityfoundation.org</w:t>
        </w:r>
      </w:hyperlink>
      <w:r w:rsidR="002662A7">
        <w:rPr>
          <w:rFonts w:ascii="Century Gothic" w:hAnsi="Century Gothic"/>
          <w:sz w:val="28"/>
          <w:szCs w:val="28"/>
        </w:rPr>
        <w:t xml:space="preserve"> </w:t>
      </w:r>
      <w:r w:rsidR="002662A7" w:rsidRPr="008C7BEF">
        <w:rPr>
          <w:rFonts w:ascii="Century Gothic" w:hAnsi="Century Gothic"/>
          <w:sz w:val="28"/>
          <w:szCs w:val="28"/>
        </w:rPr>
        <w:t xml:space="preserve"> </w:t>
      </w:r>
    </w:p>
    <w:p w14:paraId="0B9FB282" w14:textId="5A3D1066" w:rsidR="002662A7" w:rsidRDefault="002662A7" w:rsidP="002662A7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Please include JUDY </w:t>
      </w:r>
      <w:r w:rsidRPr="008C7BEF">
        <w:rPr>
          <w:rFonts w:ascii="Century Gothic" w:hAnsi="Century Gothic"/>
          <w:sz w:val="28"/>
          <w:szCs w:val="28"/>
        </w:rPr>
        <w:t>BARNETT-LANGFORD</w:t>
      </w:r>
      <w:r>
        <w:rPr>
          <w:rFonts w:ascii="Century Gothic" w:hAnsi="Century Gothic"/>
          <w:sz w:val="28"/>
          <w:szCs w:val="28"/>
        </w:rPr>
        <w:t xml:space="preserve"> in the subject line. </w:t>
      </w:r>
    </w:p>
    <w:p w14:paraId="669AADEF" w14:textId="77777777" w:rsidR="009536EC" w:rsidRPr="008C7BEF" w:rsidRDefault="009536EC" w:rsidP="009536EC">
      <w:pPr>
        <w:rPr>
          <w:rFonts w:ascii="Century Gothic" w:hAnsi="Century Gothic"/>
          <w:sz w:val="24"/>
          <w:szCs w:val="24"/>
        </w:rPr>
      </w:pPr>
      <w:r w:rsidRPr="008C7BEF">
        <w:rPr>
          <w:rFonts w:ascii="Century Gothic" w:hAnsi="Century Gothic"/>
          <w:sz w:val="28"/>
          <w:szCs w:val="28"/>
        </w:rPr>
        <w:t>Deadline: April 10, 2026</w:t>
      </w:r>
      <w:r>
        <w:rPr>
          <w:rFonts w:ascii="Century Gothic" w:hAnsi="Century Gothic"/>
          <w:sz w:val="28"/>
          <w:szCs w:val="28"/>
        </w:rPr>
        <w:t xml:space="preserve"> </w:t>
      </w:r>
    </w:p>
    <w:p w14:paraId="1912B95D" w14:textId="088FCEAA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Applicant Signature</w:t>
      </w:r>
    </w:p>
    <w:p w14:paraId="7E5DD4A9" w14:textId="6F2E9863" w:rsidR="003C4547" w:rsidRPr="008C7BEF" w:rsidRDefault="003C4547">
      <w:pPr>
        <w:shd w:val="clear" w:color="auto" w:fill="D9D9D9"/>
        <w:rPr>
          <w:rFonts w:ascii="Century Gothic" w:hAnsi="Century Gothic"/>
          <w:sz w:val="28"/>
          <w:szCs w:val="28"/>
        </w:rPr>
      </w:pPr>
    </w:p>
    <w:p w14:paraId="70B45A37" w14:textId="77777777" w:rsidR="003C4547" w:rsidRPr="008C7BEF" w:rsidRDefault="002F6293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Date</w:t>
      </w:r>
    </w:p>
    <w:p w14:paraId="51F5F5E0" w14:textId="77777777" w:rsidR="003C4547" w:rsidRPr="008C7BEF" w:rsidRDefault="002F6293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sectPr w:rsidR="003C4547" w:rsidRPr="008C7BEF" w:rsidSect="009536EC">
      <w:pgSz w:w="12240" w:h="15840"/>
      <w:pgMar w:top="540" w:right="108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1942171">
    <w:abstractNumId w:val="8"/>
  </w:num>
  <w:num w:numId="2" w16cid:durableId="1770349459">
    <w:abstractNumId w:val="6"/>
  </w:num>
  <w:num w:numId="3" w16cid:durableId="639261656">
    <w:abstractNumId w:val="5"/>
  </w:num>
  <w:num w:numId="4" w16cid:durableId="141386667">
    <w:abstractNumId w:val="4"/>
  </w:num>
  <w:num w:numId="5" w16cid:durableId="441652514">
    <w:abstractNumId w:val="7"/>
  </w:num>
  <w:num w:numId="6" w16cid:durableId="87311369">
    <w:abstractNumId w:val="3"/>
  </w:num>
  <w:num w:numId="7" w16cid:durableId="324480350">
    <w:abstractNumId w:val="2"/>
  </w:num>
  <w:num w:numId="8" w16cid:durableId="44840729">
    <w:abstractNumId w:val="1"/>
  </w:num>
  <w:num w:numId="9" w16cid:durableId="4987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653B"/>
    <w:rsid w:val="0015074B"/>
    <w:rsid w:val="00263C94"/>
    <w:rsid w:val="002662A7"/>
    <w:rsid w:val="0029639D"/>
    <w:rsid w:val="002F6293"/>
    <w:rsid w:val="00314A89"/>
    <w:rsid w:val="00326F90"/>
    <w:rsid w:val="00343FF6"/>
    <w:rsid w:val="003C4547"/>
    <w:rsid w:val="004C20F2"/>
    <w:rsid w:val="006A506A"/>
    <w:rsid w:val="00730516"/>
    <w:rsid w:val="008C7BEF"/>
    <w:rsid w:val="009536EC"/>
    <w:rsid w:val="009F5E35"/>
    <w:rsid w:val="00A53391"/>
    <w:rsid w:val="00AA1D8D"/>
    <w:rsid w:val="00B47730"/>
    <w:rsid w:val="00BC406C"/>
    <w:rsid w:val="00C55C92"/>
    <w:rsid w:val="00CB0664"/>
    <w:rsid w:val="00D029F4"/>
    <w:rsid w:val="00F529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2C8E50"/>
  <w14:defaultImageDpi w14:val="300"/>
  <w15:docId w15:val="{91BD3E77-DD00-4D58-BD34-6AA14FCC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C7B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7B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orioncommunityfoundation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orioncommunityfoundation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393</Words>
  <Characters>2255</Characters>
  <Application>Microsoft Office Word</Application>
  <DocSecurity>0</DocSecurity>
  <Lines>102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Julia Dalrymple</cp:lastModifiedBy>
  <cp:revision>15</cp:revision>
  <cp:lastPrinted>2026-03-04T15:46:00Z</cp:lastPrinted>
  <dcterms:created xsi:type="dcterms:W3CDTF">2026-03-04T01:12:00Z</dcterms:created>
  <dcterms:modified xsi:type="dcterms:W3CDTF">2026-03-04T15:47:00Z</dcterms:modified>
  <cp:category/>
</cp:coreProperties>
</file>