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05462" w14:textId="77777777" w:rsidR="00553BBB" w:rsidRDefault="00553BBB">
      <w:pPr>
        <w:pStyle w:val="Heading1"/>
      </w:pPr>
      <w:r>
        <w:rPr>
          <w:noProof/>
        </w:rPr>
        <w:drawing>
          <wp:inline distT="0" distB="0" distL="0" distR="0" wp14:anchorId="1C930697" wp14:editId="6C289A91">
            <wp:extent cx="3611108" cy="2400300"/>
            <wp:effectExtent l="0" t="0" r="8890" b="0"/>
            <wp:docPr id="17527117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711744" name="Picture 175271174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31264" cy="2413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01270" w14:textId="6CBEAAEE" w:rsidR="00C73A02" w:rsidRDefault="00000000">
      <w:pPr>
        <w:pStyle w:val="Heading1"/>
      </w:pPr>
      <w:r>
        <w:t>Alpha &amp; Omega Home Services</w:t>
      </w:r>
      <w:r>
        <w:br/>
        <w:t>Leadership Scholarship Application</w:t>
      </w:r>
    </w:p>
    <w:p w14:paraId="59E97862" w14:textId="77777777" w:rsidR="00A60F93" w:rsidRDefault="00000000">
      <w:r>
        <w:rPr>
          <w:b/>
        </w:rPr>
        <w:t xml:space="preserve">Award Amount: </w:t>
      </w:r>
      <w:r>
        <w:t>$1,000</w:t>
      </w:r>
      <w:r>
        <w:br/>
      </w:r>
      <w:r>
        <w:rPr>
          <w:b/>
        </w:rPr>
        <w:t xml:space="preserve">Number Awarded: </w:t>
      </w:r>
      <w:r>
        <w:t>1</w:t>
      </w:r>
      <w:r>
        <w:br/>
      </w:r>
      <w:r w:rsidR="00553BBB">
        <w:rPr>
          <w:b/>
        </w:rPr>
        <w:t>Eligibility</w:t>
      </w:r>
      <w:r>
        <w:rPr>
          <w:b/>
        </w:rPr>
        <w:t xml:space="preserve">: </w:t>
      </w:r>
      <w:r w:rsidR="00553BBB">
        <w:t>Graduating high school senior</w:t>
      </w:r>
    </w:p>
    <w:p w14:paraId="39A01320" w14:textId="7693D89A" w:rsidR="00C73A02" w:rsidRDefault="00A60F93">
      <w:r w:rsidRPr="00A60F93">
        <w:rPr>
          <w:rFonts w:ascii="Cambria" w:eastAsia="MS Mincho" w:hAnsi="Cambria" w:cs="Times New Roman"/>
          <w:b/>
          <w:bCs/>
        </w:rPr>
        <w:t xml:space="preserve">Application Due Date: </w:t>
      </w:r>
      <w:r w:rsidRPr="00A60F93">
        <w:rPr>
          <w:rFonts w:ascii="Cambria" w:eastAsia="MS Mincho" w:hAnsi="Cambria" w:cs="Times New Roman"/>
        </w:rPr>
        <w:t>Friday, April 24, 2026</w:t>
      </w:r>
      <w:r w:rsidR="00000000">
        <w:br/>
      </w:r>
    </w:p>
    <w:p w14:paraId="4D0A948E" w14:textId="77777777" w:rsidR="00C73A02" w:rsidRDefault="00000000">
      <w:pPr>
        <w:pStyle w:val="Heading2"/>
      </w:pPr>
      <w:r>
        <w:t>Applicant Information</w:t>
      </w:r>
    </w:p>
    <w:p w14:paraId="29F1F4F0" w14:textId="77777777" w:rsidR="00C73A02" w:rsidRDefault="00000000">
      <w:r>
        <w:t>Full Name: _________________________________</w:t>
      </w:r>
    </w:p>
    <w:p w14:paraId="424E5D80" w14:textId="77777777" w:rsidR="00C73A02" w:rsidRDefault="00000000">
      <w:r>
        <w:t>Address: ___________________________________</w:t>
      </w:r>
    </w:p>
    <w:p w14:paraId="5365C7D3" w14:textId="77777777" w:rsidR="00C73A02" w:rsidRDefault="00000000">
      <w:r>
        <w:t>City, State, ZIP: ____________________________</w:t>
      </w:r>
    </w:p>
    <w:p w14:paraId="02AFB8B5" w14:textId="77777777" w:rsidR="00C73A02" w:rsidRDefault="00000000">
      <w:r>
        <w:t>Phone Number: ______________________________</w:t>
      </w:r>
    </w:p>
    <w:p w14:paraId="2A4D9D12" w14:textId="77777777" w:rsidR="00C73A02" w:rsidRDefault="00000000">
      <w:r>
        <w:t>Email Address: ______________________________</w:t>
      </w:r>
    </w:p>
    <w:p w14:paraId="624376DD" w14:textId="77777777" w:rsidR="00C73A02" w:rsidRDefault="00000000">
      <w:r>
        <w:t>Expected Graduation Date: ___________________</w:t>
      </w:r>
    </w:p>
    <w:p w14:paraId="5133EDCD" w14:textId="77777777" w:rsidR="00C73A02" w:rsidRDefault="00000000">
      <w:pPr>
        <w:pStyle w:val="Heading2"/>
      </w:pPr>
      <w:r>
        <w:t>Academic Information</w:t>
      </w:r>
    </w:p>
    <w:p w14:paraId="5036B26E" w14:textId="410E1A7E" w:rsidR="00C73A02" w:rsidRDefault="00000000">
      <w:r>
        <w:t xml:space="preserve">Current </w:t>
      </w:r>
      <w:proofErr w:type="gramStart"/>
      <w:r>
        <w:t>GPA :</w:t>
      </w:r>
      <w:proofErr w:type="gramEnd"/>
      <w:r>
        <w:t xml:space="preserve"> ___________________</w:t>
      </w:r>
    </w:p>
    <w:p w14:paraId="5D680172" w14:textId="77777777" w:rsidR="00C73A02" w:rsidRDefault="00000000">
      <w:r>
        <w:t>Post‑Graduation Plans: ☐ College / University   ☐ Trade School   ☐ Military   ☐ Other: ____________</w:t>
      </w:r>
    </w:p>
    <w:p w14:paraId="7A0C6A4C" w14:textId="77777777" w:rsidR="00C73A02" w:rsidRDefault="00000000">
      <w:r>
        <w:lastRenderedPageBreak/>
        <w:t>Intended Field of Study or Career Goal:</w:t>
      </w:r>
      <w:r>
        <w:br/>
        <w:t>______________________________________________</w:t>
      </w:r>
    </w:p>
    <w:p w14:paraId="4956D76D" w14:textId="77777777" w:rsidR="00C73A02" w:rsidRDefault="00000000">
      <w:pPr>
        <w:pStyle w:val="Heading2"/>
      </w:pPr>
      <w:r>
        <w:t>Leadership Experience</w:t>
      </w:r>
    </w:p>
    <w:p w14:paraId="23934724" w14:textId="77777777" w:rsidR="00C73A02" w:rsidRDefault="00000000">
      <w:r>
        <w:t>Please list any leadership roles, activities, or experiences (school, sports, work, volunteer, community, or personal):</w:t>
      </w:r>
    </w:p>
    <w:p w14:paraId="641D020C" w14:textId="77777777" w:rsidR="00C73A02" w:rsidRDefault="00000000">
      <w:r>
        <w:t>____________________________________________________________</w:t>
      </w:r>
    </w:p>
    <w:p w14:paraId="47E47B9F" w14:textId="77777777" w:rsidR="00C73A02" w:rsidRDefault="00000000">
      <w:r>
        <w:t>____________________________________________________________</w:t>
      </w:r>
    </w:p>
    <w:p w14:paraId="236766DE" w14:textId="77777777" w:rsidR="00C73A02" w:rsidRDefault="00000000">
      <w:r>
        <w:t>____________________________________________________________</w:t>
      </w:r>
    </w:p>
    <w:p w14:paraId="50E21FE6" w14:textId="77777777" w:rsidR="00C73A02" w:rsidRDefault="00000000">
      <w:pPr>
        <w:pStyle w:val="Heading2"/>
      </w:pPr>
      <w:r>
        <w:t>Essay Submission</w:t>
      </w:r>
    </w:p>
    <w:p w14:paraId="164F4664" w14:textId="2BCD26BB" w:rsidR="00C73A02" w:rsidRDefault="00000000">
      <w:r>
        <w:t>Please attach a one‑page essay responding to the following prompt:</w:t>
      </w:r>
      <w:r>
        <w:br/>
        <w:t xml:space="preserve">What does leadership mean to you? Describe a time when you demonstrated leadership </w:t>
      </w:r>
      <w:r w:rsidR="00553BBB">
        <w:t>in your school, community, job, sports team, or personal life. How do you plan to use leadership skills in your future education or career?</w:t>
      </w:r>
    </w:p>
    <w:p w14:paraId="37B55578" w14:textId="77777777" w:rsidR="00C73A02" w:rsidRDefault="00000000">
      <w:pPr>
        <w:pStyle w:val="Heading2"/>
      </w:pPr>
      <w:r>
        <w:t>Applicant Certification</w:t>
      </w:r>
    </w:p>
    <w:p w14:paraId="429CB935" w14:textId="77777777" w:rsidR="00C73A02" w:rsidRDefault="00000000">
      <w:r>
        <w:t>I certify that the information provided in this application is accurate and that this submission is my own work.</w:t>
      </w:r>
    </w:p>
    <w:p w14:paraId="1179ED37" w14:textId="77777777" w:rsidR="00C73A02" w:rsidRDefault="00000000">
      <w:r>
        <w:t>Student Signature: ________________________   Date: ___________</w:t>
      </w:r>
    </w:p>
    <w:p w14:paraId="0D8E0AFC" w14:textId="77777777" w:rsidR="00C73A02" w:rsidRDefault="00000000">
      <w:r>
        <w:t>Parent/Guardian Signature (if under 18): ________________________</w:t>
      </w:r>
    </w:p>
    <w:p w14:paraId="724B08F8" w14:textId="64B95B98" w:rsidR="00C73A02" w:rsidRDefault="00C73A02"/>
    <w:sectPr w:rsidR="00C73A0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8651713">
    <w:abstractNumId w:val="8"/>
  </w:num>
  <w:num w:numId="2" w16cid:durableId="1488738966">
    <w:abstractNumId w:val="6"/>
  </w:num>
  <w:num w:numId="3" w16cid:durableId="122962442">
    <w:abstractNumId w:val="5"/>
  </w:num>
  <w:num w:numId="4" w16cid:durableId="554782936">
    <w:abstractNumId w:val="4"/>
  </w:num>
  <w:num w:numId="5" w16cid:durableId="243030180">
    <w:abstractNumId w:val="7"/>
  </w:num>
  <w:num w:numId="6" w16cid:durableId="216939186">
    <w:abstractNumId w:val="3"/>
  </w:num>
  <w:num w:numId="7" w16cid:durableId="1581524004">
    <w:abstractNumId w:val="2"/>
  </w:num>
  <w:num w:numId="8" w16cid:durableId="769350960">
    <w:abstractNumId w:val="1"/>
  </w:num>
  <w:num w:numId="9" w16cid:durableId="1944654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3BBB"/>
    <w:rsid w:val="008B0FFB"/>
    <w:rsid w:val="00A60F93"/>
    <w:rsid w:val="00AA1D8D"/>
    <w:rsid w:val="00B47730"/>
    <w:rsid w:val="00C73A02"/>
    <w:rsid w:val="00CB0664"/>
    <w:rsid w:val="00CE7A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D1C8A4"/>
  <w14:defaultImageDpi w14:val="300"/>
  <w15:docId w15:val="{DDD15976-9987-4B53-AB98-88CC488F3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Mackenzie Adams</cp:lastModifiedBy>
  <cp:revision>3</cp:revision>
  <dcterms:created xsi:type="dcterms:W3CDTF">2026-02-23T21:34:00Z</dcterms:created>
  <dcterms:modified xsi:type="dcterms:W3CDTF">2026-02-24T14:35:00Z</dcterms:modified>
  <cp:category/>
</cp:coreProperties>
</file>