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873E8" w14:textId="77777777" w:rsidR="00C26D8B" w:rsidRDefault="002616AF">
      <w:pPr>
        <w:pStyle w:val="Heading1"/>
      </w:pPr>
      <w:r>
        <w:t>家长通知</w:t>
      </w:r>
    </w:p>
    <w:p w14:paraId="16C36EB7" w14:textId="77777777" w:rsidR="00C26D8B" w:rsidRDefault="00C26D8B"/>
    <w:p w14:paraId="627B1761" w14:textId="77777777" w:rsidR="00C26D8B" w:rsidRDefault="002616AF">
      <w:r>
        <w:t>诚挚邀请您！</w:t>
      </w:r>
    </w:p>
    <w:p w14:paraId="273CC738" w14:textId="77777777" w:rsidR="00C26D8B" w:rsidRDefault="00C26D8B"/>
    <w:p w14:paraId="61B38728" w14:textId="77777777" w:rsidR="00C26D8B" w:rsidRDefault="002616AF">
      <w:r>
        <w:t>活动内容：</w:t>
      </w:r>
      <w:r>
        <w:t xml:space="preserve">Seaford </w:t>
      </w:r>
      <w:r>
        <w:t>初中八年级学生职业发展导向日</w:t>
      </w:r>
    </w:p>
    <w:p w14:paraId="3F55053D" w14:textId="77777777" w:rsidR="00C26D8B" w:rsidRDefault="00C26D8B"/>
    <w:p w14:paraId="3BB6CABB" w14:textId="77777777" w:rsidR="00C26D8B" w:rsidRDefault="002616AF">
      <w:r>
        <w:t>活动时间：</w:t>
      </w:r>
      <w:r>
        <w:t>2026</w:t>
      </w:r>
      <w:r>
        <w:t>年</w:t>
      </w:r>
      <w:r>
        <w:t>3</w:t>
      </w:r>
      <w:r>
        <w:t>月</w:t>
      </w:r>
      <w:r>
        <w:t>13</w:t>
      </w:r>
      <w:r>
        <w:t>日（星期五）上午</w:t>
      </w:r>
      <w:r>
        <w:t>7:45 – 10:45</w:t>
      </w:r>
    </w:p>
    <w:p w14:paraId="6E8C2C0A" w14:textId="77777777" w:rsidR="00C26D8B" w:rsidRDefault="00C26D8B"/>
    <w:p w14:paraId="1282801C" w14:textId="77777777" w:rsidR="00C26D8B" w:rsidRDefault="002616AF">
      <w:r>
        <w:t>活动地点：</w:t>
      </w:r>
      <w:r>
        <w:t xml:space="preserve">Seaford Middle School </w:t>
      </w:r>
      <w:r>
        <w:t>的餐厅和体育馆。您将被安排坐在桌旁，可能是单独一人，也可能与从事相同或相关职业领域的人员一起。</w:t>
      </w:r>
    </w:p>
    <w:p w14:paraId="33796B0B" w14:textId="77777777" w:rsidR="00C26D8B" w:rsidRDefault="00C26D8B"/>
    <w:p w14:paraId="540C59AA" w14:textId="77777777" w:rsidR="00C26D8B" w:rsidRDefault="002616AF">
      <w:r>
        <w:t>我需要为此次活动做什么准备？</w:t>
      </w:r>
    </w:p>
    <w:p w14:paraId="78D8B256" w14:textId="77777777" w:rsidR="00C26D8B" w:rsidRDefault="002616AF">
      <w:r>
        <w:t>不需要任何准备！只需按时到达，享用简单的点心，入座，并回答关于您自身职业的问题。您无需准备或展示任何演示材料。学生们将提前做好准备，并在您的桌前进行采访。</w:t>
      </w:r>
    </w:p>
    <w:p w14:paraId="2C3E7671" w14:textId="77777777" w:rsidR="00C26D8B" w:rsidRDefault="00C26D8B"/>
    <w:p w14:paraId="7352A7C9" w14:textId="77777777" w:rsidR="00C26D8B" w:rsidRDefault="002616AF">
      <w:r>
        <w:t>我应该穿什么？</w:t>
      </w:r>
    </w:p>
    <w:p w14:paraId="44FBC8F3" w14:textId="77777777" w:rsidR="00C26D8B" w:rsidRDefault="002616AF">
      <w:r>
        <w:t>没有正式的着装要求。有些参与者会穿着职业制服或工作服；有些会将休闲服与工作服搭配；也有些人穿着日常休闲服，或选择稍微正式的装扮。</w:t>
      </w:r>
    </w:p>
    <w:p w14:paraId="0A58E0BB" w14:textId="77777777" w:rsidR="00C26D8B" w:rsidRDefault="00C26D8B"/>
    <w:p w14:paraId="0EB2203B" w14:textId="77777777" w:rsidR="00C26D8B" w:rsidRDefault="002616AF">
      <w:r>
        <w:t>我需要带什么？</w:t>
      </w:r>
    </w:p>
    <w:p w14:paraId="628B370C" w14:textId="77777777" w:rsidR="00C26D8B" w:rsidRDefault="002616AF">
      <w:r>
        <w:t>有些参与者不需要携带任何物品；但也有人会带来与自己职业相关的工具、供学生观看或触摸的材料、宣传册、展示板、照片、笔记本电脑、</w:t>
      </w:r>
      <w:r>
        <w:t xml:space="preserve">DVD </w:t>
      </w:r>
      <w:r>
        <w:t>播放器，或一些小礼物送给学生。</w:t>
      </w:r>
    </w:p>
    <w:p w14:paraId="11CBA95E" w14:textId="77777777" w:rsidR="00C26D8B" w:rsidRDefault="00C26D8B"/>
    <w:p w14:paraId="4D2D451A" w14:textId="77777777" w:rsidR="00C26D8B" w:rsidRDefault="002616AF">
      <w:r>
        <w:t>我什么时候需要报名参加？</w:t>
      </w:r>
    </w:p>
    <w:p w14:paraId="5CC0DAFF" w14:textId="599F900B" w:rsidR="00C26D8B" w:rsidRDefault="002616AF">
      <w:r>
        <w:t>请您务必在</w:t>
      </w:r>
      <w:r>
        <w:t xml:space="preserve"> 202</w:t>
      </w:r>
      <w:r w:rsidR="008F283A">
        <w:t>6</w:t>
      </w:r>
      <w:r>
        <w:t>年</w:t>
      </w:r>
      <w:r>
        <w:t>2</w:t>
      </w:r>
      <w:r>
        <w:t>月</w:t>
      </w:r>
      <w:r>
        <w:t>21</w:t>
      </w:r>
      <w:r>
        <w:t>日（星期五）之前确认是否参加。</w:t>
      </w:r>
    </w:p>
    <w:p w14:paraId="6D9E5FB2" w14:textId="77777777" w:rsidR="00C26D8B" w:rsidRDefault="00C26D8B"/>
    <w:p w14:paraId="6FCA218D" w14:textId="77777777" w:rsidR="00C26D8B" w:rsidRDefault="002616AF">
      <w:r>
        <w:t>如需了解更多关于本次精彩活动的信息，请联系：</w:t>
      </w:r>
    </w:p>
    <w:p w14:paraId="38762206" w14:textId="77777777" w:rsidR="00C26D8B" w:rsidRDefault="00C26D8B"/>
    <w:p w14:paraId="27040723" w14:textId="77777777" w:rsidR="00C26D8B" w:rsidRDefault="002616AF">
      <w:r>
        <w:t xml:space="preserve">Carin Hoy </w:t>
      </w:r>
      <w:r>
        <w:t>女士</w:t>
      </w:r>
    </w:p>
    <w:p w14:paraId="6092A414" w14:textId="77777777" w:rsidR="00C26D8B" w:rsidRDefault="002616AF">
      <w:r>
        <w:t>八年级英语教师</w:t>
      </w:r>
    </w:p>
    <w:p w14:paraId="74AD6F59" w14:textId="77777777" w:rsidR="00C26D8B" w:rsidRDefault="002616AF">
      <w:r>
        <w:t>职业发展日协调员</w:t>
      </w:r>
    </w:p>
    <w:p w14:paraId="3C95B29A" w14:textId="77777777" w:rsidR="00C26D8B" w:rsidRDefault="002616AF">
      <w:r>
        <w:t>电子邮箱：</w:t>
      </w:r>
      <w:r>
        <w:t>choy@seaford.k12.ny.us</w:t>
      </w:r>
    </w:p>
    <w:p w14:paraId="55F18ECB" w14:textId="77777777" w:rsidR="00C26D8B" w:rsidRDefault="00C26D8B"/>
    <w:sectPr w:rsidR="00C26D8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3362233">
    <w:abstractNumId w:val="8"/>
  </w:num>
  <w:num w:numId="2" w16cid:durableId="647977104">
    <w:abstractNumId w:val="6"/>
  </w:num>
  <w:num w:numId="3" w16cid:durableId="630064293">
    <w:abstractNumId w:val="5"/>
  </w:num>
  <w:num w:numId="4" w16cid:durableId="1814252684">
    <w:abstractNumId w:val="4"/>
  </w:num>
  <w:num w:numId="5" w16cid:durableId="878905133">
    <w:abstractNumId w:val="7"/>
  </w:num>
  <w:num w:numId="6" w16cid:durableId="2089964205">
    <w:abstractNumId w:val="3"/>
  </w:num>
  <w:num w:numId="7" w16cid:durableId="2147313237">
    <w:abstractNumId w:val="2"/>
  </w:num>
  <w:num w:numId="8" w16cid:durableId="731317100">
    <w:abstractNumId w:val="1"/>
  </w:num>
  <w:num w:numId="9" w16cid:durableId="10237475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616AF"/>
    <w:rsid w:val="0029639D"/>
    <w:rsid w:val="00326F90"/>
    <w:rsid w:val="006944BE"/>
    <w:rsid w:val="008F283A"/>
    <w:rsid w:val="00AA1D8D"/>
    <w:rsid w:val="00B47730"/>
    <w:rsid w:val="00B66F5B"/>
    <w:rsid w:val="00C26D8B"/>
    <w:rsid w:val="00CB0664"/>
    <w:rsid w:val="00F81CE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8DE2485"/>
  <w14:defaultImageDpi w14:val="300"/>
  <w15:docId w15:val="{BC1531A0-C2E0-4A30-AD02-5126F396A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Carin Hoy</cp:lastModifiedBy>
  <cp:revision>2</cp:revision>
  <dcterms:created xsi:type="dcterms:W3CDTF">2026-01-14T15:22:00Z</dcterms:created>
  <dcterms:modified xsi:type="dcterms:W3CDTF">2026-01-14T15:22:00Z</dcterms:modified>
  <cp:category/>
</cp:coreProperties>
</file>